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24429" w14:textId="206F561A" w:rsidR="00934272" w:rsidRPr="00934272" w:rsidRDefault="008C4DBB" w:rsidP="00BB7AA5">
      <w:pPr>
        <w:tabs>
          <w:tab w:val="left" w:pos="0"/>
        </w:tabs>
        <w:spacing w:after="0" w:line="240" w:lineRule="auto"/>
        <w:jc w:val="center"/>
        <w:rPr>
          <w:rFonts w:ascii="Times New Roman" w:hAnsi="Times New Roman" w:cs="Times New Roman"/>
          <w:b/>
          <w:sz w:val="32"/>
          <w:szCs w:val="32"/>
        </w:rPr>
      </w:pPr>
      <w:bookmarkStart w:id="0" w:name="_Toc391635957"/>
      <w:r>
        <w:rPr>
          <w:rFonts w:ascii="Times New Roman" w:hAnsi="Times New Roman" w:cs="Times New Roman"/>
          <w:noProof/>
          <w:lang w:eastAsia="ru-RU"/>
        </w:rPr>
        <mc:AlternateContent>
          <mc:Choice Requires="wps">
            <w:drawing>
              <wp:anchor distT="0" distB="0" distL="114300" distR="114300" simplePos="0" relativeHeight="251718656" behindDoc="1" locked="0" layoutInCell="1" allowOverlap="1" wp14:anchorId="6A46D56C" wp14:editId="05A3432C">
                <wp:simplePos x="0" y="0"/>
                <wp:positionH relativeFrom="column">
                  <wp:posOffset>-604933</wp:posOffset>
                </wp:positionH>
                <wp:positionV relativeFrom="paragraph">
                  <wp:posOffset>-287419</wp:posOffset>
                </wp:positionV>
                <wp:extent cx="7009070" cy="10081881"/>
                <wp:effectExtent l="19050" t="19050" r="40005" b="34290"/>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9070" cy="10081881"/>
                        </a:xfrm>
                        <a:prstGeom prst="rect">
                          <a:avLst/>
                        </a:prstGeom>
                        <a:solidFill>
                          <a:schemeClr val="accent5">
                            <a:lumMod val="20000"/>
                            <a:lumOff val="80000"/>
                          </a:schemeClr>
                        </a:solidFill>
                        <a:ln w="57150" cmpd="thinThick">
                          <a:solidFill>
                            <a:srgbClr val="002060"/>
                          </a:solidFill>
                          <a:miter lim="800000"/>
                          <a:headEnd/>
                          <a:tailEnd/>
                        </a:ln>
                      </wps:spPr>
                      <wps:txbx>
                        <w:txbxContent>
                          <w:p w14:paraId="0FF3414C" w14:textId="2CD39402" w:rsidR="0069669C" w:rsidRDefault="0069669C" w:rsidP="008C4DBB">
                            <w:pPr>
                              <w:jc w:val="center"/>
                            </w:pP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6D56C" id="Rectangle 13" o:spid="_x0000_s1026" style="position:absolute;left:0;text-align:left;margin-left:-47.65pt;margin-top:-22.65pt;width:551.9pt;height:793.8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" fillcolor="#daeef3 [664]" strokecolor="#002060" strokeweight="4.5pt">
                <v:stroke linestyle="thinThick"/>
                <v:textbox>
                  <w:txbxContent>
                    <w:p w14:paraId="0FF3414C" w14:textId="2CD39402" w:rsidR="0069669C" w:rsidRDefault="0069669C" w:rsidP="008C4DBB">
                      <w:pPr>
                        <w:jc w:val="center"/>
                      </w:pPr>
                      <w:r>
                        <w:t>–––</w:t>
                      </w:r>
                    </w:p>
                  </w:txbxContent>
                </v:textbox>
              </v:rect>
            </w:pict>
          </mc:Fallback>
        </mc:AlternateContent>
      </w:r>
      <w:r w:rsidR="00934272" w:rsidRPr="00934272">
        <w:rPr>
          <w:rFonts w:ascii="Times New Roman" w:hAnsi="Times New Roman" w:cs="Times New Roman"/>
          <w:b/>
          <w:color w:val="002060"/>
          <w:sz w:val="32"/>
          <w:szCs w:val="32"/>
        </w:rPr>
        <w:t>Муниципальное автономное общеобразовательное учреждение</w:t>
      </w:r>
    </w:p>
    <w:p w14:paraId="390DBD4D" w14:textId="77777777" w:rsidR="00934272" w:rsidRPr="00934272" w:rsidRDefault="00934272" w:rsidP="00BB7AA5">
      <w:pPr>
        <w:tabs>
          <w:tab w:val="left" w:pos="0"/>
        </w:tabs>
        <w:spacing w:after="0" w:line="240" w:lineRule="auto"/>
        <w:jc w:val="center"/>
        <w:rPr>
          <w:rFonts w:ascii="Times New Roman" w:hAnsi="Times New Roman" w:cs="Times New Roman"/>
          <w:b/>
          <w:color w:val="002060"/>
          <w:sz w:val="32"/>
          <w:szCs w:val="32"/>
        </w:rPr>
      </w:pPr>
      <w:r w:rsidRPr="00934272">
        <w:rPr>
          <w:rFonts w:ascii="Times New Roman" w:hAnsi="Times New Roman" w:cs="Times New Roman"/>
          <w:b/>
          <w:color w:val="002060"/>
          <w:sz w:val="32"/>
          <w:szCs w:val="32"/>
        </w:rPr>
        <w:t>Гимназия № 104 «Классическая гимназия»</w:t>
      </w:r>
    </w:p>
    <w:p w14:paraId="5F23F5BB" w14:textId="77777777" w:rsidR="00934272" w:rsidRPr="00934272" w:rsidRDefault="00934272" w:rsidP="00BB7AA5">
      <w:pPr>
        <w:tabs>
          <w:tab w:val="left" w:pos="0"/>
        </w:tabs>
        <w:spacing w:after="0" w:line="240" w:lineRule="auto"/>
        <w:ind w:firstLine="709"/>
        <w:jc w:val="center"/>
        <w:rPr>
          <w:rFonts w:ascii="Times New Roman" w:hAnsi="Times New Roman" w:cs="Times New Roman"/>
          <w:b/>
          <w:color w:val="002060"/>
        </w:rPr>
      </w:pPr>
    </w:p>
    <w:p w14:paraId="01970112" w14:textId="38AC9A9E" w:rsidR="00934272" w:rsidRPr="00934272" w:rsidRDefault="00934272" w:rsidP="00BB7AA5">
      <w:pPr>
        <w:tabs>
          <w:tab w:val="left" w:pos="2835"/>
          <w:tab w:val="left" w:pos="5812"/>
        </w:tabs>
        <w:spacing w:after="0" w:line="240" w:lineRule="auto"/>
        <w:ind w:firstLine="709"/>
        <w:jc w:val="center"/>
        <w:rPr>
          <w:rFonts w:ascii="Times New Roman" w:hAnsi="Times New Roman" w:cs="Times New Roman"/>
        </w:rPr>
      </w:pPr>
    </w:p>
    <w:p w14:paraId="1910C5DD" w14:textId="61B2E84D" w:rsidR="00934272" w:rsidRPr="00934272" w:rsidRDefault="00934272" w:rsidP="00BB7AA5">
      <w:pPr>
        <w:spacing w:after="0" w:line="240" w:lineRule="auto"/>
        <w:ind w:firstLine="709"/>
        <w:jc w:val="center"/>
        <w:rPr>
          <w:rFonts w:ascii="Times New Roman" w:hAnsi="Times New Roman" w:cs="Times New Roman"/>
        </w:rPr>
      </w:pPr>
    </w:p>
    <w:p w14:paraId="33837D36" w14:textId="297DB58D" w:rsidR="00934272" w:rsidRPr="00934272" w:rsidRDefault="00C40387" w:rsidP="00C40387">
      <w:pPr>
        <w:tabs>
          <w:tab w:val="left" w:pos="0"/>
        </w:tabs>
        <w:spacing w:after="0" w:line="240" w:lineRule="auto"/>
        <w:ind w:firstLine="709"/>
        <w:jc w:val="right"/>
        <w:rPr>
          <w:rFonts w:ascii="Times New Roman" w:hAnsi="Times New Roman" w:cs="Times New Roman"/>
          <w:noProof/>
        </w:rPr>
      </w:pPr>
      <w:r w:rsidRPr="00C40387">
        <w:rPr>
          <w:noProof/>
          <w:lang w:eastAsia="ru-RU"/>
        </w:rPr>
        <w:drawing>
          <wp:inline distT="0" distB="0" distL="0" distR="0" wp14:anchorId="56AAB0D2" wp14:editId="6D4E56E1">
            <wp:extent cx="4572000" cy="923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923925"/>
                    </a:xfrm>
                    <a:prstGeom prst="rect">
                      <a:avLst/>
                    </a:prstGeom>
                    <a:noFill/>
                    <a:ln>
                      <a:noFill/>
                    </a:ln>
                  </pic:spPr>
                </pic:pic>
              </a:graphicData>
            </a:graphic>
          </wp:inline>
        </w:drawing>
      </w:r>
    </w:p>
    <w:p w14:paraId="5667625C" w14:textId="797D5C97" w:rsidR="00934272" w:rsidRPr="00934272" w:rsidRDefault="00934272" w:rsidP="00BB7AA5">
      <w:pPr>
        <w:tabs>
          <w:tab w:val="left" w:pos="0"/>
        </w:tabs>
        <w:spacing w:after="0" w:line="240" w:lineRule="auto"/>
        <w:ind w:firstLine="709"/>
        <w:jc w:val="center"/>
        <w:rPr>
          <w:rFonts w:ascii="Times New Roman" w:hAnsi="Times New Roman" w:cs="Times New Roman"/>
          <w:noProof/>
        </w:rPr>
      </w:pPr>
    </w:p>
    <w:p w14:paraId="57354E88" w14:textId="04C7E306" w:rsidR="00934272" w:rsidRPr="00934272" w:rsidRDefault="00934272" w:rsidP="00BB7AA5">
      <w:pPr>
        <w:tabs>
          <w:tab w:val="left" w:pos="0"/>
        </w:tabs>
        <w:spacing w:after="0" w:line="240" w:lineRule="auto"/>
        <w:ind w:firstLine="709"/>
        <w:jc w:val="center"/>
        <w:rPr>
          <w:rFonts w:ascii="Times New Roman" w:hAnsi="Times New Roman" w:cs="Times New Roman"/>
          <w:noProof/>
        </w:rPr>
      </w:pPr>
    </w:p>
    <w:p w14:paraId="3312972A" w14:textId="0BFE1810" w:rsidR="00934272" w:rsidRPr="00934272" w:rsidRDefault="00934272" w:rsidP="00BB7AA5">
      <w:pPr>
        <w:tabs>
          <w:tab w:val="left" w:pos="0"/>
        </w:tabs>
        <w:spacing w:after="0" w:line="240" w:lineRule="auto"/>
        <w:ind w:firstLine="709"/>
        <w:jc w:val="center"/>
        <w:rPr>
          <w:rFonts w:ascii="Times New Roman" w:hAnsi="Times New Roman" w:cs="Times New Roman"/>
          <w:noProof/>
        </w:rPr>
      </w:pPr>
    </w:p>
    <w:p w14:paraId="067D09DA" w14:textId="51B7B19E" w:rsidR="00934272" w:rsidRPr="00934272" w:rsidRDefault="00C40387" w:rsidP="00BB7AA5">
      <w:pPr>
        <w:tabs>
          <w:tab w:val="left" w:pos="540"/>
        </w:tabs>
        <w:spacing w:after="0" w:line="240" w:lineRule="auto"/>
        <w:ind w:firstLine="709"/>
        <w:jc w:val="center"/>
        <w:rPr>
          <w:rFonts w:ascii="Times New Roman" w:hAnsi="Times New Roman" w:cs="Times New Roman"/>
        </w:rPr>
      </w:pPr>
      <w:r>
        <w:rPr>
          <w:noProof/>
          <w:lang w:eastAsia="ru-RU"/>
        </w:rPr>
        <mc:AlternateContent>
          <mc:Choice Requires="wps">
            <w:drawing>
              <wp:anchor distT="0" distB="0" distL="114300" distR="114300" simplePos="0" relativeHeight="251656704" behindDoc="0" locked="0" layoutInCell="1" allowOverlap="1" wp14:anchorId="59DDCB9E" wp14:editId="5D4881DA">
                <wp:simplePos x="0" y="0"/>
                <wp:positionH relativeFrom="column">
                  <wp:posOffset>2445385</wp:posOffset>
                </wp:positionH>
                <wp:positionV relativeFrom="paragraph">
                  <wp:posOffset>13970</wp:posOffset>
                </wp:positionV>
                <wp:extent cx="1576705" cy="789940"/>
                <wp:effectExtent l="0" t="0" r="0" b="0"/>
                <wp:wrapNone/>
                <wp:docPr id="9"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6705" cy="789940"/>
                        </a:xfrm>
                        <a:prstGeom prst="roundRect">
                          <a:avLst>
                            <a:gd name="adj" fmla="val 16667"/>
                          </a:avLst>
                        </a:prstGeom>
                        <a:noFill/>
                        <a:ln>
                          <a:noFill/>
                        </a:ln>
                        <a:extLst>
                          <a:ext uri="{909E8E84-426E-40DD-AFC4-6F175D3DCCD1}">
                            <a14:hiddenFill xmlns:a14="http://schemas.microsoft.com/office/drawing/2010/main">
                              <a:solidFill>
                                <a:schemeClr val="accent5">
                                  <a:lumMod val="20000"/>
                                  <a:lumOff val="80000"/>
                                </a:schemeClr>
                              </a:solidFill>
                            </a14:hiddenFill>
                          </a:ext>
                          <a:ext uri="{91240B29-F687-4F45-9708-019B960494DF}">
                            <a14:hiddenLine xmlns:a14="http://schemas.microsoft.com/office/drawing/2010/main" w="25400">
                              <a:solidFill>
                                <a:srgbClr val="000000"/>
                              </a:solidFill>
                              <a:round/>
                              <a:headEnd/>
                              <a:tailEnd/>
                            </a14:hiddenLine>
                          </a:ext>
                        </a:extLst>
                      </wps:spPr>
                      <wps:txbx>
                        <w:txbxContent>
                          <w:p w14:paraId="02BF2D3D" w14:textId="77777777" w:rsidR="0069669C" w:rsidRPr="008E269A" w:rsidRDefault="0069669C" w:rsidP="00881CB7">
                            <w:pPr>
                              <w:jc w:val="center"/>
                              <w:rPr>
                                <w:b/>
                                <w:color w:val="002060"/>
                                <w:sz w:val="28"/>
                                <w:szCs w:val="28"/>
                              </w:rPr>
                            </w:pPr>
                            <w:r w:rsidRPr="008E269A">
                              <w:rPr>
                                <w:noProof/>
                                <w:lang w:eastAsia="ru-RU"/>
                              </w:rPr>
                              <w:drawing>
                                <wp:inline distT="0" distB="0" distL="0" distR="0" wp14:anchorId="1101265D" wp14:editId="7429680B">
                                  <wp:extent cx="222718" cy="265814"/>
                                  <wp:effectExtent l="0" t="0" r="6350" b="1270"/>
                                  <wp:docPr id="2" name="Рисунок 2"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14:paraId="7B372731" w14:textId="77777777" w:rsidR="0069669C" w:rsidRPr="00881CB7" w:rsidRDefault="0069669C" w:rsidP="00881CB7">
                            <w:pPr>
                              <w:jc w:val="center"/>
                              <w:rPr>
                                <w:rFonts w:ascii="Times New Roman" w:hAnsi="Times New Roman" w:cs="Times New Roman"/>
                                <w:b/>
                                <w:color w:val="002060"/>
                              </w:rPr>
                            </w:pPr>
                            <w:r w:rsidRPr="00881CB7">
                              <w:rPr>
                                <w:rFonts w:ascii="Times New Roman" w:hAnsi="Times New Roman" w:cs="Times New Roman"/>
                                <w:b/>
                                <w:color w:val="002060"/>
                              </w:rPr>
                              <w:t>ФГОС ООО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9DDCB9E" id="Скругленный прямоугольник 14" o:spid="_x0000_s1027" style="position:absolute;left:0;text-align:left;margin-left:192.55pt;margin-top:1.1pt;width:124.15pt;height:6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" filled="f" fillcolor="#daeef3 [664]" stroked="f" strokeweight="2pt">
                <v:textbox>
                  <w:txbxContent>
                    <w:p w14:paraId="02BF2D3D" w14:textId="77777777" w:rsidR="0069669C" w:rsidRPr="008E269A" w:rsidRDefault="0069669C" w:rsidP="00881CB7">
                      <w:pPr>
                        <w:jc w:val="center"/>
                        <w:rPr>
                          <w:b/>
                          <w:color w:val="002060"/>
                          <w:sz w:val="28"/>
                          <w:szCs w:val="28"/>
                        </w:rPr>
                      </w:pPr>
                      <w:r w:rsidRPr="008E269A">
                        <w:rPr>
                          <w:noProof/>
                          <w:lang w:eastAsia="ru-RU"/>
                        </w:rPr>
                        <w:drawing>
                          <wp:inline distT="0" distB="0" distL="0" distR="0" wp14:anchorId="1101265D" wp14:editId="7429680B">
                            <wp:extent cx="222718" cy="265814"/>
                            <wp:effectExtent l="0" t="0" r="6350" b="1270"/>
                            <wp:docPr id="2" name="Рисунок 2" descr="http://86sch6-nyagan.edusite.ru/images/nfgo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86sch6-nyagan.edusite.ru/images/nfgos_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292" cy="284401"/>
                                    </a:xfrm>
                                    <a:prstGeom prst="rect">
                                      <a:avLst/>
                                    </a:prstGeom>
                                    <a:noFill/>
                                    <a:ln>
                                      <a:noFill/>
                                    </a:ln>
                                  </pic:spPr>
                                </pic:pic>
                              </a:graphicData>
                            </a:graphic>
                          </wp:inline>
                        </w:drawing>
                      </w:r>
                    </w:p>
                    <w:p w14:paraId="7B372731" w14:textId="77777777" w:rsidR="0069669C" w:rsidRPr="00881CB7" w:rsidRDefault="0069669C" w:rsidP="00881CB7">
                      <w:pPr>
                        <w:jc w:val="center"/>
                        <w:rPr>
                          <w:rFonts w:ascii="Times New Roman" w:hAnsi="Times New Roman" w:cs="Times New Roman"/>
                          <w:b/>
                          <w:color w:val="002060"/>
                        </w:rPr>
                      </w:pPr>
                      <w:r w:rsidRPr="00881CB7">
                        <w:rPr>
                          <w:rFonts w:ascii="Times New Roman" w:hAnsi="Times New Roman" w:cs="Times New Roman"/>
                          <w:b/>
                          <w:color w:val="002060"/>
                        </w:rPr>
                        <w:t>ФГОС ООО</w:t>
                      </w:r>
                    </w:p>
                  </w:txbxContent>
                </v:textbox>
              </v:roundrect>
            </w:pict>
          </mc:Fallback>
        </mc:AlternateContent>
      </w:r>
    </w:p>
    <w:p w14:paraId="05EFB249" w14:textId="2AB79EF2" w:rsidR="00934272" w:rsidRDefault="00934272" w:rsidP="00BB7AA5">
      <w:pPr>
        <w:tabs>
          <w:tab w:val="left" w:pos="540"/>
        </w:tabs>
        <w:spacing w:after="0" w:line="240" w:lineRule="auto"/>
        <w:ind w:firstLine="709"/>
        <w:jc w:val="center"/>
        <w:rPr>
          <w:rFonts w:ascii="Times New Roman" w:hAnsi="Times New Roman" w:cs="Times New Roman"/>
        </w:rPr>
      </w:pPr>
    </w:p>
    <w:p w14:paraId="615976A4" w14:textId="0F1D8473" w:rsidR="00C40387" w:rsidRDefault="00C40387" w:rsidP="00BB7AA5">
      <w:pPr>
        <w:tabs>
          <w:tab w:val="left" w:pos="540"/>
        </w:tabs>
        <w:spacing w:after="0" w:line="240" w:lineRule="auto"/>
        <w:ind w:firstLine="709"/>
        <w:jc w:val="center"/>
        <w:rPr>
          <w:rFonts w:ascii="Times New Roman" w:hAnsi="Times New Roman" w:cs="Times New Roman"/>
        </w:rPr>
      </w:pPr>
    </w:p>
    <w:p w14:paraId="7A6EF8E7" w14:textId="0E4FC0EA" w:rsidR="00C40387" w:rsidRDefault="00C40387" w:rsidP="00BB7AA5">
      <w:pPr>
        <w:tabs>
          <w:tab w:val="left" w:pos="540"/>
        </w:tabs>
        <w:spacing w:after="0" w:line="240" w:lineRule="auto"/>
        <w:ind w:firstLine="709"/>
        <w:jc w:val="center"/>
        <w:rPr>
          <w:rFonts w:ascii="Times New Roman" w:hAnsi="Times New Roman" w:cs="Times New Roman"/>
        </w:rPr>
      </w:pPr>
    </w:p>
    <w:p w14:paraId="24A88263" w14:textId="6F9EDE56" w:rsidR="00C40387" w:rsidRDefault="00C40387" w:rsidP="00BB7AA5">
      <w:pPr>
        <w:tabs>
          <w:tab w:val="left" w:pos="540"/>
        </w:tabs>
        <w:spacing w:after="0" w:line="240" w:lineRule="auto"/>
        <w:ind w:firstLine="709"/>
        <w:jc w:val="center"/>
        <w:rPr>
          <w:rFonts w:ascii="Times New Roman" w:hAnsi="Times New Roman" w:cs="Times New Roman"/>
        </w:rPr>
      </w:pPr>
    </w:p>
    <w:p w14:paraId="3CC4894C" w14:textId="5C110C95" w:rsidR="00C40387" w:rsidRDefault="00C40387" w:rsidP="00BB7AA5">
      <w:pPr>
        <w:tabs>
          <w:tab w:val="left" w:pos="540"/>
        </w:tabs>
        <w:spacing w:after="0" w:line="240" w:lineRule="auto"/>
        <w:ind w:firstLine="709"/>
        <w:jc w:val="center"/>
        <w:rPr>
          <w:rFonts w:ascii="Times New Roman" w:hAnsi="Times New Roman" w:cs="Times New Roman"/>
        </w:rPr>
      </w:pPr>
    </w:p>
    <w:p w14:paraId="5D27D6F9" w14:textId="0071469C" w:rsidR="00C40387" w:rsidRPr="00934272" w:rsidRDefault="00C40387" w:rsidP="00BB7AA5">
      <w:pPr>
        <w:tabs>
          <w:tab w:val="left" w:pos="540"/>
        </w:tabs>
        <w:spacing w:after="0" w:line="240" w:lineRule="auto"/>
        <w:ind w:firstLine="709"/>
        <w:jc w:val="center"/>
        <w:rPr>
          <w:rFonts w:ascii="Times New Roman" w:hAnsi="Times New Roman" w:cs="Times New Roman"/>
        </w:rPr>
      </w:pPr>
      <w:r w:rsidRPr="00934272">
        <w:rPr>
          <w:rFonts w:ascii="Times New Roman" w:hAnsi="Times New Roman" w:cs="Times New Roman"/>
          <w:noProof/>
          <w:lang w:eastAsia="ru-RU"/>
        </w:rPr>
        <w:drawing>
          <wp:inline distT="0" distB="0" distL="0" distR="0" wp14:anchorId="14AE8213" wp14:editId="05C0DD9C">
            <wp:extent cx="971550" cy="136852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мназия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6798" cy="1375920"/>
                    </a:xfrm>
                    <a:prstGeom prst="rect">
                      <a:avLst/>
                    </a:prstGeom>
                  </pic:spPr>
                </pic:pic>
              </a:graphicData>
            </a:graphic>
          </wp:inline>
        </w:drawing>
      </w:r>
    </w:p>
    <w:p w14:paraId="579755F0" w14:textId="77777777" w:rsidR="00934272" w:rsidRPr="00934272" w:rsidRDefault="00934272" w:rsidP="00BB7AA5">
      <w:pPr>
        <w:tabs>
          <w:tab w:val="left" w:pos="540"/>
        </w:tabs>
        <w:spacing w:after="0" w:line="240" w:lineRule="auto"/>
        <w:ind w:firstLine="709"/>
        <w:jc w:val="center"/>
        <w:rPr>
          <w:rFonts w:ascii="Times New Roman" w:hAnsi="Times New Roman" w:cs="Times New Roman"/>
          <w:b/>
          <w:color w:val="002060"/>
          <w:sz w:val="44"/>
          <w:szCs w:val="44"/>
        </w:rPr>
      </w:pPr>
      <w:r w:rsidRPr="00934272">
        <w:rPr>
          <w:rFonts w:ascii="Times New Roman" w:hAnsi="Times New Roman" w:cs="Times New Roman"/>
          <w:b/>
          <w:color w:val="002060"/>
          <w:sz w:val="44"/>
          <w:szCs w:val="44"/>
        </w:rPr>
        <w:t>Рабочая программа</w:t>
      </w:r>
    </w:p>
    <w:p w14:paraId="63C8B399" w14:textId="77777777" w:rsidR="00934272" w:rsidRPr="00934272" w:rsidRDefault="00934272" w:rsidP="00BB7AA5">
      <w:pPr>
        <w:tabs>
          <w:tab w:val="left" w:pos="540"/>
        </w:tabs>
        <w:spacing w:after="0" w:line="240" w:lineRule="auto"/>
        <w:ind w:firstLine="709"/>
        <w:jc w:val="center"/>
        <w:rPr>
          <w:rFonts w:ascii="Times New Roman" w:hAnsi="Times New Roman" w:cs="Times New Roman"/>
          <w:color w:val="002060"/>
          <w:sz w:val="40"/>
          <w:szCs w:val="40"/>
        </w:rPr>
      </w:pPr>
      <w:r w:rsidRPr="00934272">
        <w:rPr>
          <w:rFonts w:ascii="Times New Roman" w:hAnsi="Times New Roman" w:cs="Times New Roman"/>
          <w:color w:val="002060"/>
          <w:sz w:val="40"/>
          <w:szCs w:val="40"/>
        </w:rPr>
        <w:t>основного общего образования</w:t>
      </w:r>
    </w:p>
    <w:p w14:paraId="259EE580" w14:textId="77777777" w:rsidR="00934272" w:rsidRDefault="00934272" w:rsidP="00BB7AA5">
      <w:pPr>
        <w:tabs>
          <w:tab w:val="left" w:pos="540"/>
        </w:tabs>
        <w:spacing w:after="0" w:line="240" w:lineRule="auto"/>
        <w:ind w:firstLine="709"/>
        <w:jc w:val="center"/>
        <w:rPr>
          <w:rFonts w:ascii="Times New Roman" w:hAnsi="Times New Roman" w:cs="Times New Roman"/>
          <w:b/>
          <w:i/>
          <w:color w:val="002060"/>
          <w:sz w:val="40"/>
          <w:szCs w:val="40"/>
        </w:rPr>
      </w:pPr>
      <w:r w:rsidRPr="00934272">
        <w:rPr>
          <w:rFonts w:ascii="Times New Roman" w:hAnsi="Times New Roman" w:cs="Times New Roman"/>
          <w:b/>
          <w:i/>
          <w:color w:val="002060"/>
          <w:sz w:val="40"/>
          <w:szCs w:val="40"/>
        </w:rPr>
        <w:t xml:space="preserve">по </w:t>
      </w:r>
      <w:r w:rsidR="00ED10D6">
        <w:rPr>
          <w:rFonts w:ascii="Times New Roman" w:hAnsi="Times New Roman" w:cs="Times New Roman"/>
          <w:b/>
          <w:i/>
          <w:color w:val="002060"/>
          <w:sz w:val="40"/>
          <w:szCs w:val="40"/>
        </w:rPr>
        <w:t>английскому языку</w:t>
      </w:r>
    </w:p>
    <w:p w14:paraId="5BD72F13" w14:textId="77777777" w:rsidR="00A523E8" w:rsidRPr="00A523E8" w:rsidRDefault="00A43B90" w:rsidP="00BB7AA5">
      <w:pPr>
        <w:tabs>
          <w:tab w:val="left" w:pos="540"/>
        </w:tabs>
        <w:spacing w:after="0" w:line="240" w:lineRule="auto"/>
        <w:ind w:firstLine="709"/>
        <w:jc w:val="center"/>
        <w:rPr>
          <w:rFonts w:ascii="Times New Roman" w:hAnsi="Times New Roman" w:cs="Times New Roman"/>
          <w:color w:val="002060"/>
          <w:sz w:val="32"/>
          <w:szCs w:val="32"/>
        </w:rPr>
      </w:pPr>
      <w:r>
        <w:rPr>
          <w:rFonts w:ascii="Times New Roman" w:hAnsi="Times New Roman" w:cs="Times New Roman"/>
          <w:color w:val="002060"/>
          <w:sz w:val="32"/>
          <w:szCs w:val="32"/>
        </w:rPr>
        <w:t>для 5-9</w:t>
      </w:r>
      <w:r w:rsidR="00A523E8" w:rsidRPr="00A523E8">
        <w:rPr>
          <w:rFonts w:ascii="Times New Roman" w:hAnsi="Times New Roman" w:cs="Times New Roman"/>
          <w:color w:val="002060"/>
          <w:sz w:val="32"/>
          <w:szCs w:val="32"/>
        </w:rPr>
        <w:t xml:space="preserve"> классов</w:t>
      </w:r>
    </w:p>
    <w:p w14:paraId="6935C1FE" w14:textId="77777777" w:rsidR="00934272" w:rsidRPr="00934272" w:rsidRDefault="00934272" w:rsidP="00BB7AA5">
      <w:pPr>
        <w:tabs>
          <w:tab w:val="left" w:pos="540"/>
        </w:tabs>
        <w:spacing w:after="0" w:line="240" w:lineRule="auto"/>
        <w:ind w:firstLine="709"/>
        <w:jc w:val="center"/>
        <w:rPr>
          <w:rFonts w:ascii="Times New Roman" w:hAnsi="Times New Roman" w:cs="Times New Roman"/>
          <w:sz w:val="40"/>
          <w:szCs w:val="40"/>
        </w:rPr>
      </w:pPr>
    </w:p>
    <w:p w14:paraId="4E602229"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590B6685"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2568DE2D" w14:textId="77777777" w:rsidR="00934272" w:rsidRPr="00934272" w:rsidRDefault="003D347F" w:rsidP="00BB7AA5">
      <w:pPr>
        <w:tabs>
          <w:tab w:val="left" w:pos="540"/>
        </w:tabs>
        <w:spacing w:after="0" w:line="240" w:lineRule="auto"/>
        <w:ind w:firstLine="709"/>
        <w:jc w:val="cente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16256" behindDoc="0" locked="0" layoutInCell="1" allowOverlap="1" wp14:anchorId="5E7E38A7" wp14:editId="2B50447F">
                <wp:simplePos x="0" y="0"/>
                <wp:positionH relativeFrom="column">
                  <wp:posOffset>1562100</wp:posOffset>
                </wp:positionH>
                <wp:positionV relativeFrom="paragraph">
                  <wp:posOffset>6985</wp:posOffset>
                </wp:positionV>
                <wp:extent cx="4728845" cy="154813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8845" cy="1548130"/>
                        </a:xfrm>
                        <a:prstGeom prst="rect">
                          <a:avLst/>
                        </a:prstGeom>
                        <a:solidFill>
                          <a:schemeClr val="accent5">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6062" w:type="dxa"/>
                              <w:tblInd w:w="1134" w:type="dxa"/>
                              <w:tblLayout w:type="fixed"/>
                              <w:tblLook w:val="01E0" w:firstRow="1" w:lastRow="1" w:firstColumn="1" w:lastColumn="1" w:noHBand="0" w:noVBand="0"/>
                            </w:tblPr>
                            <w:tblGrid>
                              <w:gridCol w:w="3369"/>
                              <w:gridCol w:w="425"/>
                              <w:gridCol w:w="2268"/>
                            </w:tblGrid>
                            <w:tr w:rsidR="0069669C" w:rsidRPr="00934272" w14:paraId="7A7F6566" w14:textId="77777777" w:rsidTr="00147C88">
                              <w:tc>
                                <w:tcPr>
                                  <w:tcW w:w="6062" w:type="dxa"/>
                                  <w:gridSpan w:val="3"/>
                                </w:tcPr>
                                <w:p w14:paraId="05070CB6" w14:textId="77777777" w:rsidR="0069669C" w:rsidRPr="00934272" w:rsidRDefault="0069669C" w:rsidP="00147C88">
                                  <w:pPr>
                                    <w:spacing w:after="0" w:line="240" w:lineRule="auto"/>
                                    <w:rPr>
                                      <w:rFonts w:ascii="Times New Roman" w:hAnsi="Times New Roman" w:cs="Times New Roman"/>
                                      <w:i/>
                                      <w:color w:val="002060"/>
                                      <w:sz w:val="28"/>
                                      <w:szCs w:val="28"/>
                                    </w:rPr>
                                  </w:pPr>
                                  <w:r w:rsidRPr="00934272">
                                    <w:rPr>
                                      <w:rFonts w:ascii="Times New Roman" w:hAnsi="Times New Roman" w:cs="Times New Roman"/>
                                      <w:b/>
                                      <w:color w:val="002060"/>
                                      <w:sz w:val="28"/>
                                      <w:szCs w:val="28"/>
                                    </w:rPr>
                                    <w:t>Разработчики:</w:t>
                                  </w:r>
                                </w:p>
                              </w:tc>
                            </w:tr>
                            <w:tr w:rsidR="0069669C" w:rsidRPr="00934272" w14:paraId="0191448B" w14:textId="77777777" w:rsidTr="00147C88">
                              <w:tc>
                                <w:tcPr>
                                  <w:tcW w:w="3369" w:type="dxa"/>
                                </w:tcPr>
                                <w:p w14:paraId="0461FE9B" w14:textId="77777777" w:rsidR="0069669C" w:rsidRPr="0047208B" w:rsidRDefault="0069669C"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Сунцова Светлана Николаевна</w:t>
                                  </w:r>
                                </w:p>
                              </w:tc>
                              <w:tc>
                                <w:tcPr>
                                  <w:tcW w:w="425" w:type="dxa"/>
                                </w:tcPr>
                                <w:p w14:paraId="3E714039" w14:textId="77777777" w:rsidR="0069669C" w:rsidRPr="0047208B" w:rsidRDefault="0069669C" w:rsidP="00934272">
                                  <w:pPr>
                                    <w:tabs>
                                      <w:tab w:val="left" w:pos="4395"/>
                                      <w:tab w:val="left" w:pos="4962"/>
                                    </w:tabs>
                                    <w:spacing w:after="0" w:line="240" w:lineRule="auto"/>
                                    <w:jc w:val="center"/>
                                    <w:rPr>
                                      <w:rFonts w:ascii="Times New Roman" w:hAnsi="Times New Roman" w:cs="Times New Roman"/>
                                      <w:i/>
                                      <w:color w:val="002060"/>
                                    </w:rPr>
                                  </w:pPr>
                                  <w:r w:rsidRPr="0047208B">
                                    <w:rPr>
                                      <w:rFonts w:ascii="Times New Roman" w:hAnsi="Times New Roman" w:cs="Times New Roman"/>
                                      <w:i/>
                                      <w:color w:val="002060"/>
                                    </w:rPr>
                                    <w:t xml:space="preserve"> -</w:t>
                                  </w:r>
                                  <w:r>
                                    <w:rPr>
                                      <w:rFonts w:ascii="Times New Roman" w:hAnsi="Times New Roman" w:cs="Times New Roman"/>
                                      <w:i/>
                                      <w:color w:val="002060"/>
                                    </w:rPr>
                                    <w:t xml:space="preserve"> </w:t>
                                  </w:r>
                                </w:p>
                              </w:tc>
                              <w:tc>
                                <w:tcPr>
                                  <w:tcW w:w="2268" w:type="dxa"/>
                                </w:tcPr>
                                <w:p w14:paraId="19B9A23A" w14:textId="77777777" w:rsidR="0069669C" w:rsidRPr="0047208B" w:rsidRDefault="0069669C"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w:t>
                                  </w:r>
                                  <w:r w:rsidRPr="0047208B">
                                    <w:rPr>
                                      <w:rFonts w:ascii="Times New Roman" w:hAnsi="Times New Roman" w:cs="Times New Roman"/>
                                      <w:i/>
                                      <w:color w:val="002060"/>
                                    </w:rPr>
                                    <w:t xml:space="preserve"> категория</w:t>
                                  </w:r>
                                </w:p>
                              </w:tc>
                            </w:tr>
                            <w:tr w:rsidR="0069669C" w:rsidRPr="00934272" w14:paraId="7218454F" w14:textId="77777777" w:rsidTr="00147C88">
                              <w:tc>
                                <w:tcPr>
                                  <w:tcW w:w="3369" w:type="dxa"/>
                                </w:tcPr>
                                <w:p w14:paraId="3CFF4830"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Маух Ольга Владимировна</w:t>
                                  </w:r>
                                </w:p>
                                <w:p w14:paraId="7C1DF004"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Ермакова Елена Олеговна</w:t>
                                  </w:r>
                                </w:p>
                                <w:p w14:paraId="238DCCBB"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Рожкова Людмила Леонидовна</w:t>
                                  </w:r>
                                </w:p>
                                <w:p w14:paraId="11F3DE67" w14:textId="77777777" w:rsidR="0069669C" w:rsidRPr="0047208B"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Ляшенко Ирина Николаевна</w:t>
                                  </w:r>
                                </w:p>
                              </w:tc>
                              <w:tc>
                                <w:tcPr>
                                  <w:tcW w:w="425" w:type="dxa"/>
                                </w:tcPr>
                                <w:p w14:paraId="53A7DF4C"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6A2E4431"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0BFB06FD"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3847BCB3"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331EFFFC" w14:textId="77777777" w:rsidR="0069669C" w:rsidRPr="0047208B"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14:paraId="474F4209"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48814B33"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232EB9FF"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52A236A4"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3417049A" w14:textId="77777777" w:rsidR="0069669C" w:rsidRPr="0047208B" w:rsidRDefault="0069669C" w:rsidP="002F3B06">
                                  <w:pPr>
                                    <w:tabs>
                                      <w:tab w:val="left" w:pos="4395"/>
                                      <w:tab w:val="left" w:pos="4962"/>
                                    </w:tabs>
                                    <w:spacing w:after="0" w:line="240" w:lineRule="auto"/>
                                    <w:rPr>
                                      <w:rFonts w:ascii="Times New Roman" w:hAnsi="Times New Roman" w:cs="Times New Roman"/>
                                      <w:i/>
                                      <w:color w:val="002060"/>
                                    </w:rPr>
                                  </w:pPr>
                                </w:p>
                              </w:tc>
                            </w:tr>
                          </w:tbl>
                          <w:p w14:paraId="2827DED6" w14:textId="77777777" w:rsidR="0069669C" w:rsidRPr="00934272" w:rsidRDefault="0069669C" w:rsidP="00934272">
                            <w:pPr>
                              <w:spacing w:after="0" w:line="240" w:lineRule="auto"/>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E38A7" id="Rectangle 3" o:spid="_x0000_s1028" style="position:absolute;left:0;text-align:left;margin-left:123pt;margin-top:.55pt;width:372.35pt;height:121.9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" fillcolor="#daeef3 [664]" stroked="f">
                <v:textbox>
                  <w:txbxContent>
                    <w:tbl>
                      <w:tblPr>
                        <w:tblW w:w="6062" w:type="dxa"/>
                        <w:tblInd w:w="1134" w:type="dxa"/>
                        <w:tblLayout w:type="fixed"/>
                        <w:tblLook w:val="01E0" w:firstRow="1" w:lastRow="1" w:firstColumn="1" w:lastColumn="1" w:noHBand="0" w:noVBand="0"/>
                      </w:tblPr>
                      <w:tblGrid>
                        <w:gridCol w:w="3369"/>
                        <w:gridCol w:w="425"/>
                        <w:gridCol w:w="2268"/>
                      </w:tblGrid>
                      <w:tr w:rsidR="0069669C" w:rsidRPr="00934272" w14:paraId="7A7F6566" w14:textId="77777777" w:rsidTr="00147C88">
                        <w:tc>
                          <w:tcPr>
                            <w:tcW w:w="6062" w:type="dxa"/>
                            <w:gridSpan w:val="3"/>
                          </w:tcPr>
                          <w:p w14:paraId="05070CB6" w14:textId="77777777" w:rsidR="0069669C" w:rsidRPr="00934272" w:rsidRDefault="0069669C" w:rsidP="00147C88">
                            <w:pPr>
                              <w:spacing w:after="0" w:line="240" w:lineRule="auto"/>
                              <w:rPr>
                                <w:rFonts w:ascii="Times New Roman" w:hAnsi="Times New Roman" w:cs="Times New Roman"/>
                                <w:i/>
                                <w:color w:val="002060"/>
                                <w:sz w:val="28"/>
                                <w:szCs w:val="28"/>
                              </w:rPr>
                            </w:pPr>
                            <w:r w:rsidRPr="00934272">
                              <w:rPr>
                                <w:rFonts w:ascii="Times New Roman" w:hAnsi="Times New Roman" w:cs="Times New Roman"/>
                                <w:b/>
                                <w:color w:val="002060"/>
                                <w:sz w:val="28"/>
                                <w:szCs w:val="28"/>
                              </w:rPr>
                              <w:t>Разработчики:</w:t>
                            </w:r>
                          </w:p>
                        </w:tc>
                      </w:tr>
                      <w:tr w:rsidR="0069669C" w:rsidRPr="00934272" w14:paraId="0191448B" w14:textId="77777777" w:rsidTr="00147C88">
                        <w:tc>
                          <w:tcPr>
                            <w:tcW w:w="3369" w:type="dxa"/>
                          </w:tcPr>
                          <w:p w14:paraId="0461FE9B" w14:textId="77777777" w:rsidR="0069669C" w:rsidRPr="0047208B" w:rsidRDefault="0069669C"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Сунцова Светлана Николаевна</w:t>
                            </w:r>
                          </w:p>
                        </w:tc>
                        <w:tc>
                          <w:tcPr>
                            <w:tcW w:w="425" w:type="dxa"/>
                          </w:tcPr>
                          <w:p w14:paraId="3E714039" w14:textId="77777777" w:rsidR="0069669C" w:rsidRPr="0047208B" w:rsidRDefault="0069669C" w:rsidP="00934272">
                            <w:pPr>
                              <w:tabs>
                                <w:tab w:val="left" w:pos="4395"/>
                                <w:tab w:val="left" w:pos="4962"/>
                              </w:tabs>
                              <w:spacing w:after="0" w:line="240" w:lineRule="auto"/>
                              <w:jc w:val="center"/>
                              <w:rPr>
                                <w:rFonts w:ascii="Times New Roman" w:hAnsi="Times New Roman" w:cs="Times New Roman"/>
                                <w:i/>
                                <w:color w:val="002060"/>
                              </w:rPr>
                            </w:pPr>
                            <w:r w:rsidRPr="0047208B">
                              <w:rPr>
                                <w:rFonts w:ascii="Times New Roman" w:hAnsi="Times New Roman" w:cs="Times New Roman"/>
                                <w:i/>
                                <w:color w:val="002060"/>
                              </w:rPr>
                              <w:t xml:space="preserve"> -</w:t>
                            </w:r>
                            <w:r>
                              <w:rPr>
                                <w:rFonts w:ascii="Times New Roman" w:hAnsi="Times New Roman" w:cs="Times New Roman"/>
                                <w:i/>
                                <w:color w:val="002060"/>
                              </w:rPr>
                              <w:t xml:space="preserve"> </w:t>
                            </w:r>
                          </w:p>
                        </w:tc>
                        <w:tc>
                          <w:tcPr>
                            <w:tcW w:w="2268" w:type="dxa"/>
                          </w:tcPr>
                          <w:p w14:paraId="19B9A23A" w14:textId="77777777" w:rsidR="0069669C" w:rsidRPr="0047208B" w:rsidRDefault="0069669C" w:rsidP="00934272">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w:t>
                            </w:r>
                            <w:r w:rsidRPr="0047208B">
                              <w:rPr>
                                <w:rFonts w:ascii="Times New Roman" w:hAnsi="Times New Roman" w:cs="Times New Roman"/>
                                <w:i/>
                                <w:color w:val="002060"/>
                              </w:rPr>
                              <w:t xml:space="preserve"> категория</w:t>
                            </w:r>
                          </w:p>
                        </w:tc>
                      </w:tr>
                      <w:tr w:rsidR="0069669C" w:rsidRPr="00934272" w14:paraId="7218454F" w14:textId="77777777" w:rsidTr="00147C88">
                        <w:tc>
                          <w:tcPr>
                            <w:tcW w:w="3369" w:type="dxa"/>
                          </w:tcPr>
                          <w:p w14:paraId="3CFF4830"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Маух Ольга Владимировна</w:t>
                            </w:r>
                          </w:p>
                          <w:p w14:paraId="7C1DF004"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Ермакова Елена Олеговна</w:t>
                            </w:r>
                          </w:p>
                          <w:p w14:paraId="238DCCBB"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Рожкова Людмила Леонидовна</w:t>
                            </w:r>
                          </w:p>
                          <w:p w14:paraId="11F3DE67" w14:textId="77777777" w:rsidR="0069669C" w:rsidRPr="0047208B"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Ляшенко Ирина Николаевна</w:t>
                            </w:r>
                          </w:p>
                        </w:tc>
                        <w:tc>
                          <w:tcPr>
                            <w:tcW w:w="425" w:type="dxa"/>
                          </w:tcPr>
                          <w:p w14:paraId="53A7DF4C"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6A2E4431"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0BFB06FD"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3847BCB3" w14:textId="77777777" w:rsidR="0069669C"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p w14:paraId="331EFFFC" w14:textId="77777777" w:rsidR="0069669C" w:rsidRPr="0047208B" w:rsidRDefault="0069669C" w:rsidP="002F3B06">
                            <w:pPr>
                              <w:tabs>
                                <w:tab w:val="left" w:pos="4395"/>
                                <w:tab w:val="left" w:pos="4962"/>
                              </w:tabs>
                              <w:spacing w:after="0" w:line="240" w:lineRule="auto"/>
                              <w:jc w:val="center"/>
                              <w:rPr>
                                <w:rFonts w:ascii="Times New Roman" w:hAnsi="Times New Roman" w:cs="Times New Roman"/>
                                <w:i/>
                                <w:color w:val="002060"/>
                              </w:rPr>
                            </w:pPr>
                            <w:r>
                              <w:rPr>
                                <w:rFonts w:ascii="Times New Roman" w:hAnsi="Times New Roman" w:cs="Times New Roman"/>
                                <w:i/>
                                <w:color w:val="002060"/>
                              </w:rPr>
                              <w:t>-</w:t>
                            </w:r>
                          </w:p>
                        </w:tc>
                        <w:tc>
                          <w:tcPr>
                            <w:tcW w:w="2268" w:type="dxa"/>
                          </w:tcPr>
                          <w:p w14:paraId="474F4209"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48814B33"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232EB9FF"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52A236A4" w14:textId="77777777" w:rsidR="0069669C" w:rsidRDefault="0069669C" w:rsidP="002F3B06">
                            <w:pPr>
                              <w:tabs>
                                <w:tab w:val="left" w:pos="4395"/>
                                <w:tab w:val="left" w:pos="4962"/>
                              </w:tabs>
                              <w:spacing w:after="0" w:line="240" w:lineRule="auto"/>
                              <w:rPr>
                                <w:rFonts w:ascii="Times New Roman" w:hAnsi="Times New Roman" w:cs="Times New Roman"/>
                                <w:i/>
                                <w:color w:val="002060"/>
                              </w:rPr>
                            </w:pPr>
                            <w:r>
                              <w:rPr>
                                <w:rFonts w:ascii="Times New Roman" w:hAnsi="Times New Roman" w:cs="Times New Roman"/>
                                <w:i/>
                                <w:color w:val="002060"/>
                              </w:rPr>
                              <w:t>высшая категория</w:t>
                            </w:r>
                          </w:p>
                          <w:p w14:paraId="3417049A" w14:textId="77777777" w:rsidR="0069669C" w:rsidRPr="0047208B" w:rsidRDefault="0069669C" w:rsidP="002F3B06">
                            <w:pPr>
                              <w:tabs>
                                <w:tab w:val="left" w:pos="4395"/>
                                <w:tab w:val="left" w:pos="4962"/>
                              </w:tabs>
                              <w:spacing w:after="0" w:line="240" w:lineRule="auto"/>
                              <w:rPr>
                                <w:rFonts w:ascii="Times New Roman" w:hAnsi="Times New Roman" w:cs="Times New Roman"/>
                                <w:i/>
                                <w:color w:val="002060"/>
                              </w:rPr>
                            </w:pPr>
                          </w:p>
                        </w:tc>
                      </w:tr>
                    </w:tbl>
                    <w:p w14:paraId="2827DED6" w14:textId="77777777" w:rsidR="0069669C" w:rsidRPr="00934272" w:rsidRDefault="0069669C" w:rsidP="00934272">
                      <w:pPr>
                        <w:spacing w:after="0" w:line="240" w:lineRule="auto"/>
                        <w:rPr>
                          <w:rFonts w:ascii="Times New Roman" w:hAnsi="Times New Roman" w:cs="Times New Roman"/>
                        </w:rPr>
                      </w:pPr>
                    </w:p>
                  </w:txbxContent>
                </v:textbox>
              </v:rect>
            </w:pict>
          </mc:Fallback>
        </mc:AlternateContent>
      </w:r>
    </w:p>
    <w:p w14:paraId="4320205E"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42867C95"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3C663014"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374F41D6"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769D8F06"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1584C2AE"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212D5D76"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64673FF2"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680D1D13" w14:textId="77777777" w:rsidR="00934272" w:rsidRPr="00934272" w:rsidRDefault="00934272" w:rsidP="00BB7AA5">
      <w:pPr>
        <w:tabs>
          <w:tab w:val="left" w:pos="540"/>
        </w:tabs>
        <w:spacing w:after="0" w:line="240" w:lineRule="auto"/>
        <w:ind w:firstLine="709"/>
        <w:jc w:val="center"/>
        <w:rPr>
          <w:rFonts w:ascii="Times New Roman" w:hAnsi="Times New Roman" w:cs="Times New Roman"/>
        </w:rPr>
      </w:pPr>
    </w:p>
    <w:p w14:paraId="49287A48" w14:textId="30E7F98E" w:rsidR="008C4DBB" w:rsidRDefault="008C4DBB" w:rsidP="00BB7AA5">
      <w:pPr>
        <w:tabs>
          <w:tab w:val="left" w:pos="540"/>
        </w:tabs>
        <w:spacing w:after="0" w:line="240" w:lineRule="auto"/>
        <w:ind w:firstLine="709"/>
        <w:jc w:val="center"/>
        <w:rPr>
          <w:rFonts w:ascii="Times New Roman" w:hAnsi="Times New Roman" w:cs="Times New Roman"/>
          <w:b/>
        </w:rPr>
      </w:pPr>
      <w:bookmarkStart w:id="1" w:name="_GoBack"/>
      <w:bookmarkEnd w:id="1"/>
    </w:p>
    <w:p w14:paraId="4E5D9334" w14:textId="77777777" w:rsidR="008C4DBB" w:rsidRDefault="008C4DBB" w:rsidP="00BB7AA5">
      <w:pPr>
        <w:tabs>
          <w:tab w:val="left" w:pos="540"/>
        </w:tabs>
        <w:spacing w:after="0" w:line="240" w:lineRule="auto"/>
        <w:ind w:firstLine="709"/>
        <w:jc w:val="center"/>
        <w:rPr>
          <w:rFonts w:ascii="Times New Roman" w:hAnsi="Times New Roman" w:cs="Times New Roman"/>
          <w:b/>
        </w:rPr>
      </w:pPr>
    </w:p>
    <w:p w14:paraId="04E2212D" w14:textId="77777777" w:rsidR="0063501E" w:rsidRDefault="0063501E" w:rsidP="00BB7AA5">
      <w:pPr>
        <w:tabs>
          <w:tab w:val="left" w:pos="540"/>
        </w:tabs>
        <w:spacing w:after="0" w:line="240" w:lineRule="auto"/>
        <w:ind w:firstLine="709"/>
        <w:jc w:val="center"/>
        <w:rPr>
          <w:rFonts w:ascii="Times New Roman" w:hAnsi="Times New Roman" w:cs="Times New Roman"/>
          <w:b/>
        </w:rPr>
      </w:pPr>
    </w:p>
    <w:p w14:paraId="721F6561" w14:textId="77777777" w:rsidR="00DB2D18" w:rsidRDefault="00DB2D18" w:rsidP="00BB7AA5">
      <w:pPr>
        <w:tabs>
          <w:tab w:val="left" w:pos="540"/>
        </w:tabs>
        <w:spacing w:after="0" w:line="240" w:lineRule="auto"/>
        <w:ind w:firstLine="709"/>
        <w:jc w:val="center"/>
        <w:rPr>
          <w:rFonts w:ascii="Times New Roman" w:hAnsi="Times New Roman" w:cs="Times New Roman"/>
          <w:b/>
        </w:rPr>
      </w:pPr>
    </w:p>
    <w:p w14:paraId="08E7828D" w14:textId="7BE1BD28" w:rsidR="008C4DBB" w:rsidRPr="00EF7EF7" w:rsidRDefault="00934272" w:rsidP="008C4DBB">
      <w:pPr>
        <w:tabs>
          <w:tab w:val="left" w:pos="540"/>
        </w:tabs>
        <w:spacing w:after="0" w:line="240" w:lineRule="auto"/>
        <w:jc w:val="center"/>
        <w:rPr>
          <w:rFonts w:ascii="Times New Roman" w:hAnsi="Times New Roman" w:cs="Times New Roman"/>
          <w:b/>
          <w:color w:val="002060"/>
          <w:sz w:val="32"/>
          <w:szCs w:val="32"/>
          <w:lang w:val="en-US"/>
        </w:rPr>
      </w:pPr>
      <w:r w:rsidRPr="00934272">
        <w:rPr>
          <w:rFonts w:ascii="Times New Roman" w:hAnsi="Times New Roman" w:cs="Times New Roman"/>
          <w:b/>
          <w:color w:val="002060"/>
          <w:sz w:val="32"/>
          <w:szCs w:val="32"/>
        </w:rPr>
        <w:t>Екатеринбург</w:t>
      </w:r>
      <w:r w:rsidR="008C4DBB">
        <w:rPr>
          <w:rFonts w:ascii="Times New Roman" w:hAnsi="Times New Roman" w:cs="Times New Roman"/>
          <w:b/>
          <w:color w:val="002060"/>
          <w:sz w:val="32"/>
          <w:szCs w:val="32"/>
        </w:rPr>
        <w:br/>
      </w:r>
      <w:r w:rsidR="0052370D">
        <w:rPr>
          <w:rFonts w:ascii="Times New Roman" w:hAnsi="Times New Roman" w:cs="Times New Roman"/>
          <w:b/>
          <w:color w:val="002060"/>
          <w:sz w:val="32"/>
          <w:szCs w:val="32"/>
        </w:rPr>
        <w:t>202</w:t>
      </w:r>
      <w:r w:rsidR="00432193">
        <w:rPr>
          <w:rFonts w:ascii="Times New Roman" w:hAnsi="Times New Roman" w:cs="Times New Roman"/>
          <w:b/>
          <w:color w:val="002060"/>
          <w:sz w:val="32"/>
          <w:szCs w:val="32"/>
          <w:lang w:val="en-US"/>
        </w:rPr>
        <w:t>6</w:t>
      </w:r>
    </w:p>
    <w:p w14:paraId="7E58B763" w14:textId="77777777" w:rsidR="00934272" w:rsidRPr="00934272" w:rsidRDefault="00934272" w:rsidP="00BB7AA5">
      <w:pPr>
        <w:pStyle w:val="1"/>
        <w:spacing w:before="0" w:after="0"/>
        <w:ind w:firstLine="709"/>
        <w:jc w:val="both"/>
        <w:rPr>
          <w:rFonts w:cs="Times New Roman"/>
        </w:rPr>
        <w:sectPr w:rsidR="00934272" w:rsidRPr="00934272" w:rsidSect="00313E8A">
          <w:footerReference w:type="even" r:id="rId11"/>
          <w:footerReference w:type="default" r:id="rId12"/>
          <w:pgSz w:w="11906" w:h="16838"/>
          <w:pgMar w:top="851" w:right="851" w:bottom="540" w:left="1418" w:header="0" w:footer="0" w:gutter="0"/>
          <w:pgNumType w:start="1"/>
          <w:cols w:space="708"/>
          <w:titlePg/>
          <w:docGrid w:linePitch="360"/>
        </w:sectPr>
      </w:pPr>
    </w:p>
    <w:bookmarkEnd w:id="0" w:displacedByCustomXml="next"/>
    <w:bookmarkStart w:id="2" w:name="_Toc149647012" w:displacedByCustomXml="next"/>
    <w:bookmarkStart w:id="3" w:name="_Toc150046054" w:displacedByCustomXml="next"/>
    <w:sdt>
      <w:sdtPr>
        <w:rPr>
          <w:rFonts w:asciiTheme="minorHAnsi" w:eastAsiaTheme="minorHAnsi" w:hAnsiTheme="minorHAnsi" w:cstheme="minorBidi"/>
          <w:b w:val="0"/>
          <w:bCs w:val="0"/>
          <w:color w:val="auto"/>
          <w:sz w:val="22"/>
          <w:szCs w:val="22"/>
        </w:rPr>
        <w:id w:val="1823996689"/>
        <w:docPartObj>
          <w:docPartGallery w:val="Table of Contents"/>
          <w:docPartUnique/>
        </w:docPartObj>
      </w:sdtPr>
      <w:sdtEndPr/>
      <w:sdtContent>
        <w:p w14:paraId="231A60A0" w14:textId="37E3B9CE" w:rsidR="002C2C39" w:rsidRPr="00FA56EA" w:rsidRDefault="002C2C39" w:rsidP="002C2C39">
          <w:pPr>
            <w:pStyle w:val="afe"/>
            <w:rPr>
              <w:color w:val="000000" w:themeColor="text1"/>
            </w:rPr>
          </w:pPr>
          <w:r w:rsidRPr="00FA56EA">
            <w:rPr>
              <w:color w:val="000000" w:themeColor="text1"/>
            </w:rPr>
            <w:t>Оглавление</w:t>
          </w:r>
        </w:p>
        <w:p w14:paraId="347118A9" w14:textId="77777777" w:rsidR="002C2C39" w:rsidRPr="00FA56EA" w:rsidRDefault="002C2C39" w:rsidP="006F1218">
          <w:pPr>
            <w:pStyle w:val="11"/>
          </w:pPr>
          <w:r w:rsidRPr="00FA56EA">
            <w:fldChar w:fldCharType="begin"/>
          </w:r>
          <w:r w:rsidRPr="00FA56EA">
            <w:instrText xml:space="preserve"> TOC \o "1-3" \h \z \u </w:instrText>
          </w:r>
          <w:r w:rsidRPr="00FA56EA">
            <w:fldChar w:fldCharType="separate"/>
          </w:r>
          <w:r w:rsidRPr="00FA56EA">
            <w:rPr>
              <w:rStyle w:val="af2"/>
              <w:color w:val="000000" w:themeColor="text1"/>
            </w:rPr>
            <w:fldChar w:fldCharType="begin"/>
          </w:r>
          <w:r w:rsidRPr="00FA56EA">
            <w:rPr>
              <w:rStyle w:val="af2"/>
              <w:color w:val="000000" w:themeColor="text1"/>
            </w:rPr>
            <w:instrText xml:space="preserve"> TOC \o "1-3" \f \h \z \t "класс,3" </w:instrText>
          </w:r>
          <w:r w:rsidRPr="00FA56EA">
            <w:rPr>
              <w:rStyle w:val="af2"/>
              <w:color w:val="000000" w:themeColor="text1"/>
            </w:rPr>
            <w:fldChar w:fldCharType="separate"/>
          </w:r>
        </w:p>
        <w:p w14:paraId="71CBE2E8" w14:textId="6F2D3757" w:rsidR="002C2C39" w:rsidRPr="00FA56EA" w:rsidRDefault="00C707A9" w:rsidP="006F1218">
          <w:pPr>
            <w:pStyle w:val="11"/>
            <w:rPr>
              <w:rFonts w:asciiTheme="minorHAnsi" w:eastAsiaTheme="minorEastAsia" w:hAnsiTheme="minorHAnsi" w:cstheme="minorBidi"/>
              <w:sz w:val="22"/>
              <w:lang w:eastAsia="ru-RU"/>
            </w:rPr>
          </w:pPr>
          <w:hyperlink w:anchor="_Toc150047318" w:history="1">
            <w:r w:rsidR="002C2C39" w:rsidRPr="00FA56EA">
              <w:rPr>
                <w:rStyle w:val="af2"/>
                <w:color w:val="000000" w:themeColor="text1"/>
              </w:rPr>
              <w:t>Пояснительная записка</w:t>
            </w:r>
            <w:r w:rsidR="002C2C39" w:rsidRPr="00FA56EA">
              <w:rPr>
                <w:webHidden/>
              </w:rPr>
              <w:tab/>
            </w:r>
            <w:r w:rsidR="002C2C39" w:rsidRPr="00FA56EA">
              <w:rPr>
                <w:webHidden/>
              </w:rPr>
              <w:fldChar w:fldCharType="begin"/>
            </w:r>
            <w:r w:rsidR="002C2C39" w:rsidRPr="00FA56EA">
              <w:rPr>
                <w:webHidden/>
              </w:rPr>
              <w:instrText xml:space="preserve"> PAGEREF _Toc150047318 \h </w:instrText>
            </w:r>
            <w:r w:rsidR="002C2C39" w:rsidRPr="00FA56EA">
              <w:rPr>
                <w:webHidden/>
              </w:rPr>
            </w:r>
            <w:r w:rsidR="002C2C39" w:rsidRPr="00FA56EA">
              <w:rPr>
                <w:webHidden/>
              </w:rPr>
              <w:fldChar w:fldCharType="separate"/>
            </w:r>
            <w:r w:rsidR="007A1091">
              <w:rPr>
                <w:webHidden/>
              </w:rPr>
              <w:t>3</w:t>
            </w:r>
            <w:r w:rsidR="002C2C39" w:rsidRPr="00FA56EA">
              <w:rPr>
                <w:webHidden/>
              </w:rPr>
              <w:fldChar w:fldCharType="end"/>
            </w:r>
          </w:hyperlink>
        </w:p>
        <w:p w14:paraId="35CCE47B" w14:textId="4F5E2EE6" w:rsidR="002C2C39" w:rsidRPr="00FA56EA" w:rsidRDefault="00C707A9" w:rsidP="006F1218">
          <w:pPr>
            <w:pStyle w:val="11"/>
            <w:rPr>
              <w:rFonts w:asciiTheme="minorHAnsi" w:eastAsiaTheme="minorEastAsia" w:hAnsiTheme="minorHAnsi" w:cstheme="minorBidi"/>
              <w:sz w:val="22"/>
              <w:lang w:eastAsia="ru-RU"/>
            </w:rPr>
          </w:pPr>
          <w:hyperlink w:anchor="_Toc150047319" w:history="1">
            <w:r w:rsidR="002C2C39" w:rsidRPr="00FA56EA">
              <w:rPr>
                <w:rStyle w:val="af2"/>
                <w:color w:val="000000" w:themeColor="text1"/>
              </w:rPr>
              <w:t>Содержание учебного предмета</w:t>
            </w:r>
            <w:r w:rsidR="002C2C39" w:rsidRPr="00FA56EA">
              <w:rPr>
                <w:webHidden/>
              </w:rPr>
              <w:tab/>
            </w:r>
            <w:r w:rsidR="002C2C39" w:rsidRPr="00FA56EA">
              <w:rPr>
                <w:webHidden/>
              </w:rPr>
              <w:fldChar w:fldCharType="begin"/>
            </w:r>
            <w:r w:rsidR="002C2C39" w:rsidRPr="00FA56EA">
              <w:rPr>
                <w:webHidden/>
              </w:rPr>
              <w:instrText xml:space="preserve"> PAGEREF _Toc150047319 \h </w:instrText>
            </w:r>
            <w:r w:rsidR="002C2C39" w:rsidRPr="00FA56EA">
              <w:rPr>
                <w:webHidden/>
              </w:rPr>
            </w:r>
            <w:r w:rsidR="002C2C39" w:rsidRPr="00FA56EA">
              <w:rPr>
                <w:webHidden/>
              </w:rPr>
              <w:fldChar w:fldCharType="separate"/>
            </w:r>
            <w:r w:rsidR="007A1091">
              <w:rPr>
                <w:webHidden/>
              </w:rPr>
              <w:t>4</w:t>
            </w:r>
            <w:r w:rsidR="002C2C39" w:rsidRPr="00FA56EA">
              <w:rPr>
                <w:webHidden/>
              </w:rPr>
              <w:fldChar w:fldCharType="end"/>
            </w:r>
          </w:hyperlink>
        </w:p>
        <w:p w14:paraId="10660273" w14:textId="2F0BFEE7" w:rsidR="002C2C39" w:rsidRPr="00FA56EA" w:rsidRDefault="00C707A9">
          <w:pPr>
            <w:pStyle w:val="33"/>
            <w:rPr>
              <w:rFonts w:asciiTheme="minorHAnsi" w:eastAsiaTheme="minorEastAsia" w:hAnsiTheme="minorHAnsi"/>
              <w:noProof/>
              <w:color w:val="000000" w:themeColor="text1"/>
              <w:sz w:val="22"/>
              <w:lang w:eastAsia="ru-RU"/>
            </w:rPr>
          </w:pPr>
          <w:hyperlink w:anchor="_Toc150047320" w:history="1">
            <w:r w:rsidR="002C2C39" w:rsidRPr="00FA56EA">
              <w:rPr>
                <w:rStyle w:val="af2"/>
                <w:noProof/>
                <w:color w:val="000000" w:themeColor="text1"/>
              </w:rPr>
              <w:t>5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_Toc150047320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w:t>
            </w:r>
            <w:r w:rsidR="002C2C39" w:rsidRPr="00FA56EA">
              <w:rPr>
                <w:noProof/>
                <w:webHidden/>
                <w:color w:val="000000" w:themeColor="text1"/>
              </w:rPr>
              <w:fldChar w:fldCharType="end"/>
            </w:r>
          </w:hyperlink>
        </w:p>
        <w:p w14:paraId="3478BF5C" w14:textId="542ACB56" w:rsidR="002C2C39" w:rsidRPr="00FA56EA" w:rsidRDefault="00C707A9">
          <w:pPr>
            <w:pStyle w:val="33"/>
            <w:rPr>
              <w:rFonts w:asciiTheme="minorHAnsi" w:eastAsiaTheme="minorEastAsia" w:hAnsiTheme="minorHAnsi"/>
              <w:noProof/>
              <w:color w:val="000000" w:themeColor="text1"/>
              <w:sz w:val="22"/>
              <w:lang w:eastAsia="ru-RU"/>
            </w:rPr>
          </w:pPr>
          <w:hyperlink w:anchor="_Toc150047321" w:history="1">
            <w:r w:rsidR="002C2C39" w:rsidRPr="00FA56EA">
              <w:rPr>
                <w:rStyle w:val="af2"/>
                <w:noProof/>
                <w:color w:val="000000" w:themeColor="text1"/>
              </w:rPr>
              <w:t>6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_Toc150047321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7</w:t>
            </w:r>
            <w:r w:rsidR="002C2C39" w:rsidRPr="00FA56EA">
              <w:rPr>
                <w:noProof/>
                <w:webHidden/>
                <w:color w:val="000000" w:themeColor="text1"/>
              </w:rPr>
              <w:fldChar w:fldCharType="end"/>
            </w:r>
          </w:hyperlink>
        </w:p>
        <w:p w14:paraId="1751EE23" w14:textId="6AB8E33A" w:rsidR="002C2C39" w:rsidRPr="00FA56EA" w:rsidRDefault="00C707A9">
          <w:pPr>
            <w:pStyle w:val="33"/>
            <w:rPr>
              <w:rFonts w:asciiTheme="minorHAnsi" w:eastAsiaTheme="minorEastAsia" w:hAnsiTheme="minorHAnsi"/>
              <w:noProof/>
              <w:color w:val="000000" w:themeColor="text1"/>
              <w:sz w:val="22"/>
              <w:lang w:eastAsia="ru-RU"/>
            </w:rPr>
          </w:pPr>
          <w:hyperlink w:anchor="_Toc150047322" w:history="1">
            <w:r w:rsidR="002C2C39" w:rsidRPr="00FA56EA">
              <w:rPr>
                <w:rStyle w:val="af2"/>
                <w:noProof/>
                <w:color w:val="000000" w:themeColor="text1"/>
              </w:rPr>
              <w:t>7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_Toc150047322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10</w:t>
            </w:r>
            <w:r w:rsidR="002C2C39" w:rsidRPr="00FA56EA">
              <w:rPr>
                <w:noProof/>
                <w:webHidden/>
                <w:color w:val="000000" w:themeColor="text1"/>
              </w:rPr>
              <w:fldChar w:fldCharType="end"/>
            </w:r>
          </w:hyperlink>
        </w:p>
        <w:p w14:paraId="3D2973A8" w14:textId="4E3FC24C" w:rsidR="002C2C39" w:rsidRPr="00FA56EA" w:rsidRDefault="00C707A9">
          <w:pPr>
            <w:pStyle w:val="33"/>
            <w:rPr>
              <w:rFonts w:asciiTheme="minorHAnsi" w:eastAsiaTheme="minorEastAsia" w:hAnsiTheme="minorHAnsi"/>
              <w:noProof/>
              <w:color w:val="000000" w:themeColor="text1"/>
              <w:sz w:val="22"/>
              <w:lang w:eastAsia="ru-RU"/>
            </w:rPr>
          </w:pPr>
          <w:hyperlink w:anchor="_Toc150047323" w:history="1">
            <w:r w:rsidR="002C2C39" w:rsidRPr="00FA56EA">
              <w:rPr>
                <w:rStyle w:val="af2"/>
                <w:noProof/>
                <w:color w:val="000000" w:themeColor="text1"/>
              </w:rPr>
              <w:t>8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_Toc150047323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14</w:t>
            </w:r>
            <w:r w:rsidR="002C2C39" w:rsidRPr="00FA56EA">
              <w:rPr>
                <w:noProof/>
                <w:webHidden/>
                <w:color w:val="000000" w:themeColor="text1"/>
              </w:rPr>
              <w:fldChar w:fldCharType="end"/>
            </w:r>
          </w:hyperlink>
        </w:p>
        <w:p w14:paraId="7A46BDAF" w14:textId="4B80113E" w:rsidR="002C2C39" w:rsidRPr="00FA56EA" w:rsidRDefault="00C707A9">
          <w:pPr>
            <w:pStyle w:val="33"/>
            <w:rPr>
              <w:rFonts w:asciiTheme="minorHAnsi" w:eastAsiaTheme="minorEastAsia" w:hAnsiTheme="minorHAnsi"/>
              <w:noProof/>
              <w:color w:val="000000" w:themeColor="text1"/>
              <w:sz w:val="22"/>
              <w:lang w:eastAsia="ru-RU"/>
            </w:rPr>
          </w:pPr>
          <w:hyperlink w:anchor="_Toc150047324" w:history="1">
            <w:r w:rsidR="002C2C39" w:rsidRPr="00FA56EA">
              <w:rPr>
                <w:rStyle w:val="af2"/>
                <w:noProof/>
                <w:color w:val="000000" w:themeColor="text1"/>
              </w:rPr>
              <w:t>9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_Toc150047324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18</w:t>
            </w:r>
            <w:r w:rsidR="002C2C39" w:rsidRPr="00FA56EA">
              <w:rPr>
                <w:noProof/>
                <w:webHidden/>
                <w:color w:val="000000" w:themeColor="text1"/>
              </w:rPr>
              <w:fldChar w:fldCharType="end"/>
            </w:r>
          </w:hyperlink>
        </w:p>
        <w:p w14:paraId="06E7D19F" w14:textId="404D1ACD" w:rsidR="002C2C39" w:rsidRPr="00FA56EA" w:rsidRDefault="00C707A9" w:rsidP="006F1218">
          <w:pPr>
            <w:pStyle w:val="11"/>
            <w:rPr>
              <w:rFonts w:asciiTheme="minorHAnsi" w:eastAsiaTheme="minorEastAsia" w:hAnsiTheme="minorHAnsi" w:cstheme="minorBidi"/>
              <w:sz w:val="22"/>
              <w:lang w:eastAsia="ru-RU"/>
            </w:rPr>
          </w:pPr>
          <w:hyperlink w:anchor="_Toc150047325" w:history="1">
            <w:r w:rsidR="002C2C39" w:rsidRPr="00FA56EA">
              <w:rPr>
                <w:rStyle w:val="af2"/>
                <w:color w:val="000000" w:themeColor="text1"/>
              </w:rPr>
              <w:t>Планируемые образовательные результаты</w:t>
            </w:r>
            <w:r w:rsidR="002C2C39" w:rsidRPr="00FA56EA">
              <w:rPr>
                <w:webHidden/>
              </w:rPr>
              <w:tab/>
            </w:r>
            <w:r w:rsidR="002C2C39" w:rsidRPr="00FA56EA">
              <w:rPr>
                <w:webHidden/>
              </w:rPr>
              <w:fldChar w:fldCharType="begin"/>
            </w:r>
            <w:r w:rsidR="002C2C39" w:rsidRPr="00FA56EA">
              <w:rPr>
                <w:webHidden/>
              </w:rPr>
              <w:instrText xml:space="preserve"> PAGEREF _Toc150047325 \h </w:instrText>
            </w:r>
            <w:r w:rsidR="002C2C39" w:rsidRPr="00FA56EA">
              <w:rPr>
                <w:webHidden/>
              </w:rPr>
            </w:r>
            <w:r w:rsidR="002C2C39" w:rsidRPr="00FA56EA">
              <w:rPr>
                <w:webHidden/>
              </w:rPr>
              <w:fldChar w:fldCharType="separate"/>
            </w:r>
            <w:r w:rsidR="007A1091">
              <w:rPr>
                <w:webHidden/>
              </w:rPr>
              <w:t>24</w:t>
            </w:r>
            <w:r w:rsidR="002C2C39" w:rsidRPr="00FA56EA">
              <w:rPr>
                <w:webHidden/>
              </w:rPr>
              <w:fldChar w:fldCharType="end"/>
            </w:r>
          </w:hyperlink>
        </w:p>
        <w:p w14:paraId="06617BBC" w14:textId="3E60193D" w:rsidR="002C2C39" w:rsidRPr="00FA56EA" w:rsidRDefault="00C707A9">
          <w:pPr>
            <w:pStyle w:val="33"/>
            <w:rPr>
              <w:rFonts w:asciiTheme="minorHAnsi" w:eastAsiaTheme="minorEastAsia" w:hAnsiTheme="minorHAnsi"/>
              <w:noProof/>
              <w:color w:val="000000" w:themeColor="text1"/>
              <w:sz w:val="22"/>
              <w:lang w:eastAsia="ru-RU"/>
            </w:rPr>
          </w:pPr>
          <w:hyperlink w:anchor="_Toc150047326" w:history="1">
            <w:r w:rsidR="002C2C39" w:rsidRPr="00FA56EA">
              <w:rPr>
                <w:rStyle w:val="af2"/>
                <w:noProof/>
                <w:color w:val="000000" w:themeColor="text1"/>
              </w:rPr>
              <w:t>5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_Toc150047326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29</w:t>
            </w:r>
            <w:r w:rsidR="002C2C39" w:rsidRPr="00FA56EA">
              <w:rPr>
                <w:noProof/>
                <w:webHidden/>
                <w:color w:val="000000" w:themeColor="text1"/>
              </w:rPr>
              <w:fldChar w:fldCharType="end"/>
            </w:r>
          </w:hyperlink>
        </w:p>
        <w:p w14:paraId="64D48CE6" w14:textId="46CF4DE2" w:rsidR="002C2C39" w:rsidRPr="00FA56EA" w:rsidRDefault="00C707A9">
          <w:pPr>
            <w:pStyle w:val="33"/>
            <w:rPr>
              <w:rFonts w:asciiTheme="minorHAnsi" w:eastAsiaTheme="minorEastAsia" w:hAnsiTheme="minorHAnsi"/>
              <w:noProof/>
              <w:color w:val="000000" w:themeColor="text1"/>
              <w:sz w:val="22"/>
              <w:lang w:eastAsia="ru-RU"/>
            </w:rPr>
          </w:pPr>
          <w:hyperlink w:anchor="_Toc150047327" w:history="1">
            <w:r w:rsidR="002C2C39" w:rsidRPr="00FA56EA">
              <w:rPr>
                <w:rStyle w:val="af2"/>
                <w:noProof/>
                <w:color w:val="000000" w:themeColor="text1"/>
              </w:rPr>
              <w:t>6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_Toc150047327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30</w:t>
            </w:r>
            <w:r w:rsidR="002C2C39" w:rsidRPr="00FA56EA">
              <w:rPr>
                <w:noProof/>
                <w:webHidden/>
                <w:color w:val="000000" w:themeColor="text1"/>
              </w:rPr>
              <w:fldChar w:fldCharType="end"/>
            </w:r>
          </w:hyperlink>
        </w:p>
        <w:p w14:paraId="492E36D6" w14:textId="7FAB3958" w:rsidR="002C2C39" w:rsidRPr="00FA56EA" w:rsidRDefault="00C707A9">
          <w:pPr>
            <w:pStyle w:val="33"/>
            <w:rPr>
              <w:rFonts w:asciiTheme="minorHAnsi" w:eastAsiaTheme="minorEastAsia" w:hAnsiTheme="minorHAnsi"/>
              <w:noProof/>
              <w:color w:val="000000" w:themeColor="text1"/>
              <w:sz w:val="22"/>
              <w:lang w:eastAsia="ru-RU"/>
            </w:rPr>
          </w:pPr>
          <w:hyperlink w:anchor="_Toc150047328" w:history="1">
            <w:r w:rsidR="002C2C39" w:rsidRPr="00FA56EA">
              <w:rPr>
                <w:rStyle w:val="af2"/>
                <w:noProof/>
                <w:color w:val="000000" w:themeColor="text1"/>
              </w:rPr>
              <w:t>7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_Toc150047328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32</w:t>
            </w:r>
            <w:r w:rsidR="002C2C39" w:rsidRPr="00FA56EA">
              <w:rPr>
                <w:noProof/>
                <w:webHidden/>
                <w:color w:val="000000" w:themeColor="text1"/>
              </w:rPr>
              <w:fldChar w:fldCharType="end"/>
            </w:r>
          </w:hyperlink>
        </w:p>
        <w:p w14:paraId="0CFA7D12" w14:textId="026FAF6D" w:rsidR="002C2C39" w:rsidRPr="00FA56EA" w:rsidRDefault="00C707A9">
          <w:pPr>
            <w:pStyle w:val="33"/>
            <w:rPr>
              <w:rFonts w:asciiTheme="minorHAnsi" w:eastAsiaTheme="minorEastAsia" w:hAnsiTheme="minorHAnsi"/>
              <w:noProof/>
              <w:color w:val="000000" w:themeColor="text1"/>
              <w:sz w:val="22"/>
              <w:lang w:eastAsia="ru-RU"/>
            </w:rPr>
          </w:pPr>
          <w:hyperlink w:anchor="_Toc150047329" w:history="1">
            <w:r w:rsidR="002C2C39" w:rsidRPr="00FA56EA">
              <w:rPr>
                <w:rStyle w:val="af2"/>
                <w:noProof/>
                <w:color w:val="000000" w:themeColor="text1"/>
              </w:rPr>
              <w:t>8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_Toc150047329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34</w:t>
            </w:r>
            <w:r w:rsidR="002C2C39" w:rsidRPr="00FA56EA">
              <w:rPr>
                <w:noProof/>
                <w:webHidden/>
                <w:color w:val="000000" w:themeColor="text1"/>
              </w:rPr>
              <w:fldChar w:fldCharType="end"/>
            </w:r>
          </w:hyperlink>
        </w:p>
        <w:p w14:paraId="009CE067" w14:textId="34E35EE9" w:rsidR="002C2C39" w:rsidRPr="00FA56EA" w:rsidRDefault="00C707A9">
          <w:pPr>
            <w:pStyle w:val="33"/>
            <w:rPr>
              <w:rFonts w:asciiTheme="minorHAnsi" w:eastAsiaTheme="minorEastAsia" w:hAnsiTheme="minorHAnsi"/>
              <w:noProof/>
              <w:color w:val="000000" w:themeColor="text1"/>
              <w:sz w:val="22"/>
              <w:lang w:eastAsia="ru-RU"/>
            </w:rPr>
          </w:pPr>
          <w:hyperlink w:anchor="_Toc150047330" w:history="1">
            <w:r w:rsidR="002C2C39" w:rsidRPr="00FA56EA">
              <w:rPr>
                <w:rStyle w:val="af2"/>
                <w:noProof/>
                <w:color w:val="000000" w:themeColor="text1"/>
              </w:rPr>
              <w:t>9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_Toc150047330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36</w:t>
            </w:r>
            <w:r w:rsidR="002C2C39" w:rsidRPr="00FA56EA">
              <w:rPr>
                <w:noProof/>
                <w:webHidden/>
                <w:color w:val="000000" w:themeColor="text1"/>
              </w:rPr>
              <w:fldChar w:fldCharType="end"/>
            </w:r>
          </w:hyperlink>
        </w:p>
        <w:p w14:paraId="1D598020" w14:textId="1714ED61" w:rsidR="002C2C39" w:rsidRPr="00FA56EA" w:rsidRDefault="00C707A9" w:rsidP="006F1218">
          <w:pPr>
            <w:pStyle w:val="11"/>
            <w:rPr>
              <w:rFonts w:asciiTheme="minorHAnsi" w:eastAsiaTheme="minorEastAsia" w:hAnsiTheme="minorHAnsi" w:cstheme="minorBidi"/>
              <w:sz w:val="22"/>
              <w:lang w:eastAsia="ru-RU"/>
            </w:rPr>
          </w:pPr>
          <w:hyperlink w:anchor="_Toc150047331" w:history="1">
            <w:r w:rsidR="002C2C39" w:rsidRPr="00FA56EA">
              <w:rPr>
                <w:rStyle w:val="af2"/>
                <w:color w:val="000000" w:themeColor="text1"/>
              </w:rPr>
              <w:t>Перечень обязательных оценочных процедур  по английскому языку</w:t>
            </w:r>
            <w:r w:rsidR="002C2C39" w:rsidRPr="00FA56EA">
              <w:rPr>
                <w:webHidden/>
              </w:rPr>
              <w:tab/>
            </w:r>
            <w:r w:rsidR="002C2C39" w:rsidRPr="00FA56EA">
              <w:rPr>
                <w:webHidden/>
              </w:rPr>
              <w:fldChar w:fldCharType="begin"/>
            </w:r>
            <w:r w:rsidR="002C2C39" w:rsidRPr="00FA56EA">
              <w:rPr>
                <w:webHidden/>
              </w:rPr>
              <w:instrText xml:space="preserve"> PAGEREF _Toc150047331 \h </w:instrText>
            </w:r>
            <w:r w:rsidR="002C2C39" w:rsidRPr="00FA56EA">
              <w:rPr>
                <w:webHidden/>
              </w:rPr>
            </w:r>
            <w:r w:rsidR="002C2C39" w:rsidRPr="00FA56EA">
              <w:rPr>
                <w:webHidden/>
              </w:rPr>
              <w:fldChar w:fldCharType="separate"/>
            </w:r>
            <w:r w:rsidR="007A1091">
              <w:rPr>
                <w:webHidden/>
              </w:rPr>
              <w:t>39</w:t>
            </w:r>
            <w:r w:rsidR="002C2C39" w:rsidRPr="00FA56EA">
              <w:rPr>
                <w:webHidden/>
              </w:rPr>
              <w:fldChar w:fldCharType="end"/>
            </w:r>
          </w:hyperlink>
        </w:p>
        <w:p w14:paraId="0D9501A7" w14:textId="638768B8" w:rsidR="002C2C39" w:rsidRPr="00FA56EA" w:rsidRDefault="00C707A9" w:rsidP="006F1218">
          <w:pPr>
            <w:pStyle w:val="11"/>
            <w:rPr>
              <w:rFonts w:asciiTheme="minorHAnsi" w:eastAsiaTheme="minorEastAsia" w:hAnsiTheme="minorHAnsi" w:cstheme="minorBidi"/>
              <w:sz w:val="22"/>
              <w:lang w:eastAsia="ru-RU"/>
            </w:rPr>
          </w:pPr>
          <w:hyperlink w:anchor="_Toc150047332" w:history="1">
            <w:r w:rsidR="002C2C39" w:rsidRPr="00FA56EA">
              <w:rPr>
                <w:rStyle w:val="af2"/>
                <w:color w:val="000000" w:themeColor="text1"/>
              </w:rPr>
              <w:t>Тематическое планирование по английскому языку</w:t>
            </w:r>
            <w:r w:rsidR="002C2C39" w:rsidRPr="00FA56EA">
              <w:rPr>
                <w:webHidden/>
              </w:rPr>
              <w:tab/>
            </w:r>
            <w:r w:rsidR="002C2C39" w:rsidRPr="00FA56EA">
              <w:rPr>
                <w:webHidden/>
              </w:rPr>
              <w:fldChar w:fldCharType="begin"/>
            </w:r>
            <w:r w:rsidR="002C2C39" w:rsidRPr="00FA56EA">
              <w:rPr>
                <w:webHidden/>
              </w:rPr>
              <w:instrText xml:space="preserve"> PAGEREF _Toc150047332 \h </w:instrText>
            </w:r>
            <w:r w:rsidR="002C2C39" w:rsidRPr="00FA56EA">
              <w:rPr>
                <w:webHidden/>
              </w:rPr>
            </w:r>
            <w:r w:rsidR="002C2C39" w:rsidRPr="00FA56EA">
              <w:rPr>
                <w:webHidden/>
              </w:rPr>
              <w:fldChar w:fldCharType="separate"/>
            </w:r>
            <w:r w:rsidR="007A1091">
              <w:rPr>
                <w:webHidden/>
              </w:rPr>
              <w:t>40</w:t>
            </w:r>
            <w:r w:rsidR="002C2C39" w:rsidRPr="00FA56EA">
              <w:rPr>
                <w:webHidden/>
              </w:rPr>
              <w:fldChar w:fldCharType="end"/>
            </w:r>
          </w:hyperlink>
        </w:p>
        <w:p w14:paraId="286D2139" w14:textId="335AB12C" w:rsidR="002C2C39" w:rsidRPr="00FA56EA" w:rsidRDefault="00C707A9">
          <w:pPr>
            <w:pStyle w:val="33"/>
            <w:rPr>
              <w:rFonts w:asciiTheme="minorHAnsi" w:eastAsiaTheme="minorEastAsia" w:hAnsiTheme="minorHAnsi"/>
              <w:noProof/>
              <w:color w:val="000000" w:themeColor="text1"/>
              <w:sz w:val="22"/>
              <w:lang w:eastAsia="ru-RU"/>
            </w:rPr>
          </w:pPr>
          <w:hyperlink w:anchor="_Toc150047333" w:history="1">
            <w:r w:rsidR="002C2C39" w:rsidRPr="00FA56EA">
              <w:rPr>
                <w:rStyle w:val="af2"/>
                <w:noProof/>
                <w:color w:val="000000" w:themeColor="text1"/>
              </w:rPr>
              <w:t>5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_Toc150047333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40</w:t>
            </w:r>
            <w:r w:rsidR="002C2C39" w:rsidRPr="00FA56EA">
              <w:rPr>
                <w:noProof/>
                <w:webHidden/>
                <w:color w:val="000000" w:themeColor="text1"/>
              </w:rPr>
              <w:fldChar w:fldCharType="end"/>
            </w:r>
          </w:hyperlink>
        </w:p>
        <w:p w14:paraId="7DA056B7" w14:textId="26975C59" w:rsidR="002C2C39" w:rsidRPr="00FA56EA" w:rsidRDefault="00C707A9">
          <w:pPr>
            <w:pStyle w:val="33"/>
            <w:rPr>
              <w:rFonts w:asciiTheme="minorHAnsi" w:eastAsiaTheme="minorEastAsia" w:hAnsiTheme="minorHAnsi"/>
              <w:noProof/>
              <w:color w:val="000000" w:themeColor="text1"/>
              <w:sz w:val="22"/>
              <w:lang w:eastAsia="ru-RU"/>
            </w:rPr>
          </w:pPr>
          <w:hyperlink w:anchor="_Toc150047334" w:history="1">
            <w:r w:rsidR="002C2C39" w:rsidRPr="00FA56EA">
              <w:rPr>
                <w:rStyle w:val="af2"/>
                <w:noProof/>
                <w:color w:val="000000" w:themeColor="text1"/>
              </w:rPr>
              <w:t>6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_Toc150047334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41</w:t>
            </w:r>
            <w:r w:rsidR="002C2C39" w:rsidRPr="00FA56EA">
              <w:rPr>
                <w:noProof/>
                <w:webHidden/>
                <w:color w:val="000000" w:themeColor="text1"/>
              </w:rPr>
              <w:fldChar w:fldCharType="end"/>
            </w:r>
          </w:hyperlink>
        </w:p>
        <w:p w14:paraId="0B2BAC39" w14:textId="0401B21D" w:rsidR="002C2C39" w:rsidRPr="00FA56EA" w:rsidRDefault="00C707A9">
          <w:pPr>
            <w:pStyle w:val="33"/>
            <w:rPr>
              <w:rFonts w:asciiTheme="minorHAnsi" w:eastAsiaTheme="minorEastAsia" w:hAnsiTheme="minorHAnsi"/>
              <w:noProof/>
              <w:color w:val="000000" w:themeColor="text1"/>
              <w:sz w:val="22"/>
              <w:lang w:eastAsia="ru-RU"/>
            </w:rPr>
          </w:pPr>
          <w:hyperlink w:anchor="_Toc150047335" w:history="1">
            <w:r w:rsidR="002C2C39" w:rsidRPr="00FA56EA">
              <w:rPr>
                <w:rStyle w:val="af2"/>
                <w:noProof/>
                <w:color w:val="000000" w:themeColor="text1"/>
              </w:rPr>
              <w:t>7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_Toc150047335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42</w:t>
            </w:r>
            <w:r w:rsidR="002C2C39" w:rsidRPr="00FA56EA">
              <w:rPr>
                <w:noProof/>
                <w:webHidden/>
                <w:color w:val="000000" w:themeColor="text1"/>
              </w:rPr>
              <w:fldChar w:fldCharType="end"/>
            </w:r>
          </w:hyperlink>
        </w:p>
        <w:p w14:paraId="257ABAA2" w14:textId="2997BBDA" w:rsidR="002C2C39" w:rsidRPr="00FA56EA" w:rsidRDefault="00C707A9">
          <w:pPr>
            <w:pStyle w:val="33"/>
            <w:rPr>
              <w:rFonts w:asciiTheme="minorHAnsi" w:eastAsiaTheme="minorEastAsia" w:hAnsiTheme="minorHAnsi"/>
              <w:noProof/>
              <w:color w:val="000000" w:themeColor="text1"/>
              <w:sz w:val="22"/>
              <w:lang w:eastAsia="ru-RU"/>
            </w:rPr>
          </w:pPr>
          <w:hyperlink w:anchor="_Toc150047336" w:history="1">
            <w:r w:rsidR="002C2C39" w:rsidRPr="00FA56EA">
              <w:rPr>
                <w:rStyle w:val="af2"/>
                <w:noProof/>
                <w:color w:val="000000" w:themeColor="text1"/>
              </w:rPr>
              <w:t>8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_Toc150047336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43</w:t>
            </w:r>
            <w:r w:rsidR="002C2C39" w:rsidRPr="00FA56EA">
              <w:rPr>
                <w:noProof/>
                <w:webHidden/>
                <w:color w:val="000000" w:themeColor="text1"/>
              </w:rPr>
              <w:fldChar w:fldCharType="end"/>
            </w:r>
          </w:hyperlink>
        </w:p>
        <w:p w14:paraId="7056ADF8" w14:textId="6D895A52" w:rsidR="002C2C39" w:rsidRPr="00FA56EA" w:rsidRDefault="00C707A9">
          <w:pPr>
            <w:pStyle w:val="33"/>
            <w:rPr>
              <w:rFonts w:asciiTheme="minorHAnsi" w:eastAsiaTheme="minorEastAsia" w:hAnsiTheme="minorHAnsi"/>
              <w:noProof/>
              <w:color w:val="000000" w:themeColor="text1"/>
              <w:sz w:val="22"/>
              <w:lang w:eastAsia="ru-RU"/>
            </w:rPr>
          </w:pPr>
          <w:hyperlink w:anchor="_Toc150047337" w:history="1">
            <w:r w:rsidR="002C2C39" w:rsidRPr="00FA56EA">
              <w:rPr>
                <w:rStyle w:val="af2"/>
                <w:noProof/>
                <w:color w:val="000000" w:themeColor="text1"/>
              </w:rPr>
              <w:t>9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_Toc150047337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44</w:t>
            </w:r>
            <w:r w:rsidR="002C2C39" w:rsidRPr="00FA56EA">
              <w:rPr>
                <w:noProof/>
                <w:webHidden/>
                <w:color w:val="000000" w:themeColor="text1"/>
              </w:rPr>
              <w:fldChar w:fldCharType="end"/>
            </w:r>
          </w:hyperlink>
        </w:p>
        <w:p w14:paraId="485CEA1F" w14:textId="3F4BF602" w:rsidR="002C2C39" w:rsidRPr="00FA56EA" w:rsidRDefault="00C707A9" w:rsidP="006F1218">
          <w:pPr>
            <w:pStyle w:val="11"/>
            <w:rPr>
              <w:rFonts w:asciiTheme="minorHAnsi" w:eastAsiaTheme="minorEastAsia" w:hAnsiTheme="minorHAnsi" w:cstheme="minorBidi"/>
              <w:sz w:val="22"/>
              <w:lang w:eastAsia="ru-RU"/>
            </w:rPr>
          </w:pPr>
          <w:hyperlink w:anchor="_Toc150047338" w:history="1">
            <w:r w:rsidR="002C2C39" w:rsidRPr="00FA56EA">
              <w:rPr>
                <w:rStyle w:val="af2"/>
                <w:color w:val="000000" w:themeColor="text1"/>
              </w:rPr>
              <w:t>Поурочное планирование</w:t>
            </w:r>
            <w:r w:rsidR="002C2C39" w:rsidRPr="00FA56EA">
              <w:rPr>
                <w:webHidden/>
              </w:rPr>
              <w:tab/>
            </w:r>
            <w:r w:rsidR="002C2C39" w:rsidRPr="00FA56EA">
              <w:rPr>
                <w:webHidden/>
              </w:rPr>
              <w:fldChar w:fldCharType="begin"/>
            </w:r>
            <w:r w:rsidR="002C2C39" w:rsidRPr="00FA56EA">
              <w:rPr>
                <w:webHidden/>
              </w:rPr>
              <w:instrText xml:space="preserve"> PAGEREF _Toc150047338 \h </w:instrText>
            </w:r>
            <w:r w:rsidR="002C2C39" w:rsidRPr="00FA56EA">
              <w:rPr>
                <w:webHidden/>
              </w:rPr>
            </w:r>
            <w:r w:rsidR="002C2C39" w:rsidRPr="00FA56EA">
              <w:rPr>
                <w:webHidden/>
              </w:rPr>
              <w:fldChar w:fldCharType="separate"/>
            </w:r>
            <w:r w:rsidR="007A1091">
              <w:rPr>
                <w:webHidden/>
              </w:rPr>
              <w:t>45</w:t>
            </w:r>
            <w:r w:rsidR="002C2C39" w:rsidRPr="00FA56EA">
              <w:rPr>
                <w:webHidden/>
              </w:rPr>
              <w:fldChar w:fldCharType="end"/>
            </w:r>
          </w:hyperlink>
        </w:p>
        <w:p w14:paraId="2F8E77D0" w14:textId="33316776" w:rsidR="002C2C39" w:rsidRPr="00FA56EA" w:rsidRDefault="00C707A9">
          <w:pPr>
            <w:pStyle w:val="33"/>
            <w:rPr>
              <w:rFonts w:asciiTheme="minorHAnsi" w:eastAsiaTheme="minorEastAsia" w:hAnsiTheme="minorHAnsi"/>
              <w:noProof/>
              <w:color w:val="000000" w:themeColor="text1"/>
              <w:sz w:val="22"/>
              <w:lang w:eastAsia="ru-RU"/>
            </w:rPr>
          </w:pPr>
          <w:hyperlink w:anchor="_Toc150047339" w:history="1">
            <w:r w:rsidR="002C2C39" w:rsidRPr="00FA56EA">
              <w:rPr>
                <w:rStyle w:val="af2"/>
                <w:noProof/>
                <w:color w:val="000000" w:themeColor="text1"/>
              </w:rPr>
              <w:t>5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_Toc150047339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45</w:t>
            </w:r>
            <w:r w:rsidR="002C2C39" w:rsidRPr="00FA56EA">
              <w:rPr>
                <w:noProof/>
                <w:webHidden/>
                <w:color w:val="000000" w:themeColor="text1"/>
              </w:rPr>
              <w:fldChar w:fldCharType="end"/>
            </w:r>
          </w:hyperlink>
        </w:p>
        <w:p w14:paraId="07972428" w14:textId="00ABDF49" w:rsidR="002C2C39" w:rsidRPr="00FA56EA" w:rsidRDefault="00C707A9">
          <w:pPr>
            <w:pStyle w:val="33"/>
            <w:rPr>
              <w:rFonts w:asciiTheme="minorHAnsi" w:eastAsiaTheme="minorEastAsia" w:hAnsiTheme="minorHAnsi"/>
              <w:noProof/>
              <w:color w:val="000000" w:themeColor="text1"/>
              <w:sz w:val="22"/>
              <w:lang w:eastAsia="ru-RU"/>
            </w:rPr>
          </w:pPr>
          <w:hyperlink w:anchor="_Toc150047340" w:history="1">
            <w:r w:rsidR="002C2C39" w:rsidRPr="00FA56EA">
              <w:rPr>
                <w:rStyle w:val="af2"/>
                <w:noProof/>
                <w:color w:val="000000" w:themeColor="text1"/>
              </w:rPr>
              <w:t>6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_Toc150047340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48</w:t>
            </w:r>
            <w:r w:rsidR="002C2C39" w:rsidRPr="00FA56EA">
              <w:rPr>
                <w:noProof/>
                <w:webHidden/>
                <w:color w:val="000000" w:themeColor="text1"/>
              </w:rPr>
              <w:fldChar w:fldCharType="end"/>
            </w:r>
          </w:hyperlink>
        </w:p>
        <w:p w14:paraId="4C52D1D8" w14:textId="3EBBCB64" w:rsidR="002C2C39" w:rsidRPr="00FA56EA" w:rsidRDefault="00C707A9">
          <w:pPr>
            <w:pStyle w:val="33"/>
            <w:rPr>
              <w:rFonts w:asciiTheme="minorHAnsi" w:eastAsiaTheme="minorEastAsia" w:hAnsiTheme="minorHAnsi"/>
              <w:noProof/>
              <w:color w:val="000000" w:themeColor="text1"/>
              <w:sz w:val="22"/>
              <w:lang w:eastAsia="ru-RU"/>
            </w:rPr>
          </w:pPr>
          <w:hyperlink w:anchor="_Toc150047341" w:history="1">
            <w:r w:rsidR="002C2C39" w:rsidRPr="00FA56EA">
              <w:rPr>
                <w:rStyle w:val="af2"/>
                <w:noProof/>
                <w:color w:val="000000" w:themeColor="text1"/>
              </w:rPr>
              <w:t>7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_Toc150047341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53</w:t>
            </w:r>
            <w:r w:rsidR="002C2C39" w:rsidRPr="00FA56EA">
              <w:rPr>
                <w:noProof/>
                <w:webHidden/>
                <w:color w:val="000000" w:themeColor="text1"/>
              </w:rPr>
              <w:fldChar w:fldCharType="end"/>
            </w:r>
          </w:hyperlink>
        </w:p>
        <w:p w14:paraId="204937F8" w14:textId="701A71BD" w:rsidR="002C2C39" w:rsidRPr="00FA56EA" w:rsidRDefault="00C707A9">
          <w:pPr>
            <w:pStyle w:val="33"/>
            <w:rPr>
              <w:rFonts w:asciiTheme="minorHAnsi" w:eastAsiaTheme="minorEastAsia" w:hAnsiTheme="minorHAnsi"/>
              <w:noProof/>
              <w:color w:val="000000" w:themeColor="text1"/>
              <w:sz w:val="22"/>
              <w:lang w:eastAsia="ru-RU"/>
            </w:rPr>
          </w:pPr>
          <w:hyperlink w:anchor="_Toc150047342" w:history="1">
            <w:r w:rsidR="002C2C39" w:rsidRPr="00FA56EA">
              <w:rPr>
                <w:rStyle w:val="af2"/>
                <w:noProof/>
                <w:color w:val="000000" w:themeColor="text1"/>
              </w:rPr>
              <w:t>8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_Toc150047342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57</w:t>
            </w:r>
            <w:r w:rsidR="002C2C39" w:rsidRPr="00FA56EA">
              <w:rPr>
                <w:noProof/>
                <w:webHidden/>
                <w:color w:val="000000" w:themeColor="text1"/>
              </w:rPr>
              <w:fldChar w:fldCharType="end"/>
            </w:r>
          </w:hyperlink>
        </w:p>
        <w:p w14:paraId="33F4D92C" w14:textId="7578286D" w:rsidR="002C2C39" w:rsidRPr="00FA56EA" w:rsidRDefault="00C707A9">
          <w:pPr>
            <w:pStyle w:val="33"/>
            <w:rPr>
              <w:rFonts w:asciiTheme="minorHAnsi" w:eastAsiaTheme="minorEastAsia" w:hAnsiTheme="minorHAnsi"/>
              <w:noProof/>
              <w:color w:val="000000" w:themeColor="text1"/>
              <w:sz w:val="22"/>
              <w:lang w:eastAsia="ru-RU"/>
            </w:rPr>
          </w:pPr>
          <w:hyperlink w:anchor="_Toc150047343" w:history="1">
            <w:r w:rsidR="002C2C39" w:rsidRPr="00FA56EA">
              <w:rPr>
                <w:rStyle w:val="af2"/>
                <w:noProof/>
                <w:color w:val="000000" w:themeColor="text1"/>
              </w:rPr>
              <w:t>9 класс</w:t>
            </w:r>
            <w:r w:rsidR="002C2C39" w:rsidRPr="00FA56EA">
              <w:rPr>
                <w:noProof/>
                <w:webHidden/>
                <w:color w:val="000000" w:themeColor="text1"/>
              </w:rPr>
              <w:tab/>
            </w:r>
            <w:r w:rsidR="002C2C39" w:rsidRPr="00FA56EA">
              <w:rPr>
                <w:noProof/>
                <w:webHidden/>
                <w:color w:val="000000" w:themeColor="text1"/>
              </w:rPr>
              <w:fldChar w:fldCharType="begin"/>
            </w:r>
            <w:r w:rsidR="002C2C39" w:rsidRPr="00FA56EA">
              <w:rPr>
                <w:noProof/>
                <w:webHidden/>
                <w:color w:val="000000" w:themeColor="text1"/>
              </w:rPr>
              <w:instrText xml:space="preserve"> PAGEREF _Toc150047343 \h </w:instrText>
            </w:r>
            <w:r w:rsidR="002C2C39" w:rsidRPr="00FA56EA">
              <w:rPr>
                <w:noProof/>
                <w:webHidden/>
                <w:color w:val="000000" w:themeColor="text1"/>
              </w:rPr>
            </w:r>
            <w:r w:rsidR="002C2C39" w:rsidRPr="00FA56EA">
              <w:rPr>
                <w:noProof/>
                <w:webHidden/>
                <w:color w:val="000000" w:themeColor="text1"/>
              </w:rPr>
              <w:fldChar w:fldCharType="separate"/>
            </w:r>
            <w:r w:rsidR="007A1091">
              <w:rPr>
                <w:noProof/>
                <w:webHidden/>
                <w:color w:val="000000" w:themeColor="text1"/>
              </w:rPr>
              <w:t>62</w:t>
            </w:r>
            <w:r w:rsidR="002C2C39" w:rsidRPr="00FA56EA">
              <w:rPr>
                <w:noProof/>
                <w:webHidden/>
                <w:color w:val="000000" w:themeColor="text1"/>
              </w:rPr>
              <w:fldChar w:fldCharType="end"/>
            </w:r>
          </w:hyperlink>
        </w:p>
        <w:p w14:paraId="17782025" w14:textId="5A84D1CA" w:rsidR="002C2C39" w:rsidRPr="00FA56EA" w:rsidRDefault="002C2C39" w:rsidP="006F1218">
          <w:pPr>
            <w:pStyle w:val="11"/>
            <w:rPr>
              <w:rFonts w:asciiTheme="minorHAnsi" w:eastAsiaTheme="minorEastAsia" w:hAnsiTheme="minorHAnsi"/>
              <w:sz w:val="22"/>
            </w:rPr>
          </w:pPr>
          <w:r w:rsidRPr="00FA56EA">
            <w:rPr>
              <w:rStyle w:val="af2"/>
              <w:color w:val="000000" w:themeColor="text1"/>
            </w:rPr>
            <w:fldChar w:fldCharType="end"/>
          </w:r>
        </w:p>
        <w:p w14:paraId="45F99F6F" w14:textId="35FCA21B" w:rsidR="002C2C39" w:rsidRDefault="002C2C39">
          <w:r w:rsidRPr="00FA56EA">
            <w:rPr>
              <w:b/>
              <w:bCs/>
              <w:color w:val="000000" w:themeColor="text1"/>
            </w:rPr>
            <w:fldChar w:fldCharType="end"/>
          </w:r>
        </w:p>
      </w:sdtContent>
    </w:sdt>
    <w:p w14:paraId="2E648397" w14:textId="5A969781" w:rsidR="00A43B90" w:rsidRPr="006F1218" w:rsidRDefault="0026604E" w:rsidP="006F1218">
      <w:pPr>
        <w:pStyle w:val="19"/>
      </w:pPr>
      <w:bookmarkStart w:id="4" w:name="_Toc150047318"/>
      <w:r w:rsidRPr="006F1218">
        <w:lastRenderedPageBreak/>
        <w:t>Пояснительная записка</w:t>
      </w:r>
      <w:bookmarkEnd w:id="4"/>
      <w:bookmarkEnd w:id="3"/>
      <w:bookmarkEnd w:id="2"/>
    </w:p>
    <w:p w14:paraId="6118FF09" w14:textId="72453726" w:rsidR="00A43B90" w:rsidRPr="006F1218" w:rsidRDefault="00A43B90" w:rsidP="006F1218">
      <w:pPr>
        <w:pStyle w:val="Base"/>
      </w:pPr>
      <w:r w:rsidRPr="006F1218">
        <w:t>Рабочая программа по английскому языку для обучающихся 5</w:t>
      </w:r>
      <w:r w:rsidR="006B5855" w:rsidRPr="006F1218">
        <w:t>-</w:t>
      </w:r>
      <w:r w:rsidRPr="006F1218">
        <w:t>9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с учётом распределённых по классам проверяемых требований к результатам освоения основной</w:t>
      </w:r>
      <w:r w:rsidR="00BB7AA5" w:rsidRPr="006F1218">
        <w:t xml:space="preserve"> </w:t>
      </w:r>
      <w:r w:rsidRPr="006F1218">
        <w:t>образовательной программы основного общего обра</w:t>
      </w:r>
      <w:r w:rsidR="00BB7AA5" w:rsidRPr="006F1218">
        <w:t xml:space="preserve">зования и элементов </w:t>
      </w:r>
      <w:r w:rsidR="000646F0" w:rsidRPr="006F1218">
        <w:t>содержания, представленных</w:t>
      </w:r>
      <w:r w:rsidRPr="006F1218">
        <w:t xml:space="preserve"> в</w:t>
      </w:r>
      <w:r w:rsidR="00560955" w:rsidRPr="006F1218">
        <w:t xml:space="preserve"> </w:t>
      </w:r>
      <w:r w:rsidRPr="006F1218">
        <w:t>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w:t>
      </w:r>
      <w:r w:rsidR="00A705F8" w:rsidRPr="006F1218">
        <w:softHyphen/>
      </w:r>
      <w:r w:rsidRPr="006F1218">
        <w:t>ющихся, представленной в Примерной программе воспитания (одобрено решением ФУМО от</w:t>
      </w:r>
      <w:r w:rsidR="000C5C5A" w:rsidRPr="006F1218">
        <w:t xml:space="preserve"> </w:t>
      </w:r>
      <w:r w:rsidRPr="006F1218">
        <w:t>02.06.2020</w:t>
      </w:r>
      <w:r w:rsidR="000C5C5A" w:rsidRPr="006F1218">
        <w:t xml:space="preserve"> </w:t>
      </w:r>
      <w:r w:rsidRPr="006F1218">
        <w:t>г.).</w:t>
      </w:r>
    </w:p>
    <w:p w14:paraId="16FCEB8A" w14:textId="1B2452FE" w:rsidR="00A43B90" w:rsidRPr="006F1218" w:rsidRDefault="00771393" w:rsidP="006F1218">
      <w:pPr>
        <w:pStyle w:val="2f6"/>
      </w:pPr>
      <w:bookmarkStart w:id="5" w:name="_Toc150046055"/>
      <w:r w:rsidRPr="006F1218">
        <w:t>Цели изучения учебного предмета «</w:t>
      </w:r>
      <w:r w:rsidRPr="006F1218">
        <w:rPr>
          <w:rStyle w:val="2f2"/>
          <w:rFonts w:eastAsia="Calibri"/>
          <w:b/>
          <w:caps/>
          <w:color w:val="000000" w:themeColor="text1"/>
        </w:rPr>
        <w:t>иностранный</w:t>
      </w:r>
      <w:r w:rsidRPr="006F1218">
        <w:t xml:space="preserve"> (английский) язык»</w:t>
      </w:r>
      <w:bookmarkEnd w:id="5"/>
    </w:p>
    <w:p w14:paraId="7FE4DCDA" w14:textId="77777777" w:rsidR="00A43B90" w:rsidRPr="00A43B90" w:rsidRDefault="00A43B90" w:rsidP="006F1218">
      <w:pPr>
        <w:pStyle w:val="Base"/>
        <w:rPr>
          <w:rFonts w:ascii="Calibri" w:hAnsi="Calibri"/>
        </w:rPr>
      </w:pPr>
      <w:r w:rsidRPr="00A43B90">
        <w:t xml:space="preserve">В свете сказанного выше цели иноязычного образования становятся более сложными по структуре, формулируются на </w:t>
      </w:r>
      <w:r w:rsidRPr="00A43B90">
        <w:rPr>
          <w:i/>
        </w:rPr>
        <w:t xml:space="preserve">ценностном, когнитивном и прагматическом </w:t>
      </w:r>
      <w:r w:rsidRPr="00A43B90">
        <w:t>уровнях и, соответственно, воплощаются в личностных, метапредметных/общеучебных/универсальных и предметных результатах обучения. А иностранные языки признаются средством общения и ценным ресурсом личности для самореализации и социальной адаптации;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14:paraId="09F9A197" w14:textId="77777777" w:rsidR="00A43B90" w:rsidRPr="00A43B90" w:rsidRDefault="00A43B90" w:rsidP="006F1218">
      <w:pPr>
        <w:pStyle w:val="Base"/>
        <w:rPr>
          <w:rFonts w:ascii="Calibri" w:hAnsi="Calibri"/>
        </w:rPr>
      </w:pPr>
      <w:r w:rsidRPr="00A43B90">
        <w:t xml:space="preserve">На прагматическом уровне </w:t>
      </w:r>
      <w:r w:rsidRPr="00A43B90">
        <w:rPr>
          <w:b/>
          <w:i/>
        </w:rPr>
        <w:t xml:space="preserve">целью иноязычного образования </w:t>
      </w:r>
      <w:r w:rsidRPr="00A43B90">
        <w:t>провозглашено формирование коммуникативной компетенции обучающихся в единстве таких её составляющих, как речевая, языковая, социокультурная, компенсаторная компетенции:</w:t>
      </w:r>
      <w:r w:rsidR="00FF70CC">
        <w:t>–</w:t>
      </w:r>
      <w:r w:rsidR="00315B18">
        <w:t xml:space="preserve"> </w:t>
      </w:r>
      <w:r w:rsidRPr="00A43B90">
        <w:rPr>
          <w:i/>
        </w:rPr>
        <w:t xml:space="preserve">речевая компетенция </w:t>
      </w:r>
      <w:r w:rsidR="00FF70CC">
        <w:t>–</w:t>
      </w:r>
      <w:r w:rsidRPr="00A43B90">
        <w:t xml:space="preserve"> развитие коммуникативных умений в четырёх основных видах речевой деятельности (говорении, аудировании, чтении, письме);</w:t>
      </w:r>
      <w:r w:rsidR="00FF70CC">
        <w:t>–</w:t>
      </w:r>
      <w:r w:rsidR="00315B18">
        <w:t xml:space="preserve"> </w:t>
      </w:r>
      <w:r w:rsidRPr="00A43B90">
        <w:rPr>
          <w:i/>
        </w:rPr>
        <w:t xml:space="preserve">языковая компетенция </w:t>
      </w:r>
      <w:r w:rsidR="00FF70CC">
        <w:t>–</w:t>
      </w:r>
      <w:r w:rsidRPr="00A43B90">
        <w:t xml:space="preserve"> овладение новыми языковыми средствами (фонетическими, орфографическими, лексическими, грамматическими) в соответствии </w:t>
      </w:r>
      <w:r w:rsidRPr="00A43B90">
        <w:rPr>
          <w:lang w:val="en-US"/>
        </w:rPr>
        <w:t>c</w:t>
      </w:r>
      <w:r w:rsidRPr="00A43B90">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r w:rsidR="00FF70CC">
        <w:t>–</w:t>
      </w:r>
      <w:r w:rsidR="00315B18">
        <w:t xml:space="preserve"> </w:t>
      </w:r>
      <w:r w:rsidRPr="00A43B90">
        <w:rPr>
          <w:i/>
        </w:rPr>
        <w:t xml:space="preserve">социокультурная/межкультурная компетенция </w:t>
      </w:r>
      <w:r w:rsidR="00FF70CC">
        <w:t>–</w:t>
      </w:r>
      <w:r w:rsidRPr="00A43B90">
        <w:t xml:space="preserve"> приобщение к культуре, традициям реалиям стран/страны изучаемого языка в рамках тем и ситуаций общения, отвечающих опыту, интересам, психологическим особенностям учащихся основной школы на разных её этапах; формирование умения представлять свою страну, её культуру в условиях межкультурного общения;</w:t>
      </w:r>
      <w:r w:rsidR="00FF70CC">
        <w:t>–</w:t>
      </w:r>
      <w:r w:rsidR="00315B18">
        <w:t xml:space="preserve"> </w:t>
      </w:r>
      <w:r w:rsidRPr="00A43B90">
        <w:rPr>
          <w:i/>
        </w:rPr>
        <w:t xml:space="preserve">компенсаторная компетенция </w:t>
      </w:r>
      <w:r w:rsidR="00FF70CC">
        <w:t>–</w:t>
      </w:r>
      <w:r w:rsidRPr="00A43B90">
        <w:t xml:space="preserve"> развитие умений выходить из положения в условиях дефицита языковых средств при получении и передаче информации.</w:t>
      </w:r>
    </w:p>
    <w:p w14:paraId="48B8E437" w14:textId="77777777" w:rsidR="00A43B90" w:rsidRPr="00A43B90" w:rsidRDefault="00A43B90" w:rsidP="006F1218">
      <w:pPr>
        <w:pStyle w:val="Base"/>
        <w:rPr>
          <w:rFonts w:ascii="Calibri" w:hAnsi="Calibri"/>
        </w:rPr>
      </w:pPr>
      <w:r w:rsidRPr="00A43B90">
        <w:t xml:space="preserve">Наряду с иноязычной коммуникативной компетенцией средствами иностранного языка формируются </w:t>
      </w:r>
      <w:r w:rsidRPr="00A43B90">
        <w:rPr>
          <w:i/>
        </w:rPr>
        <w:t>ключевые универсальные учебные компетенции</w:t>
      </w:r>
      <w:r w:rsidRPr="00A43B90">
        <w:t>,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14:paraId="7817DAF5" w14:textId="77777777" w:rsidR="00A43B90" w:rsidRDefault="00A43B90" w:rsidP="006F1218">
      <w:pPr>
        <w:pStyle w:val="Base"/>
      </w:pPr>
      <w:r w:rsidRPr="00A43B90">
        <w:t xml:space="preserve">В соответствии с личностно ориентированной парадигмой образования основными подходами к обучению </w:t>
      </w:r>
      <w:r w:rsidRPr="00A43B90">
        <w:rPr>
          <w:i/>
        </w:rPr>
        <w:t xml:space="preserve">иностранным языкам </w:t>
      </w:r>
      <w:r w:rsidRPr="00A43B90">
        <w:t>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основной школы, использования новых педагогических технологий (дифференциация, индивидуализация, проектная деятельность и др.) и использования современных средств обучения.</w:t>
      </w:r>
    </w:p>
    <w:p w14:paraId="4637E60F" w14:textId="51766BB8" w:rsidR="00A43B90" w:rsidRPr="00A43B90" w:rsidRDefault="00771393" w:rsidP="006F1218">
      <w:pPr>
        <w:pStyle w:val="2f6"/>
        <w:rPr>
          <w:rFonts w:ascii="Calibri" w:hAnsi="Calibri"/>
        </w:rPr>
      </w:pPr>
      <w:bookmarkStart w:id="6" w:name="_Toc150046056"/>
      <w:r w:rsidRPr="00771393">
        <w:t>Место учебного предмета в учебном плане</w:t>
      </w:r>
      <w:r w:rsidR="00560955" w:rsidRPr="00771393">
        <w:t xml:space="preserve"> </w:t>
      </w:r>
      <w:r w:rsidRPr="00771393">
        <w:t>«иностранный (английский) язык</w:t>
      </w:r>
      <w:r w:rsidR="00A43B90" w:rsidRPr="00A43B90">
        <w:t>»</w:t>
      </w:r>
      <w:bookmarkEnd w:id="6"/>
    </w:p>
    <w:p w14:paraId="6981AD6E" w14:textId="30A8778D" w:rsidR="00A43B90" w:rsidRPr="00A43B90" w:rsidRDefault="00A43B90" w:rsidP="006F1218">
      <w:pPr>
        <w:pStyle w:val="Base"/>
      </w:pPr>
      <w:r w:rsidRPr="00A43B90">
        <w:t>Обязательный учебный предмет «Иностранный язык» входит в предметную область «Иностранные языки» и изучается обязательно со 2-го по 11-ый класс. На и</w:t>
      </w:r>
      <w:r w:rsidR="00DF2D78">
        <w:t>зучение иностранного языка в 5-6 и 9  классе отведено 102 учебных часа, по 3 часа в неделю, в 7-8 классе отведено 136 учебных часа.</w:t>
      </w:r>
    </w:p>
    <w:p w14:paraId="2EE748F4" w14:textId="62A75761" w:rsidR="00A43B90" w:rsidRPr="002F7635" w:rsidRDefault="00A43B90" w:rsidP="006F1218">
      <w:pPr>
        <w:pStyle w:val="19"/>
        <w:rPr>
          <w:bCs/>
        </w:rPr>
      </w:pPr>
      <w:bookmarkStart w:id="7" w:name="_Toc149647013"/>
      <w:bookmarkStart w:id="8" w:name="_Toc150046057"/>
      <w:bookmarkStart w:id="9" w:name="_Toc150046852"/>
      <w:bookmarkStart w:id="10" w:name="_Toc150047084"/>
      <w:bookmarkStart w:id="11" w:name="_Toc150047319"/>
      <w:r w:rsidRPr="0026604E">
        <w:lastRenderedPageBreak/>
        <w:t>С</w:t>
      </w:r>
      <w:r w:rsidR="0026604E" w:rsidRPr="0026604E">
        <w:t>одержание</w:t>
      </w:r>
      <w:r w:rsidR="0026604E" w:rsidRPr="002F7635">
        <w:t xml:space="preserve"> учебного предмета</w:t>
      </w:r>
      <w:bookmarkEnd w:id="7"/>
      <w:bookmarkEnd w:id="8"/>
      <w:bookmarkEnd w:id="9"/>
      <w:bookmarkEnd w:id="10"/>
      <w:bookmarkEnd w:id="11"/>
    </w:p>
    <w:p w14:paraId="79E67302" w14:textId="158A3027" w:rsidR="00A43B90" w:rsidRPr="009D5013" w:rsidRDefault="00A43B90" w:rsidP="008C718A">
      <w:pPr>
        <w:pStyle w:val="affff1"/>
      </w:pPr>
      <w:bookmarkStart w:id="12" w:name="_Toc149647014"/>
      <w:bookmarkStart w:id="13" w:name="_Toc150046058"/>
      <w:bookmarkStart w:id="14" w:name="_Toc150047320"/>
      <w:r w:rsidRPr="009D5013">
        <w:t>5 класс</w:t>
      </w:r>
      <w:bookmarkEnd w:id="12"/>
      <w:bookmarkEnd w:id="13"/>
      <w:bookmarkEnd w:id="14"/>
    </w:p>
    <w:p w14:paraId="18D700AD" w14:textId="2E5C819A" w:rsidR="00004481" w:rsidRPr="006F1218" w:rsidRDefault="00D45443" w:rsidP="006F1218">
      <w:pPr>
        <w:pStyle w:val="1d"/>
      </w:pPr>
      <w:r>
        <w:t>Коммуникативные умения</w:t>
      </w:r>
    </w:p>
    <w:p w14:paraId="0B41A486" w14:textId="77777777" w:rsidR="00004481" w:rsidRPr="002F7635" w:rsidRDefault="00004481" w:rsidP="006F1218">
      <w:pPr>
        <w:pStyle w:val="Base"/>
      </w:pPr>
      <w:r w:rsidRPr="002F7635">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0515A94" w14:textId="77777777" w:rsidR="00004481" w:rsidRPr="006F1218" w:rsidRDefault="00004481" w:rsidP="006F1218">
      <w:pPr>
        <w:pStyle w:val="a4"/>
      </w:pPr>
      <w:r w:rsidRPr="006F1218">
        <w:t>Моя семья. Мои друзья. Семейные праздники: день рождения, Новый год.</w:t>
      </w:r>
    </w:p>
    <w:p w14:paraId="7C0CDEEA" w14:textId="77777777" w:rsidR="00004481" w:rsidRPr="002F7635" w:rsidRDefault="00004481" w:rsidP="006F1218">
      <w:pPr>
        <w:pStyle w:val="a4"/>
      </w:pPr>
      <w:r w:rsidRPr="002F7635">
        <w:t>Внешность и характер человека (литературного персонажа).</w:t>
      </w:r>
    </w:p>
    <w:p w14:paraId="14D0C0A7" w14:textId="77777777" w:rsidR="00004481" w:rsidRPr="002F7635" w:rsidRDefault="00004481" w:rsidP="006F1218">
      <w:pPr>
        <w:pStyle w:val="a4"/>
      </w:pPr>
      <w:r w:rsidRPr="002F7635">
        <w:t>Досуг и увлечения (хобби) современного подростка (чтение, кино, спорт).</w:t>
      </w:r>
    </w:p>
    <w:p w14:paraId="277B9412" w14:textId="77777777" w:rsidR="00004481" w:rsidRPr="002F7635" w:rsidRDefault="00004481" w:rsidP="006F1218">
      <w:pPr>
        <w:pStyle w:val="a4"/>
      </w:pPr>
      <w:r w:rsidRPr="002F7635">
        <w:t>Здоровый образ жизни: режим труда и отдыха, здоровое питание.</w:t>
      </w:r>
    </w:p>
    <w:p w14:paraId="4AEC425E" w14:textId="77777777" w:rsidR="00004481" w:rsidRPr="002F7635" w:rsidRDefault="00004481" w:rsidP="006F1218">
      <w:pPr>
        <w:pStyle w:val="a4"/>
      </w:pPr>
      <w:r w:rsidRPr="002F7635">
        <w:t>Покупки: одежда, обувь и продукты питания.</w:t>
      </w:r>
    </w:p>
    <w:p w14:paraId="64BAE318" w14:textId="77777777" w:rsidR="00004481" w:rsidRPr="002F7635" w:rsidRDefault="00004481" w:rsidP="006F1218">
      <w:pPr>
        <w:pStyle w:val="a4"/>
      </w:pPr>
      <w:r w:rsidRPr="002F7635">
        <w:t>Школа, школьная жизнь, школьная форма, изучаемые предметы. Переписка с зарубежными сверстниками.</w:t>
      </w:r>
    </w:p>
    <w:p w14:paraId="70A6EC7A" w14:textId="77777777" w:rsidR="00004481" w:rsidRPr="002F7635" w:rsidRDefault="00004481" w:rsidP="006F1218">
      <w:pPr>
        <w:pStyle w:val="a4"/>
      </w:pPr>
      <w:r w:rsidRPr="002F7635">
        <w:t>Каникулы в различное время года. Виды отдыха.</w:t>
      </w:r>
    </w:p>
    <w:p w14:paraId="4ECAFF94" w14:textId="77777777" w:rsidR="00004481" w:rsidRPr="002F7635" w:rsidRDefault="00004481" w:rsidP="006F1218">
      <w:pPr>
        <w:pStyle w:val="a4"/>
      </w:pPr>
      <w:r w:rsidRPr="002F7635">
        <w:t>Природа: дикие и домашние животные. Погода.</w:t>
      </w:r>
    </w:p>
    <w:p w14:paraId="5CBBA2F6" w14:textId="77777777" w:rsidR="00004481" w:rsidRPr="002F7635" w:rsidRDefault="00004481" w:rsidP="006F1218">
      <w:pPr>
        <w:pStyle w:val="a4"/>
      </w:pPr>
      <w:r w:rsidRPr="002F7635">
        <w:t>Родной город (село). Транспорт.</w:t>
      </w:r>
    </w:p>
    <w:p w14:paraId="25679B2C" w14:textId="77777777" w:rsidR="00004481" w:rsidRPr="002F7635" w:rsidRDefault="00004481" w:rsidP="006F1218">
      <w:pPr>
        <w:pStyle w:val="a4"/>
      </w:pPr>
      <w:r w:rsidRPr="002F7635">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12B8BEBA" w14:textId="77777777" w:rsidR="00004481" w:rsidRPr="002F7635" w:rsidRDefault="00004481" w:rsidP="006F1218">
      <w:pPr>
        <w:pStyle w:val="a4"/>
      </w:pPr>
      <w:r w:rsidRPr="002F7635">
        <w:t>Выдающиеся люди родной страны и страны (стран) изучаемого языка: писатели, поэты.</w:t>
      </w:r>
    </w:p>
    <w:p w14:paraId="5479B3F2" w14:textId="51FF42D9" w:rsidR="00004481" w:rsidRPr="002F7635" w:rsidRDefault="00004481" w:rsidP="006F1218">
      <w:pPr>
        <w:pStyle w:val="1d"/>
      </w:pPr>
      <w:r w:rsidRPr="00D33F9F">
        <w:t>Говорение</w:t>
      </w:r>
    </w:p>
    <w:p w14:paraId="5BF9249A" w14:textId="77777777" w:rsidR="00004481" w:rsidRPr="002F7635" w:rsidRDefault="00004481" w:rsidP="006F1218">
      <w:pPr>
        <w:pStyle w:val="Base"/>
      </w:pPr>
      <w:r w:rsidRPr="002F7635">
        <w:t>Развитие коммуникативных умений диалогической речи на базе умений, сформированных на уровне начального общего образования:</w:t>
      </w:r>
    </w:p>
    <w:p w14:paraId="7FFE120A" w14:textId="77777777" w:rsidR="00004481" w:rsidRPr="002F7635" w:rsidRDefault="00004481" w:rsidP="006F1218">
      <w:pPr>
        <w:pStyle w:val="a4"/>
      </w:pPr>
      <w:r w:rsidRPr="002F7635">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w:t>
      </w:r>
      <w:r w:rsidR="00076C5C">
        <w:t xml:space="preserve"> </w:t>
      </w:r>
      <w:r w:rsidRPr="002F7635">
        <w:t>на предложение и отказываться от предложения собеседника;</w:t>
      </w:r>
    </w:p>
    <w:p w14:paraId="510711A0" w14:textId="77777777" w:rsidR="00004481" w:rsidRPr="002F7635" w:rsidRDefault="00004481" w:rsidP="006F1218">
      <w:pPr>
        <w:pStyle w:val="a4"/>
      </w:pPr>
      <w:r w:rsidRPr="002F7635">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173C1B0B" w14:textId="77777777" w:rsidR="00004481" w:rsidRPr="002F7635" w:rsidRDefault="00004481" w:rsidP="006F1218">
      <w:pPr>
        <w:pStyle w:val="a4"/>
      </w:pPr>
      <w:r w:rsidRPr="002F7635">
        <w:t>диалог-расспрос: сообщать фактическую информацию, отвечая на вопросы разных видов; запрашивать интересующую информацию.</w:t>
      </w:r>
    </w:p>
    <w:p w14:paraId="77E62865" w14:textId="77777777" w:rsidR="00004481" w:rsidRPr="002F7635" w:rsidRDefault="00004481" w:rsidP="006F1218">
      <w:pPr>
        <w:pStyle w:val="Base"/>
      </w:pPr>
      <w:r w:rsidRPr="002F7635">
        <w:t>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 ключевые слова и (или) иллюстрации, фотографии с соблюдением норм речевого этикета, принятых в стране (странах) изучаемого языка.</w:t>
      </w:r>
    </w:p>
    <w:p w14:paraId="53A89BC2" w14:textId="77777777" w:rsidR="00004481" w:rsidRPr="002F7635" w:rsidRDefault="00004481" w:rsidP="006F1218">
      <w:pPr>
        <w:pStyle w:val="Base"/>
      </w:pPr>
      <w:r w:rsidRPr="002F7635">
        <w:t>Объём диалога – до 5 реплик со стороны каждого собеседника.</w:t>
      </w:r>
    </w:p>
    <w:p w14:paraId="066C3F11" w14:textId="12569621" w:rsidR="00004481" w:rsidRPr="002F7635" w:rsidRDefault="000C5C5A" w:rsidP="006F1218">
      <w:pPr>
        <w:pStyle w:val="Base"/>
      </w:pPr>
      <w:r>
        <w:t xml:space="preserve"> </w:t>
      </w:r>
      <w:r w:rsidR="00004481" w:rsidRPr="002F7635">
        <w:t>Развитие коммуникативных умений монологической речи на базе умений, сформированных на уровне начального общего образования:</w:t>
      </w:r>
    </w:p>
    <w:p w14:paraId="01BC1DA3" w14:textId="77777777" w:rsidR="00004481" w:rsidRPr="002F7635" w:rsidRDefault="00004481" w:rsidP="006F1218">
      <w:pPr>
        <w:pStyle w:val="a4"/>
      </w:pPr>
      <w:r w:rsidRPr="002F7635">
        <w:t>создание устных связных монологических высказываний с использованием основных коммуникативных типов речи:</w:t>
      </w:r>
    </w:p>
    <w:p w14:paraId="28C99B02" w14:textId="77777777" w:rsidR="00004481" w:rsidRPr="002F7635" w:rsidRDefault="00004481" w:rsidP="006F1218">
      <w:pPr>
        <w:pStyle w:val="a4"/>
      </w:pPr>
      <w:r w:rsidRPr="002F7635">
        <w:t>описание (предмета, внешности и одежды человека), в том числе характеристика (черты характера реального человека или литературного персонажа);</w:t>
      </w:r>
    </w:p>
    <w:p w14:paraId="594C5652" w14:textId="77777777" w:rsidR="00004481" w:rsidRPr="002F7635" w:rsidRDefault="00004481" w:rsidP="006F1218">
      <w:pPr>
        <w:pStyle w:val="a4"/>
      </w:pPr>
      <w:r w:rsidRPr="002F7635">
        <w:t>повествование (сообщение);</w:t>
      </w:r>
    </w:p>
    <w:p w14:paraId="60987A47" w14:textId="77777777" w:rsidR="00004481" w:rsidRPr="002F7635" w:rsidRDefault="00004481" w:rsidP="006F1218">
      <w:pPr>
        <w:pStyle w:val="a4"/>
      </w:pPr>
      <w:r w:rsidRPr="002F7635">
        <w:t>изложение (пересказ) основного содержания прочитанного текста;</w:t>
      </w:r>
    </w:p>
    <w:p w14:paraId="5497E49C" w14:textId="77777777" w:rsidR="00004481" w:rsidRPr="002F7635" w:rsidRDefault="00004481" w:rsidP="006F1218">
      <w:pPr>
        <w:pStyle w:val="a4"/>
      </w:pPr>
      <w:r w:rsidRPr="002F7635">
        <w:t>краткое изложение результатов выполненной проектной работы.</w:t>
      </w:r>
    </w:p>
    <w:p w14:paraId="622A274F" w14:textId="77777777" w:rsidR="00004481" w:rsidRPr="002F7635" w:rsidRDefault="00004481" w:rsidP="006F1218">
      <w:pPr>
        <w:pStyle w:val="Base"/>
      </w:pPr>
      <w:r w:rsidRPr="002F7635">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вопросы, план и (или) иллюстрации, фотографии.</w:t>
      </w:r>
    </w:p>
    <w:p w14:paraId="0632FE75" w14:textId="70996B38" w:rsidR="00004481" w:rsidRPr="002F7635" w:rsidRDefault="00004481" w:rsidP="006F1218">
      <w:pPr>
        <w:pStyle w:val="Base"/>
      </w:pPr>
      <w:r w:rsidRPr="002F7635">
        <w:t>Объём монологического высказывания – 5</w:t>
      </w:r>
      <w:r w:rsidR="006B5855">
        <w:t>-</w:t>
      </w:r>
      <w:r w:rsidRPr="002F7635">
        <w:t>6 фраз.</w:t>
      </w:r>
    </w:p>
    <w:p w14:paraId="6D589289" w14:textId="6042129D" w:rsidR="00004481" w:rsidRPr="002F7635" w:rsidRDefault="000C5C5A" w:rsidP="006F1218">
      <w:pPr>
        <w:pStyle w:val="1d"/>
      </w:pPr>
      <w:r>
        <w:t xml:space="preserve"> </w:t>
      </w:r>
      <w:r w:rsidR="00792C41">
        <w:rPr>
          <w:lang w:val="ru-RU"/>
        </w:rPr>
        <w:br/>
      </w:r>
      <w:r w:rsidR="00004481" w:rsidRPr="002F7635">
        <w:t>А</w:t>
      </w:r>
      <w:r w:rsidR="00D45443">
        <w:t>удирование</w:t>
      </w:r>
    </w:p>
    <w:p w14:paraId="79FA8F45" w14:textId="77777777" w:rsidR="00004481" w:rsidRPr="002F7635" w:rsidRDefault="00004481" w:rsidP="006F1218">
      <w:pPr>
        <w:pStyle w:val="Base"/>
      </w:pPr>
      <w:r w:rsidRPr="002F7635">
        <w:lastRenderedPageBreak/>
        <w:t>Развитие коммуникативных умений аудирования на базе умений, сформированных на уровне начального общего образования:</w:t>
      </w:r>
    </w:p>
    <w:p w14:paraId="1C5753DD" w14:textId="77777777" w:rsidR="00004481" w:rsidRPr="002F7635" w:rsidRDefault="00004481" w:rsidP="006F1218">
      <w:pPr>
        <w:pStyle w:val="a4"/>
      </w:pPr>
      <w:r w:rsidRPr="002F7635">
        <w:t>при непосредственном общении: понимание на слух речи учителя и одноклассников и вербальная (невербальная) реакция на услышанное;</w:t>
      </w:r>
    </w:p>
    <w:p w14:paraId="5D38FA42" w14:textId="77777777" w:rsidR="00004481" w:rsidRPr="002F7635" w:rsidRDefault="00004481" w:rsidP="006F1218">
      <w:pPr>
        <w:pStyle w:val="a4"/>
      </w:pPr>
      <w:r w:rsidRPr="002F7635">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опорой и без опоры на иллюстрации.</w:t>
      </w:r>
    </w:p>
    <w:p w14:paraId="1951B38B" w14:textId="058B211F" w:rsidR="00004481" w:rsidRPr="002F7635" w:rsidRDefault="00004481" w:rsidP="006F1218">
      <w:pPr>
        <w:pStyle w:val="Base"/>
      </w:pPr>
      <w:r w:rsidRPr="002F7635">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r w:rsidR="00D33F9F" w:rsidRPr="00D33F9F">
        <w:t xml:space="preserve"> </w:t>
      </w:r>
      <w:r w:rsidRPr="002F7635">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r w:rsidR="00D33F9F" w:rsidRPr="00D33F9F">
        <w:t xml:space="preserve"> </w:t>
      </w:r>
      <w:r w:rsidRPr="002F7635">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E618E25" w14:textId="77777777" w:rsidR="00004481" w:rsidRPr="002F7635" w:rsidRDefault="00004481" w:rsidP="006F1218">
      <w:pPr>
        <w:pStyle w:val="Base"/>
      </w:pPr>
      <w:r w:rsidRPr="002F7635">
        <w:t>Время звучания текста (текстов) для аудирования – до 1 минуты.</w:t>
      </w:r>
    </w:p>
    <w:p w14:paraId="2F97198E" w14:textId="16360699" w:rsidR="00004481" w:rsidRPr="002F7635" w:rsidRDefault="000C5C5A" w:rsidP="006F1218">
      <w:pPr>
        <w:pStyle w:val="1d"/>
      </w:pPr>
      <w:r>
        <w:t xml:space="preserve"> </w:t>
      </w:r>
      <w:r w:rsidR="00004481" w:rsidRPr="002F7635">
        <w:t>Смысло</w:t>
      </w:r>
      <w:r w:rsidR="00D45443">
        <w:t>вое чтение</w:t>
      </w:r>
    </w:p>
    <w:p w14:paraId="52BC16A8" w14:textId="77777777" w:rsidR="00004481" w:rsidRPr="002F7635" w:rsidRDefault="00004481" w:rsidP="006F1218">
      <w:pPr>
        <w:pStyle w:val="Base"/>
      </w:pPr>
      <w:r w:rsidRPr="002F7635">
        <w:t>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4BDFC1B" w14:textId="77777777" w:rsidR="00004481" w:rsidRPr="002F7635" w:rsidRDefault="00004481" w:rsidP="006F1218">
      <w:pPr>
        <w:pStyle w:val="Base"/>
      </w:pPr>
      <w:r w:rsidRPr="002F7635">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577D5FD0" w14:textId="77777777" w:rsidR="00004481" w:rsidRPr="002F7635" w:rsidRDefault="00004481" w:rsidP="006F1218">
      <w:pPr>
        <w:pStyle w:val="Base"/>
      </w:pPr>
      <w:r w:rsidRPr="002F7635">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7FD19DC1" w14:textId="77777777" w:rsidR="00004481" w:rsidRPr="002F7635" w:rsidRDefault="00004481" w:rsidP="006F1218">
      <w:pPr>
        <w:pStyle w:val="Base"/>
      </w:pPr>
      <w:r w:rsidRPr="002F7635">
        <w:t xml:space="preserve">Чтение </w:t>
      </w:r>
      <w:r w:rsidR="00C803D3" w:rsidRPr="002F7635">
        <w:t>не сплошных</w:t>
      </w:r>
      <w:r w:rsidRPr="002F7635">
        <w:t xml:space="preserve"> текстов (таблиц) и понимание представленной в них информации.</w:t>
      </w:r>
    </w:p>
    <w:p w14:paraId="279DE43C" w14:textId="77777777" w:rsidR="00004481" w:rsidRPr="002F7635" w:rsidRDefault="00004481" w:rsidP="006F1218">
      <w:pPr>
        <w:pStyle w:val="Base"/>
      </w:pPr>
      <w:r w:rsidRPr="002F7635">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r w:rsidR="003B0471" w:rsidRPr="002F7635">
        <w:t>не сплошной</w:t>
      </w:r>
      <w:r w:rsidRPr="002F7635">
        <w:t xml:space="preserve"> текст (таблица).</w:t>
      </w:r>
    </w:p>
    <w:p w14:paraId="6F4993A8" w14:textId="77777777" w:rsidR="00004481" w:rsidRPr="002F7635" w:rsidRDefault="00004481" w:rsidP="006F1218">
      <w:pPr>
        <w:pStyle w:val="Base"/>
      </w:pPr>
      <w:r w:rsidRPr="002F7635">
        <w:t>Объём текста (текстов) для чтения – 180</w:t>
      </w:r>
      <w:r w:rsidR="00C81401">
        <w:t>-</w:t>
      </w:r>
      <w:r w:rsidRPr="002F7635">
        <w:t>200 слов.</w:t>
      </w:r>
    </w:p>
    <w:p w14:paraId="74B28745" w14:textId="0930E92A" w:rsidR="00004481" w:rsidRPr="002F7635" w:rsidRDefault="00D45443" w:rsidP="006F1218">
      <w:pPr>
        <w:pStyle w:val="1d"/>
      </w:pPr>
      <w:r>
        <w:t>Письменная речь</w:t>
      </w:r>
    </w:p>
    <w:p w14:paraId="7FFC49FD" w14:textId="77777777" w:rsidR="00004481" w:rsidRPr="002F7635" w:rsidRDefault="00004481" w:rsidP="006F1218">
      <w:pPr>
        <w:pStyle w:val="Base"/>
      </w:pPr>
      <w:r w:rsidRPr="002F7635">
        <w:t>Развитие умений письменной речи на базе умений, сформированных на уровне начального общего образования:</w:t>
      </w:r>
    </w:p>
    <w:p w14:paraId="0CAF6CB8" w14:textId="77777777" w:rsidR="00004481" w:rsidRPr="002F7635" w:rsidRDefault="00004481" w:rsidP="006F1218">
      <w:pPr>
        <w:pStyle w:val="a4"/>
      </w:pPr>
      <w:r w:rsidRPr="002F7635">
        <w:t>списывание текста и выписывание из него слов, словосочетаний, предложений в соответствии с решаемой коммуникативной задачей;</w:t>
      </w:r>
    </w:p>
    <w:p w14:paraId="40EA816C" w14:textId="77777777" w:rsidR="00004481" w:rsidRPr="002F7635" w:rsidRDefault="00004481" w:rsidP="006F1218">
      <w:pPr>
        <w:pStyle w:val="a4"/>
      </w:pPr>
      <w:r w:rsidRPr="002F7635">
        <w:t>написание коротких поздравлений с праздниками (с Новым годом, Рождеством, днём рождения);</w:t>
      </w:r>
    </w:p>
    <w:p w14:paraId="7F73D702" w14:textId="77777777" w:rsidR="00004481" w:rsidRPr="002F7635" w:rsidRDefault="00004481" w:rsidP="006F1218">
      <w:pPr>
        <w:pStyle w:val="a4"/>
      </w:pPr>
      <w:r w:rsidRPr="002F7635">
        <w:t>заполнение анкет и формуляров: сообщение о себе основных сведений в соответствии с нормами, принятыми в стране (странах) изучаемого языка;</w:t>
      </w:r>
    </w:p>
    <w:p w14:paraId="1A0C7292" w14:textId="77777777" w:rsidR="00004481" w:rsidRPr="002F7635" w:rsidRDefault="00004481" w:rsidP="006F1218">
      <w:pPr>
        <w:pStyle w:val="a4"/>
      </w:pPr>
      <w:r w:rsidRPr="002F7635">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p w14:paraId="6A9414D7" w14:textId="1E23A2A0" w:rsidR="00004481" w:rsidRPr="002F7635" w:rsidRDefault="00D45443" w:rsidP="006F1218">
      <w:pPr>
        <w:pStyle w:val="1d"/>
      </w:pPr>
      <w:r>
        <w:t>Языковые знания и умения</w:t>
      </w:r>
    </w:p>
    <w:p w14:paraId="4DF07916" w14:textId="77777777" w:rsidR="00004481" w:rsidRPr="002F7635" w:rsidRDefault="00004481" w:rsidP="006F1218">
      <w:pPr>
        <w:pStyle w:val="----"/>
      </w:pPr>
      <w:r w:rsidRPr="002F7635">
        <w:t>Фонетическая сторона речи.</w:t>
      </w:r>
    </w:p>
    <w:p w14:paraId="1D6219EF" w14:textId="77777777" w:rsidR="00004481" w:rsidRPr="002F7635" w:rsidRDefault="00004481" w:rsidP="006F1218">
      <w:pPr>
        <w:pStyle w:val="Base"/>
      </w:pPr>
      <w:r w:rsidRPr="002F7635">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789B09A" w14:textId="77777777" w:rsidR="00004481" w:rsidRPr="002F7635" w:rsidRDefault="00004481" w:rsidP="006F1218">
      <w:pPr>
        <w:pStyle w:val="Base"/>
      </w:pPr>
      <w:r w:rsidRPr="002F7635">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848E86C" w14:textId="77777777" w:rsidR="00004481" w:rsidRPr="002F7635" w:rsidRDefault="00004481" w:rsidP="006F1218">
      <w:pPr>
        <w:pStyle w:val="Base"/>
      </w:pPr>
      <w:r w:rsidRPr="002F7635">
        <w:t>Тексты для чтения вслух: беседа (диалог), рассказ, отрывок из статьи</w:t>
      </w:r>
      <w:r w:rsidR="003B0471" w:rsidRPr="002F7635">
        <w:t xml:space="preserve"> </w:t>
      </w:r>
      <w:r w:rsidRPr="002F7635">
        <w:t>научно-популярного характера, сообщение информационного характера.</w:t>
      </w:r>
    </w:p>
    <w:p w14:paraId="00096755" w14:textId="77777777" w:rsidR="00004481" w:rsidRPr="002F7635" w:rsidRDefault="00004481" w:rsidP="006F1218">
      <w:pPr>
        <w:pStyle w:val="Base"/>
      </w:pPr>
      <w:r w:rsidRPr="002F7635">
        <w:t>Объём текста для чтения вслух – до 90 слов.</w:t>
      </w:r>
    </w:p>
    <w:p w14:paraId="03CDD12B" w14:textId="77777777" w:rsidR="00004481" w:rsidRPr="002F7635" w:rsidRDefault="00004481" w:rsidP="006F1218">
      <w:pPr>
        <w:pStyle w:val="----"/>
      </w:pPr>
      <w:r w:rsidRPr="002F7635">
        <w:t>Графика, орфография и пунктуация.</w:t>
      </w:r>
    </w:p>
    <w:p w14:paraId="09DE1553" w14:textId="77777777" w:rsidR="00004481" w:rsidRPr="002F7635" w:rsidRDefault="00004481" w:rsidP="006F1218">
      <w:pPr>
        <w:pStyle w:val="Base"/>
      </w:pPr>
      <w:r w:rsidRPr="002F7635">
        <w:t>Правильное написание изученных слов.</w:t>
      </w:r>
    </w:p>
    <w:p w14:paraId="27E4C2DA" w14:textId="77777777" w:rsidR="00004481" w:rsidRPr="002F7635" w:rsidRDefault="00004481" w:rsidP="006F1218">
      <w:pPr>
        <w:pStyle w:val="Base"/>
      </w:pPr>
      <w:r w:rsidRPr="002F7635">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E13E13C" w14:textId="77777777" w:rsidR="00004481" w:rsidRPr="002F7635" w:rsidRDefault="00004481" w:rsidP="006F1218">
      <w:pPr>
        <w:pStyle w:val="Base"/>
        <w:rPr>
          <w:szCs w:val="24"/>
          <w:lang w:val="x-none"/>
        </w:rPr>
      </w:pPr>
      <w:r w:rsidRPr="002F7635">
        <w:rPr>
          <w:szCs w:val="24"/>
          <w:lang w:val="x-none"/>
        </w:rPr>
        <w:t>Пунктуационно п</w:t>
      </w:r>
      <w:r w:rsidRPr="002A55FF">
        <w:rPr>
          <w:rStyle w:val="Base0"/>
        </w:rPr>
        <w:t>равильное, в соответствии с нормами речевого этикета, принятыми в стране (странах) изучаемого языка</w:t>
      </w:r>
      <w:r w:rsidRPr="002F7635">
        <w:rPr>
          <w:szCs w:val="24"/>
          <w:lang w:val="x-none"/>
        </w:rPr>
        <w:t>, оформление электронного сообщения личного характера.</w:t>
      </w:r>
    </w:p>
    <w:p w14:paraId="2BB4795D" w14:textId="77777777" w:rsidR="00004481" w:rsidRPr="002F7635" w:rsidRDefault="00004481" w:rsidP="006F1218">
      <w:pPr>
        <w:pStyle w:val="----"/>
      </w:pPr>
      <w:r w:rsidRPr="002F7635">
        <w:t>Лексическая сторона речи.</w:t>
      </w:r>
    </w:p>
    <w:p w14:paraId="45A0B1F6" w14:textId="77777777" w:rsidR="00004481" w:rsidRPr="003C3430" w:rsidRDefault="00004481" w:rsidP="006F1218">
      <w:pPr>
        <w:pStyle w:val="Base"/>
      </w:pPr>
      <w:r w:rsidRPr="002F7635">
        <w:t xml:space="preserve">Распознавание в </w:t>
      </w:r>
      <w:r w:rsidRPr="003C3430">
        <w:t>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0D807A7" w14:textId="77777777" w:rsidR="00004481" w:rsidRPr="003C3430" w:rsidRDefault="00004481" w:rsidP="006F1218">
      <w:pPr>
        <w:pStyle w:val="Base"/>
      </w:pPr>
      <w:r w:rsidRPr="003C3430">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14:paraId="3AAA70FA" w14:textId="77777777" w:rsidR="00004481" w:rsidRPr="002F7635" w:rsidRDefault="00004481" w:rsidP="006F1218">
      <w:pPr>
        <w:pStyle w:val="Base"/>
      </w:pPr>
      <w:r w:rsidRPr="003C3430">
        <w:t>Основные способы словообразования</w:t>
      </w:r>
      <w:r w:rsidRPr="002F7635">
        <w:t>:</w:t>
      </w:r>
    </w:p>
    <w:p w14:paraId="37BD0275" w14:textId="0AE077BB" w:rsidR="00004481" w:rsidRPr="002F7635" w:rsidRDefault="00E05597" w:rsidP="006F1218">
      <w:pPr>
        <w:pStyle w:val="a4"/>
      </w:pPr>
      <w:r>
        <w:t>а</w:t>
      </w:r>
      <w:r w:rsidR="00004481" w:rsidRPr="002F7635">
        <w:t>ффиксация</w:t>
      </w:r>
      <w:r>
        <w:rPr>
          <w:lang w:val="en-US"/>
        </w:rPr>
        <w:t>;</w:t>
      </w:r>
    </w:p>
    <w:p w14:paraId="691421F6" w14:textId="77777777" w:rsidR="00004481" w:rsidRPr="002F7635" w:rsidRDefault="00004481" w:rsidP="006F1218">
      <w:pPr>
        <w:pStyle w:val="a4"/>
      </w:pPr>
      <w:r w:rsidRPr="002F7635">
        <w:t>образование</w:t>
      </w:r>
      <w:r w:rsidRPr="007E361D">
        <w:t xml:space="preserve"> </w:t>
      </w:r>
      <w:r w:rsidRPr="002F7635">
        <w:t>имён</w:t>
      </w:r>
      <w:r w:rsidRPr="007E361D">
        <w:t xml:space="preserve"> </w:t>
      </w:r>
      <w:r w:rsidRPr="002F7635">
        <w:t>существительных</w:t>
      </w:r>
      <w:r w:rsidRPr="007E361D">
        <w:t xml:space="preserve"> </w:t>
      </w:r>
      <w:r w:rsidRPr="002F7635">
        <w:t>при</w:t>
      </w:r>
      <w:r w:rsidRPr="007E361D">
        <w:t xml:space="preserve"> </w:t>
      </w:r>
      <w:r w:rsidRPr="002F7635">
        <w:t>помощи</w:t>
      </w:r>
      <w:r w:rsidRPr="007E361D">
        <w:t xml:space="preserve"> </w:t>
      </w:r>
      <w:r w:rsidRPr="002F7635">
        <w:t>суффиксов -er/-or (teacher/visitor), -ist (scientist, tourist), -sion/-tion (discussion/invitation);</w:t>
      </w:r>
    </w:p>
    <w:p w14:paraId="4467C3F1" w14:textId="77777777" w:rsidR="00004481" w:rsidRPr="002F7635" w:rsidRDefault="00004481" w:rsidP="006F1218">
      <w:pPr>
        <w:pStyle w:val="a4"/>
      </w:pPr>
      <w:r w:rsidRPr="002F7635">
        <w:t>образование</w:t>
      </w:r>
      <w:r w:rsidRPr="007E361D">
        <w:t xml:space="preserve"> </w:t>
      </w:r>
      <w:r w:rsidRPr="002F7635">
        <w:t>имён</w:t>
      </w:r>
      <w:r w:rsidRPr="007E361D">
        <w:t xml:space="preserve"> </w:t>
      </w:r>
      <w:r w:rsidRPr="002F7635">
        <w:t>прилагательных</w:t>
      </w:r>
      <w:r w:rsidRPr="007E361D">
        <w:t xml:space="preserve"> </w:t>
      </w:r>
      <w:r w:rsidRPr="002F7635">
        <w:t>при</w:t>
      </w:r>
      <w:r w:rsidRPr="007E361D">
        <w:t xml:space="preserve"> </w:t>
      </w:r>
      <w:r w:rsidRPr="002F7635">
        <w:t>помощи</w:t>
      </w:r>
      <w:r w:rsidRPr="007E361D">
        <w:t xml:space="preserve"> </w:t>
      </w:r>
      <w:r w:rsidRPr="002F7635">
        <w:t>суффиксов -ful (wonderful),-ian/-an (Russian/American);</w:t>
      </w:r>
    </w:p>
    <w:p w14:paraId="5BD4CBC4" w14:textId="77777777" w:rsidR="00004481" w:rsidRPr="002F7635" w:rsidRDefault="00004481" w:rsidP="006F1218">
      <w:pPr>
        <w:pStyle w:val="a4"/>
      </w:pPr>
      <w:r w:rsidRPr="002F7635">
        <w:t>образование наречий при помощи суффикса -ly (recently);</w:t>
      </w:r>
    </w:p>
    <w:p w14:paraId="0D9A0888" w14:textId="77777777" w:rsidR="00004481" w:rsidRPr="002F7635" w:rsidRDefault="00004481" w:rsidP="006F1218">
      <w:pPr>
        <w:pStyle w:val="a4"/>
      </w:pPr>
      <w:r w:rsidRPr="002F7635">
        <w:t>образование имён прилагательных, имён существительных и наречийпри помощи отрицательного префикса un (unhappy, unreality, unusually).</w:t>
      </w:r>
    </w:p>
    <w:p w14:paraId="6945F337" w14:textId="77777777" w:rsidR="00004481" w:rsidRPr="002F7635" w:rsidRDefault="00004481" w:rsidP="006F1218">
      <w:pPr>
        <w:pStyle w:val="----"/>
      </w:pPr>
      <w:r w:rsidRPr="002F7635">
        <w:t>Грамматическая сторона речи.</w:t>
      </w:r>
    </w:p>
    <w:p w14:paraId="3B906C75" w14:textId="77777777" w:rsidR="00004481" w:rsidRPr="002F7635" w:rsidRDefault="00004481" w:rsidP="006F1218">
      <w:pPr>
        <w:pStyle w:val="Base"/>
      </w:pPr>
      <w:r w:rsidRPr="002F7635">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E9D986D" w14:textId="77777777" w:rsidR="00004481" w:rsidRPr="002F7635" w:rsidRDefault="00004481" w:rsidP="006F1218">
      <w:pPr>
        <w:pStyle w:val="Base"/>
      </w:pPr>
      <w:r w:rsidRPr="002F7635">
        <w:t>Предложения с несколькими обстоятельствами, следующими в определённом порядке.</w:t>
      </w:r>
    </w:p>
    <w:p w14:paraId="6EED51DB" w14:textId="77777777" w:rsidR="00004481" w:rsidRPr="002F7635" w:rsidRDefault="00004481" w:rsidP="006F1218">
      <w:pPr>
        <w:pStyle w:val="Base"/>
      </w:pPr>
      <w:r w:rsidRPr="002F7635">
        <w:t>Вопросительные предложения (альтернативный и разделительный вопросы в Present/Past/Future Simple Tense).</w:t>
      </w:r>
    </w:p>
    <w:p w14:paraId="216A2A9B" w14:textId="77777777" w:rsidR="00004481" w:rsidRPr="002F7635" w:rsidRDefault="00004481" w:rsidP="006F1218">
      <w:pPr>
        <w:pStyle w:val="Base"/>
      </w:pPr>
      <w:r w:rsidRPr="002F7635">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00F15374" w14:textId="77777777" w:rsidR="00004481" w:rsidRPr="002F7635" w:rsidRDefault="00004481" w:rsidP="006F1218">
      <w:pPr>
        <w:pStyle w:val="Base"/>
      </w:pPr>
      <w:r w:rsidRPr="002F7635">
        <w:t>Имена существительные во множественном числе, в том числе имена существительные, имеющие форму только множественного числа.</w:t>
      </w:r>
    </w:p>
    <w:p w14:paraId="451B4622" w14:textId="77777777" w:rsidR="00004481" w:rsidRPr="002F7635" w:rsidRDefault="00004481" w:rsidP="006F1218">
      <w:pPr>
        <w:pStyle w:val="Base"/>
      </w:pPr>
      <w:r w:rsidRPr="002F7635">
        <w:t>Имена существительные с причастиями настоящего и прошедшего времени.</w:t>
      </w:r>
    </w:p>
    <w:p w14:paraId="425E5AA6" w14:textId="77777777" w:rsidR="00004481" w:rsidRPr="002F7635" w:rsidRDefault="00004481" w:rsidP="006F1218">
      <w:pPr>
        <w:pStyle w:val="Base"/>
      </w:pPr>
      <w:r w:rsidRPr="002F7635">
        <w:t>Наречия в положительной, сравнительной и превосходной степенях, образованные по правилу, и исключения.</w:t>
      </w:r>
    </w:p>
    <w:p w14:paraId="38C85E82" w14:textId="77777777" w:rsidR="00004481" w:rsidRPr="002F7635" w:rsidRDefault="00004481" w:rsidP="006F1218">
      <w:pPr>
        <w:pStyle w:val="----"/>
      </w:pPr>
      <w:r w:rsidRPr="002F7635">
        <w:t>Социокультурные знания и умения.</w:t>
      </w:r>
    </w:p>
    <w:p w14:paraId="79DE70A6" w14:textId="77777777" w:rsidR="00004481" w:rsidRPr="002F7635" w:rsidRDefault="00004481" w:rsidP="006F1218">
      <w:pPr>
        <w:pStyle w:val="Base"/>
      </w:pPr>
      <w:r w:rsidRPr="002F7635">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65947ED2" w14:textId="77777777" w:rsidR="00004481" w:rsidRPr="002F7635" w:rsidRDefault="00004481" w:rsidP="006F1218">
      <w:pPr>
        <w:pStyle w:val="Base"/>
      </w:pPr>
      <w:r w:rsidRPr="002F7635">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(некоторые национальные праздники, традиции в проведении досуга и питании).</w:t>
      </w:r>
    </w:p>
    <w:p w14:paraId="0CD23B7F" w14:textId="77777777" w:rsidR="00004481" w:rsidRPr="002F7635" w:rsidRDefault="00004481" w:rsidP="006F1218">
      <w:pPr>
        <w:pStyle w:val="Base"/>
      </w:pPr>
      <w:r w:rsidRPr="002F7635">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w:t>
      </w:r>
      <w:r w:rsidRPr="002F7635">
        <w:lastRenderedPageBreak/>
        <w:t>достопримечательностях, выдающихся людях), с доступными в языковом отношении образцами детской поэзии и прозы на английском языке.</w:t>
      </w:r>
    </w:p>
    <w:p w14:paraId="78413E9D" w14:textId="77777777" w:rsidR="00004481" w:rsidRPr="002F7635" w:rsidRDefault="00004481" w:rsidP="006F1218">
      <w:pPr>
        <w:pStyle w:val="Base"/>
      </w:pPr>
      <w:r w:rsidRPr="002F7635">
        <w:t>Формирование умений:</w:t>
      </w:r>
    </w:p>
    <w:p w14:paraId="7A0C182C" w14:textId="77777777" w:rsidR="00004481" w:rsidRPr="002F7635" w:rsidRDefault="00004481" w:rsidP="006F1218">
      <w:pPr>
        <w:pStyle w:val="a4"/>
      </w:pPr>
      <w:r w:rsidRPr="002F7635">
        <w:t>писать свои имя и фамилию, а также имена и фамилии своих родственников и друзей на английском языке;</w:t>
      </w:r>
    </w:p>
    <w:p w14:paraId="3D085C07" w14:textId="77777777" w:rsidR="00004481" w:rsidRPr="002F7635" w:rsidRDefault="00004481" w:rsidP="006F1218">
      <w:pPr>
        <w:pStyle w:val="a4"/>
      </w:pPr>
      <w:r w:rsidRPr="002F7635">
        <w:t>правильно оформлять свой адрес на английском языке (в анкете, формуляре);</w:t>
      </w:r>
    </w:p>
    <w:p w14:paraId="04BF3EC1" w14:textId="77777777" w:rsidR="00004481" w:rsidRPr="002F7635" w:rsidRDefault="00004481" w:rsidP="006F1218">
      <w:pPr>
        <w:pStyle w:val="a4"/>
      </w:pPr>
      <w:r w:rsidRPr="002F7635">
        <w:t>кратко представлять Россию и страну (страны) изучаемого языка;</w:t>
      </w:r>
    </w:p>
    <w:p w14:paraId="37D72D28" w14:textId="77777777" w:rsidR="00004481" w:rsidRPr="002F7635" w:rsidRDefault="00004481" w:rsidP="006F1218">
      <w:pPr>
        <w:pStyle w:val="a4"/>
      </w:pPr>
      <w:r w:rsidRPr="002F7635">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54EC3677" w14:textId="3E5C7FBE" w:rsidR="00004481" w:rsidRPr="00D45443" w:rsidRDefault="00D45443" w:rsidP="00D45443">
      <w:pPr>
        <w:pStyle w:val="1d"/>
        <w:jc w:val="left"/>
        <w:rPr>
          <w:b w:val="0"/>
          <w:i/>
          <w:lang w:val="ru-RU"/>
        </w:rPr>
      </w:pPr>
      <w:r>
        <w:rPr>
          <w:b w:val="0"/>
          <w:i/>
        </w:rPr>
        <w:t>Компенсаторные умени</w:t>
      </w:r>
      <w:r>
        <w:rPr>
          <w:b w:val="0"/>
          <w:i/>
          <w:lang w:val="ru-RU"/>
        </w:rPr>
        <w:t>я</w:t>
      </w:r>
    </w:p>
    <w:p w14:paraId="04F25265" w14:textId="77777777" w:rsidR="00004481" w:rsidRPr="002F7635" w:rsidRDefault="00004481" w:rsidP="006F1218">
      <w:pPr>
        <w:pStyle w:val="Base"/>
      </w:pPr>
      <w:r w:rsidRPr="002F7635">
        <w:t>Использование при чтении и аудировании языковой, в том числе контекстуальной, догадки.</w:t>
      </w:r>
    </w:p>
    <w:p w14:paraId="5F4F9407" w14:textId="77777777" w:rsidR="00004481" w:rsidRPr="002F7635" w:rsidRDefault="00004481" w:rsidP="006F1218">
      <w:pPr>
        <w:pStyle w:val="Base"/>
      </w:pPr>
      <w:r w:rsidRPr="002F7635">
        <w:t>Использование в качестве опоры при порождении собственных высказываний ключевых слов, плана.</w:t>
      </w:r>
    </w:p>
    <w:p w14:paraId="0AEEB83F" w14:textId="77777777" w:rsidR="00004481" w:rsidRPr="002F7635" w:rsidRDefault="00004481" w:rsidP="006F1218">
      <w:pPr>
        <w:pStyle w:val="Base"/>
      </w:pPr>
      <w:r w:rsidRPr="002F7635">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31F0B5A" w14:textId="537554AE" w:rsidR="00A43B90" w:rsidRPr="00901EF4" w:rsidRDefault="00A43B90" w:rsidP="008C718A">
      <w:pPr>
        <w:pStyle w:val="affff1"/>
      </w:pPr>
      <w:bookmarkStart w:id="15" w:name="_Toc149647015"/>
      <w:bookmarkStart w:id="16" w:name="_Toc150046059"/>
      <w:bookmarkStart w:id="17" w:name="_Toc150047321"/>
      <w:r w:rsidRPr="00901EF4">
        <w:t xml:space="preserve">6 </w:t>
      </w:r>
      <w:r w:rsidRPr="008C718A">
        <w:t>класс</w:t>
      </w:r>
      <w:bookmarkEnd w:id="15"/>
      <w:bookmarkEnd w:id="16"/>
      <w:bookmarkEnd w:id="17"/>
    </w:p>
    <w:p w14:paraId="59033397" w14:textId="190A4583" w:rsidR="009A49BB" w:rsidRPr="002F7635" w:rsidRDefault="009A49BB" w:rsidP="006F1218">
      <w:pPr>
        <w:pStyle w:val="1d"/>
      </w:pPr>
      <w:r w:rsidRPr="002F7635">
        <w:t xml:space="preserve">Коммуникативные </w:t>
      </w:r>
      <w:r w:rsidR="00D45443">
        <w:t>умения</w:t>
      </w:r>
    </w:p>
    <w:p w14:paraId="6ADF1507" w14:textId="77777777" w:rsidR="009A49BB" w:rsidRPr="002F7635" w:rsidRDefault="009A49BB" w:rsidP="006F1218">
      <w:pPr>
        <w:pStyle w:val="Base"/>
      </w:pPr>
      <w:r w:rsidRPr="002F7635">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B3690FA" w14:textId="77777777" w:rsidR="009A49BB" w:rsidRPr="002F7635" w:rsidRDefault="009A49BB" w:rsidP="006F1218">
      <w:pPr>
        <w:pStyle w:val="a4"/>
      </w:pPr>
      <w:r w:rsidRPr="002F7635">
        <w:t>Взаимоотношения в семье и с друзьями. Семейные праздники.</w:t>
      </w:r>
    </w:p>
    <w:p w14:paraId="47647BCB" w14:textId="77777777" w:rsidR="009A49BB" w:rsidRPr="002F7635" w:rsidRDefault="009A49BB" w:rsidP="006F1218">
      <w:pPr>
        <w:pStyle w:val="a4"/>
      </w:pPr>
      <w:r w:rsidRPr="002F7635">
        <w:t>Внешность и характер человека (литературного персонажа).</w:t>
      </w:r>
    </w:p>
    <w:p w14:paraId="74EE04B1" w14:textId="77777777" w:rsidR="009A49BB" w:rsidRPr="002F7635" w:rsidRDefault="009A49BB" w:rsidP="006F1218">
      <w:pPr>
        <w:pStyle w:val="a4"/>
      </w:pPr>
      <w:r w:rsidRPr="002F7635">
        <w:t>Досуг и увлечения (хобби) современного подростка (чтение, кино, театр, спорт).</w:t>
      </w:r>
    </w:p>
    <w:p w14:paraId="6A36F45B" w14:textId="77777777" w:rsidR="009A49BB" w:rsidRPr="002F7635" w:rsidRDefault="009A49BB" w:rsidP="006F1218">
      <w:pPr>
        <w:pStyle w:val="a4"/>
      </w:pPr>
      <w:r w:rsidRPr="002F7635">
        <w:t>Здоровый образ жизни: режим труда и отдыха, фитнес, сбалансированное питание.</w:t>
      </w:r>
    </w:p>
    <w:p w14:paraId="59494337" w14:textId="77777777" w:rsidR="009A49BB" w:rsidRPr="002F7635" w:rsidRDefault="009A49BB" w:rsidP="006F1218">
      <w:pPr>
        <w:pStyle w:val="a4"/>
      </w:pPr>
      <w:r w:rsidRPr="002F7635">
        <w:t>Покупки: одежда, обувь и продукты питания.</w:t>
      </w:r>
    </w:p>
    <w:p w14:paraId="6AA46DFE" w14:textId="77777777" w:rsidR="009A49BB" w:rsidRPr="002F7635" w:rsidRDefault="009A49BB" w:rsidP="006F1218">
      <w:pPr>
        <w:pStyle w:val="a4"/>
      </w:pPr>
      <w:r w:rsidRPr="002F7635">
        <w:t>Школа, школьная жизнь, школьная форма, изучаемые предметы, любимый предмет, правила поведения в школе. Переписка с зарубежными сверстниками.</w:t>
      </w:r>
    </w:p>
    <w:p w14:paraId="411CA162" w14:textId="77777777" w:rsidR="009A49BB" w:rsidRPr="002F7635" w:rsidRDefault="009A49BB" w:rsidP="006F1218">
      <w:pPr>
        <w:pStyle w:val="a4"/>
      </w:pPr>
      <w:r w:rsidRPr="002F7635">
        <w:t>Переписка с зарубежными сверстниками.</w:t>
      </w:r>
    </w:p>
    <w:p w14:paraId="02680CF7" w14:textId="77777777" w:rsidR="009A49BB" w:rsidRPr="002F7635" w:rsidRDefault="009A49BB" w:rsidP="006F1218">
      <w:pPr>
        <w:pStyle w:val="a4"/>
      </w:pPr>
      <w:r w:rsidRPr="002F7635">
        <w:t>Каникулы в различное время года. Виды отдыха.</w:t>
      </w:r>
    </w:p>
    <w:p w14:paraId="6CC60378" w14:textId="77777777" w:rsidR="009A49BB" w:rsidRPr="002F7635" w:rsidRDefault="009A49BB" w:rsidP="006F1218">
      <w:pPr>
        <w:pStyle w:val="a4"/>
      </w:pPr>
      <w:r w:rsidRPr="002F7635">
        <w:t>Путешествия по России и зарубежным странам.</w:t>
      </w:r>
    </w:p>
    <w:p w14:paraId="03800517" w14:textId="77777777" w:rsidR="009A49BB" w:rsidRPr="002F7635" w:rsidRDefault="009A49BB" w:rsidP="006F1218">
      <w:pPr>
        <w:pStyle w:val="a4"/>
      </w:pPr>
      <w:r w:rsidRPr="002F7635">
        <w:t>Природа: дикие и домашние животные. Климат, погода.</w:t>
      </w:r>
    </w:p>
    <w:p w14:paraId="614FFC86" w14:textId="77777777" w:rsidR="009A49BB" w:rsidRPr="002F7635" w:rsidRDefault="009A49BB" w:rsidP="006F1218">
      <w:pPr>
        <w:pStyle w:val="a4"/>
      </w:pPr>
      <w:r w:rsidRPr="002F7635">
        <w:t>Жизнь в городе и сельской местности. Описание родного города (села). Транспорт.</w:t>
      </w:r>
    </w:p>
    <w:p w14:paraId="54979139" w14:textId="77777777" w:rsidR="009A49BB" w:rsidRPr="002F7635" w:rsidRDefault="009A49BB" w:rsidP="006F1218">
      <w:pPr>
        <w:pStyle w:val="a4"/>
      </w:pPr>
      <w:r w:rsidRPr="002F7635">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5AB0ACD" w14:textId="77777777" w:rsidR="009A49BB" w:rsidRPr="002F7635" w:rsidRDefault="009A49BB" w:rsidP="006F1218">
      <w:pPr>
        <w:pStyle w:val="a4"/>
      </w:pPr>
      <w:r w:rsidRPr="002F7635">
        <w:t>Выдающиеся люди родной страны и страны (стран) изучаемого языка: писатели, поэты, учёные.</w:t>
      </w:r>
    </w:p>
    <w:p w14:paraId="1DCA452C" w14:textId="7064C5B4" w:rsidR="009A49BB" w:rsidRPr="002F7635" w:rsidRDefault="00D45443" w:rsidP="006F1218">
      <w:pPr>
        <w:pStyle w:val="1d"/>
      </w:pPr>
      <w:r>
        <w:t>Говорение</w:t>
      </w:r>
    </w:p>
    <w:p w14:paraId="73CC75A2" w14:textId="77777777" w:rsidR="009A49BB" w:rsidRPr="002F7635" w:rsidRDefault="009A49BB" w:rsidP="006F1218">
      <w:pPr>
        <w:pStyle w:val="Base"/>
      </w:pPr>
      <w:r w:rsidRPr="002F7635">
        <w:t>Развитие коммуникативных умений диалогической речи, а именно умений вести:</w:t>
      </w:r>
    </w:p>
    <w:p w14:paraId="05C9C117" w14:textId="77777777" w:rsidR="009A49BB" w:rsidRPr="005F6DD0" w:rsidRDefault="009A49BB" w:rsidP="006F1218">
      <w:pPr>
        <w:pStyle w:val="a4"/>
      </w:pPr>
      <w:r w:rsidRPr="005F6DD0">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8013EF0" w14:textId="77777777" w:rsidR="009A49BB" w:rsidRPr="005F6DD0" w:rsidRDefault="009A49BB" w:rsidP="006F1218">
      <w:pPr>
        <w:pStyle w:val="a4"/>
      </w:pPr>
      <w:r w:rsidRPr="005F6DD0">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2D83DC6" w14:textId="77777777" w:rsidR="009A49BB" w:rsidRPr="005F6DD0" w:rsidRDefault="009A49BB" w:rsidP="006F1218">
      <w:pPr>
        <w:pStyle w:val="a4"/>
      </w:pPr>
      <w:r w:rsidRPr="005F6DD0">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CC6C4CC" w14:textId="77777777" w:rsidR="009A49BB" w:rsidRPr="002F7635" w:rsidRDefault="009A49BB" w:rsidP="006F1218">
      <w:pPr>
        <w:pStyle w:val="Base"/>
      </w:pPr>
      <w:r w:rsidRPr="002F7635">
        <w:lastRenderedPageBreak/>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 (или) иллюстрации, фотографии с соблюдением норм речевого этикета, принятых в стране (странах) изучаемого языка.</w:t>
      </w:r>
    </w:p>
    <w:p w14:paraId="0078A738" w14:textId="77777777" w:rsidR="009A49BB" w:rsidRPr="002F7635" w:rsidRDefault="009A49BB" w:rsidP="006F1218">
      <w:pPr>
        <w:pStyle w:val="Base"/>
      </w:pPr>
      <w:r w:rsidRPr="002F7635">
        <w:t xml:space="preserve">Объём диалога – до 5 реплик со стороны каждого собеседника. </w:t>
      </w:r>
    </w:p>
    <w:p w14:paraId="2FB3D268" w14:textId="77777777" w:rsidR="009A49BB" w:rsidRPr="002F7635" w:rsidRDefault="009A49BB" w:rsidP="006F1218">
      <w:pPr>
        <w:pStyle w:val="Base"/>
      </w:pPr>
      <w:r w:rsidRPr="002F7635">
        <w:t>Развитие коммуникативных умений монологической речи:</w:t>
      </w:r>
    </w:p>
    <w:p w14:paraId="209BA911" w14:textId="710BBC7F" w:rsidR="009A49BB" w:rsidRPr="002F7635" w:rsidRDefault="009A49BB" w:rsidP="006F1218">
      <w:pPr>
        <w:pStyle w:val="a4"/>
      </w:pPr>
      <w:r w:rsidRPr="002F7635">
        <w:t>создание устных связных монологических высказываний с использованием основных коммуникативных типов речи</w:t>
      </w:r>
      <w:r w:rsidR="00E05597" w:rsidRPr="00E05597">
        <w:t>;</w:t>
      </w:r>
    </w:p>
    <w:p w14:paraId="0EB1A285" w14:textId="77777777" w:rsidR="009A49BB" w:rsidRPr="002F7635" w:rsidRDefault="009A49BB" w:rsidP="006F1218">
      <w:pPr>
        <w:pStyle w:val="a4"/>
      </w:pPr>
      <w:r w:rsidRPr="002F7635">
        <w:t>описание (предмета, внешности и одежды человека), в том числе характеристика (черты характера реального человека или литературного персонажа);</w:t>
      </w:r>
    </w:p>
    <w:p w14:paraId="4FB48006" w14:textId="77777777" w:rsidR="009A49BB" w:rsidRPr="002F7635" w:rsidRDefault="009A49BB" w:rsidP="006F1218">
      <w:pPr>
        <w:pStyle w:val="a4"/>
      </w:pPr>
      <w:r w:rsidRPr="002F7635">
        <w:t>повествование (сообщение);</w:t>
      </w:r>
    </w:p>
    <w:p w14:paraId="5AA0551C" w14:textId="77777777" w:rsidR="009A49BB" w:rsidRPr="002F7635" w:rsidRDefault="009A49BB" w:rsidP="006F1218">
      <w:pPr>
        <w:pStyle w:val="a4"/>
      </w:pPr>
      <w:r w:rsidRPr="002F7635">
        <w:t>изложение (пересказ) основного содержания прочитанного текста;</w:t>
      </w:r>
    </w:p>
    <w:p w14:paraId="53EDFD1F" w14:textId="77777777" w:rsidR="009A49BB" w:rsidRPr="002F7635" w:rsidRDefault="009A49BB" w:rsidP="006F1218">
      <w:pPr>
        <w:pStyle w:val="a4"/>
      </w:pPr>
      <w:r w:rsidRPr="002F7635">
        <w:t>краткое изложение результатов выполненной проектной работы.</w:t>
      </w:r>
    </w:p>
    <w:p w14:paraId="6C1461F4" w14:textId="77777777" w:rsidR="009A49BB" w:rsidRPr="002F7635" w:rsidRDefault="009A49BB" w:rsidP="006F1218">
      <w:pPr>
        <w:pStyle w:val="Base"/>
      </w:pPr>
      <w:r w:rsidRPr="002F7635">
        <w:t>Данные умения монологической речи развиваются в стандартных ситуациях неофициального общения в рамках тематического содержания речи с опорой</w:t>
      </w:r>
      <w:r w:rsidR="00432E2F" w:rsidRPr="002F7635">
        <w:t xml:space="preserve"> </w:t>
      </w:r>
      <w:r w:rsidRPr="002F7635">
        <w:t>на ключевые слова, план, вопросы, таблицы и (или) иллюстрации, фотографии.</w:t>
      </w:r>
    </w:p>
    <w:p w14:paraId="64FEC9B8" w14:textId="77777777" w:rsidR="009A49BB" w:rsidRPr="002F7635" w:rsidRDefault="009A49BB" w:rsidP="006F1218">
      <w:pPr>
        <w:pStyle w:val="Base"/>
      </w:pPr>
      <w:r w:rsidRPr="002F7635">
        <w:t>Объём монологического высказывания – 7</w:t>
      </w:r>
      <w:r w:rsidR="005F6DD0">
        <w:t>-</w:t>
      </w:r>
      <w:r w:rsidRPr="002F7635">
        <w:t>8 фраз.</w:t>
      </w:r>
    </w:p>
    <w:p w14:paraId="1D8D9042" w14:textId="12F023F6" w:rsidR="009A49BB" w:rsidRPr="002F7635" w:rsidRDefault="00D45443" w:rsidP="006F1218">
      <w:pPr>
        <w:pStyle w:val="1d"/>
      </w:pPr>
      <w:r>
        <w:t>Аудирование</w:t>
      </w:r>
    </w:p>
    <w:p w14:paraId="5AE3E37B" w14:textId="77777777" w:rsidR="009A49BB" w:rsidRPr="002F7635" w:rsidRDefault="009A49BB" w:rsidP="006F1218">
      <w:pPr>
        <w:pStyle w:val="Base"/>
      </w:pPr>
      <w:r w:rsidRPr="002F7635">
        <w:t>При непосредственном общении: понимание на слух речи учителя и одноклассников и вербальная (невербальная) реакция на услышанное.</w:t>
      </w:r>
    </w:p>
    <w:p w14:paraId="739AC5AA" w14:textId="77777777" w:rsidR="009A49BB" w:rsidRPr="002F7635" w:rsidRDefault="009A49BB" w:rsidP="006F1218">
      <w:pPr>
        <w:pStyle w:val="Base"/>
      </w:pPr>
      <w:r w:rsidRPr="002F7635">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39DFEC0" w14:textId="77777777" w:rsidR="009A49BB" w:rsidRPr="002F7635" w:rsidRDefault="009A49BB" w:rsidP="006F1218">
      <w:pPr>
        <w:pStyle w:val="Base"/>
      </w:pPr>
      <w:r w:rsidRPr="002F7635">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F42C61F" w14:textId="77777777" w:rsidR="009A49BB" w:rsidRPr="002F7635" w:rsidRDefault="009A49BB" w:rsidP="006F1218">
      <w:pPr>
        <w:pStyle w:val="Base"/>
      </w:pPr>
      <w:r w:rsidRPr="002F7635">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FB759D8" w14:textId="77777777" w:rsidR="009A49BB" w:rsidRPr="002F7635" w:rsidRDefault="009A49BB" w:rsidP="006F1218">
      <w:pPr>
        <w:pStyle w:val="Base"/>
      </w:pPr>
      <w:r w:rsidRPr="002F7635">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27FE915B" w14:textId="77777777" w:rsidR="009A49BB" w:rsidRPr="002F7635" w:rsidRDefault="009A49BB" w:rsidP="006F1218">
      <w:pPr>
        <w:pStyle w:val="Base"/>
      </w:pPr>
      <w:r w:rsidRPr="002F7635">
        <w:t>Время звучания текста (текстов) для аудирования – до 1,5 минуты.</w:t>
      </w:r>
    </w:p>
    <w:p w14:paraId="6C1B1A63" w14:textId="6A967C45" w:rsidR="009A49BB" w:rsidRPr="002F7635" w:rsidRDefault="00D45443" w:rsidP="006F1218">
      <w:pPr>
        <w:pStyle w:val="1d"/>
      </w:pPr>
      <w:r>
        <w:t>Смысловое чтение</w:t>
      </w:r>
    </w:p>
    <w:p w14:paraId="66D028FF" w14:textId="77777777" w:rsidR="009A49BB" w:rsidRPr="002F7635" w:rsidRDefault="009A49BB" w:rsidP="006F1218">
      <w:pPr>
        <w:pStyle w:val="Base"/>
      </w:pPr>
      <w:r w:rsidRPr="002F7635">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AC1A12B" w14:textId="77777777" w:rsidR="009A49BB" w:rsidRPr="002F7635" w:rsidRDefault="009A49BB" w:rsidP="006F1218">
      <w:pPr>
        <w:pStyle w:val="Base"/>
      </w:pPr>
      <w:r w:rsidRPr="002F7635">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5150C2FD" w14:textId="77777777" w:rsidR="009A49BB" w:rsidRPr="002F7635" w:rsidRDefault="009A49BB" w:rsidP="006F1218">
      <w:pPr>
        <w:pStyle w:val="Base"/>
      </w:pPr>
      <w:r w:rsidRPr="002F7635">
        <w:t xml:space="preserve">Чтение </w:t>
      </w:r>
      <w:r w:rsidR="005F6DD0" w:rsidRPr="002F7635">
        <w:t>не сплошных</w:t>
      </w:r>
      <w:r w:rsidRPr="002F7635">
        <w:t xml:space="preserve"> текстов (таблиц) и понимание представленной в них информации.</w:t>
      </w:r>
    </w:p>
    <w:p w14:paraId="225551FB" w14:textId="77777777" w:rsidR="009A49BB" w:rsidRPr="002F7635" w:rsidRDefault="009A49BB" w:rsidP="006F1218">
      <w:pPr>
        <w:pStyle w:val="Base"/>
      </w:pPr>
      <w:r w:rsidRPr="002F7635">
        <w:t>Тексты для чтения: беседа; отрывок из художественного произведения,</w:t>
      </w:r>
      <w:r w:rsidR="00432E2F" w:rsidRPr="002F7635">
        <w:t xml:space="preserve"> </w:t>
      </w:r>
      <w:r w:rsidRPr="002F7635">
        <w:t xml:space="preserve">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r w:rsidR="005F6DD0" w:rsidRPr="002F7635">
        <w:t>не сплошной</w:t>
      </w:r>
      <w:r w:rsidRPr="002F7635">
        <w:t xml:space="preserve"> текст (таблица).</w:t>
      </w:r>
    </w:p>
    <w:p w14:paraId="3E36DD81" w14:textId="77777777" w:rsidR="009A49BB" w:rsidRPr="002F7635" w:rsidRDefault="009A49BB" w:rsidP="006F1218">
      <w:pPr>
        <w:pStyle w:val="Base"/>
      </w:pPr>
      <w:r w:rsidRPr="002F7635">
        <w:t>Объём текста (текстов) для чтения – 250</w:t>
      </w:r>
      <w:r w:rsidR="005F6DD0">
        <w:t>-</w:t>
      </w:r>
      <w:r w:rsidRPr="002F7635">
        <w:t>300 слов.</w:t>
      </w:r>
    </w:p>
    <w:p w14:paraId="59DC771A" w14:textId="41DC2579" w:rsidR="009A49BB" w:rsidRPr="002F7635" w:rsidRDefault="00D45443" w:rsidP="006F1218">
      <w:pPr>
        <w:pStyle w:val="1d"/>
      </w:pPr>
      <w:r>
        <w:t>Письменная речь</w:t>
      </w:r>
    </w:p>
    <w:p w14:paraId="79D20718" w14:textId="77777777" w:rsidR="009A49BB" w:rsidRPr="002F7635" w:rsidRDefault="009A49BB" w:rsidP="006F1218">
      <w:pPr>
        <w:pStyle w:val="Base"/>
      </w:pPr>
      <w:r w:rsidRPr="002F7635">
        <w:t>Развитие умений письменной речи:</w:t>
      </w:r>
    </w:p>
    <w:p w14:paraId="09671E15" w14:textId="77777777" w:rsidR="009A49BB" w:rsidRPr="002F7635" w:rsidRDefault="009A49BB" w:rsidP="006F1218">
      <w:pPr>
        <w:pStyle w:val="a4"/>
      </w:pPr>
      <w:r w:rsidRPr="002F7635">
        <w:t>списывание текста и выписывание из него слов, словосочетаний, предложений в соответствии с решаемой коммуникативной задачей;</w:t>
      </w:r>
    </w:p>
    <w:p w14:paraId="53F9B091" w14:textId="77777777" w:rsidR="009A49BB" w:rsidRPr="002F7635" w:rsidRDefault="009A49BB" w:rsidP="006F1218">
      <w:pPr>
        <w:pStyle w:val="a4"/>
      </w:pPr>
      <w:r w:rsidRPr="002F7635">
        <w:lastRenderedPageBreak/>
        <w:t>заполнение анкет и формуляров: сообщение о себе основных сведений в соответствии с нормами, принятыми в англоговорящих странах;</w:t>
      </w:r>
    </w:p>
    <w:p w14:paraId="2CF79992" w14:textId="77777777" w:rsidR="009A49BB" w:rsidRPr="002F7635" w:rsidRDefault="009A49BB" w:rsidP="006F1218">
      <w:pPr>
        <w:pStyle w:val="a4"/>
      </w:pPr>
      <w:r w:rsidRPr="002F7635">
        <w:t>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70 слов;</w:t>
      </w:r>
    </w:p>
    <w:p w14:paraId="31CB4949" w14:textId="77777777" w:rsidR="009A49BB" w:rsidRPr="002F7635" w:rsidRDefault="009A49BB" w:rsidP="006F1218">
      <w:pPr>
        <w:pStyle w:val="a4"/>
      </w:pPr>
      <w:r w:rsidRPr="002F7635">
        <w:t>создание небольшого письменного высказывания с опорой на образец, план, иллюстрацию. Объём письменного высказывания – до 70 слов.</w:t>
      </w:r>
    </w:p>
    <w:p w14:paraId="5EC747CA" w14:textId="30EC28EE" w:rsidR="009A49BB" w:rsidRPr="002F7635" w:rsidRDefault="00D45443" w:rsidP="006F1218">
      <w:pPr>
        <w:pStyle w:val="1d"/>
      </w:pPr>
      <w:r>
        <w:t>Языковые знания и умения</w:t>
      </w:r>
    </w:p>
    <w:p w14:paraId="1E19FB28" w14:textId="77777777" w:rsidR="009A49BB" w:rsidRPr="002F7635" w:rsidRDefault="009A49BB" w:rsidP="006F1218">
      <w:pPr>
        <w:pStyle w:val="----"/>
      </w:pPr>
      <w:r w:rsidRPr="002F7635">
        <w:t>Фонетическая сторона речи.</w:t>
      </w:r>
    </w:p>
    <w:p w14:paraId="65C50126" w14:textId="77777777" w:rsidR="009A49BB" w:rsidRPr="002F7635" w:rsidRDefault="009A49BB" w:rsidP="006F1218">
      <w:pPr>
        <w:pStyle w:val="Base"/>
      </w:pPr>
      <w:r w:rsidRPr="002F7635">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1CA03EB" w14:textId="77777777" w:rsidR="009A49BB" w:rsidRPr="002F7635" w:rsidRDefault="009A49BB" w:rsidP="006F1218">
      <w:pPr>
        <w:pStyle w:val="Base"/>
      </w:pPr>
      <w:r w:rsidRPr="002F7635">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E05248A" w14:textId="77777777" w:rsidR="009A49BB" w:rsidRPr="002F7635" w:rsidRDefault="009A49BB" w:rsidP="006F1218">
      <w:pPr>
        <w:pStyle w:val="Base"/>
      </w:pPr>
      <w:r w:rsidRPr="002F7635">
        <w:t>Тексты для чтения вслух: сообщение информационного характера, отрывок из статьи научно-популярного характера, рассказ, диалог (беседа).</w:t>
      </w:r>
    </w:p>
    <w:p w14:paraId="365797A0" w14:textId="77777777" w:rsidR="009A49BB" w:rsidRPr="002F7635" w:rsidRDefault="009A49BB" w:rsidP="006F1218">
      <w:pPr>
        <w:pStyle w:val="Base"/>
      </w:pPr>
      <w:r w:rsidRPr="002F7635">
        <w:t>Объём текста для чтения вслух – до 95 слов.</w:t>
      </w:r>
    </w:p>
    <w:p w14:paraId="5960B8A1" w14:textId="77777777" w:rsidR="009A49BB" w:rsidRPr="002F7635" w:rsidRDefault="009A49BB" w:rsidP="006F1218">
      <w:pPr>
        <w:pStyle w:val="----"/>
      </w:pPr>
      <w:r w:rsidRPr="002F7635">
        <w:t>Графика, орфография и пунктуация.</w:t>
      </w:r>
    </w:p>
    <w:p w14:paraId="6E97DAB7" w14:textId="77777777" w:rsidR="009A49BB" w:rsidRPr="002F7635" w:rsidRDefault="009A49BB" w:rsidP="006F1218">
      <w:pPr>
        <w:pStyle w:val="a4"/>
      </w:pPr>
      <w:r w:rsidRPr="002F7635">
        <w:t>Правильное написание изученных слов.</w:t>
      </w:r>
    </w:p>
    <w:p w14:paraId="52AEA3B4" w14:textId="77777777" w:rsidR="009A49BB" w:rsidRPr="002F7635" w:rsidRDefault="009A49BB" w:rsidP="006F1218">
      <w:pPr>
        <w:pStyle w:val="a4"/>
      </w:pPr>
      <w:r w:rsidRPr="002F7635">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10CB08BC" w14:textId="77777777" w:rsidR="009A49BB" w:rsidRPr="002F7635" w:rsidRDefault="009A49BB" w:rsidP="006F1218">
      <w:pPr>
        <w:pStyle w:val="a4"/>
      </w:pPr>
      <w:r w:rsidRPr="002F7635">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81ACDB1" w14:textId="77777777" w:rsidR="009A49BB" w:rsidRPr="002F7635" w:rsidRDefault="009A49BB" w:rsidP="006F1218">
      <w:pPr>
        <w:pStyle w:val="----"/>
      </w:pPr>
      <w:r w:rsidRPr="002F7635">
        <w:t>Лексическая сторона речи.</w:t>
      </w:r>
    </w:p>
    <w:p w14:paraId="1751DE63" w14:textId="77777777" w:rsidR="009A49BB" w:rsidRPr="002F7635" w:rsidRDefault="009A49BB" w:rsidP="006F1218">
      <w:pPr>
        <w:pStyle w:val="Base"/>
      </w:pPr>
      <w:r w:rsidRPr="002F7635">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ACD42B3" w14:textId="77777777" w:rsidR="009A49BB" w:rsidRPr="002F7635" w:rsidRDefault="009A49BB" w:rsidP="006F1218">
      <w:pPr>
        <w:pStyle w:val="Base"/>
      </w:pPr>
      <w:r w:rsidRPr="002F7635">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6F84927C" w14:textId="77777777" w:rsidR="009A49BB" w:rsidRPr="002F7635" w:rsidRDefault="009A49BB" w:rsidP="006F1218">
      <w:pPr>
        <w:pStyle w:val="Base"/>
      </w:pPr>
      <w:r w:rsidRPr="002F7635">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4BF4877F" w14:textId="77777777" w:rsidR="009A49BB" w:rsidRPr="002F7635" w:rsidRDefault="009A49BB" w:rsidP="006F1218">
      <w:pPr>
        <w:pStyle w:val="Base"/>
      </w:pPr>
      <w:r w:rsidRPr="002F7635">
        <w:t>Основные способы словообразования:</w:t>
      </w:r>
    </w:p>
    <w:p w14:paraId="7EFEF511" w14:textId="7D522E73" w:rsidR="009A49BB" w:rsidRPr="002F7635" w:rsidRDefault="00E05597" w:rsidP="006F1218">
      <w:pPr>
        <w:pStyle w:val="a4"/>
      </w:pPr>
      <w:r>
        <w:t>а</w:t>
      </w:r>
      <w:r w:rsidR="009A49BB" w:rsidRPr="002F7635">
        <w:t>ффиксация</w:t>
      </w:r>
      <w:r>
        <w:rPr>
          <w:lang w:val="en-US"/>
        </w:rPr>
        <w:t>;</w:t>
      </w:r>
    </w:p>
    <w:p w14:paraId="160C7687" w14:textId="77777777" w:rsidR="009A49BB" w:rsidRPr="002F7635" w:rsidRDefault="009A49BB" w:rsidP="006F1218">
      <w:pPr>
        <w:pStyle w:val="a4"/>
      </w:pPr>
      <w:r w:rsidRPr="002F7635">
        <w:t>образование имён существительных при помощи суффикса -ing (reading);</w:t>
      </w:r>
    </w:p>
    <w:p w14:paraId="772BDB80" w14:textId="77777777" w:rsidR="009A49BB" w:rsidRPr="002F7635" w:rsidRDefault="009A49BB" w:rsidP="006F1218">
      <w:pPr>
        <w:pStyle w:val="a4"/>
      </w:pPr>
      <w:r w:rsidRPr="002F7635">
        <w:t>образование имён прилагательных при помощи суффиксов -</w:t>
      </w:r>
      <w:r w:rsidRPr="002F7635">
        <w:rPr>
          <w:lang w:val="en-US"/>
        </w:rPr>
        <w:t>al</w:t>
      </w:r>
      <w:r w:rsidRPr="002F7635">
        <w:t xml:space="preserve"> (</w:t>
      </w:r>
      <w:r w:rsidRPr="002F7635">
        <w:rPr>
          <w:lang w:val="en-US"/>
        </w:rPr>
        <w:t>typical</w:t>
      </w:r>
      <w:r w:rsidRPr="002F7635">
        <w:t>), -</w:t>
      </w:r>
      <w:r w:rsidRPr="002F7635">
        <w:rPr>
          <w:lang w:val="en-US"/>
        </w:rPr>
        <w:t>ing</w:t>
      </w:r>
      <w:r w:rsidRPr="002F7635">
        <w:t xml:space="preserve"> (</w:t>
      </w:r>
      <w:r w:rsidRPr="002F7635">
        <w:rPr>
          <w:lang w:val="en-US"/>
        </w:rPr>
        <w:t>amazing</w:t>
      </w:r>
      <w:r w:rsidRPr="002F7635">
        <w:t>), -</w:t>
      </w:r>
      <w:r w:rsidRPr="002F7635">
        <w:rPr>
          <w:lang w:val="en-US"/>
        </w:rPr>
        <w:t>less</w:t>
      </w:r>
      <w:r w:rsidRPr="002F7635">
        <w:t xml:space="preserve"> (</w:t>
      </w:r>
      <w:r w:rsidRPr="002F7635">
        <w:rPr>
          <w:lang w:val="en-US"/>
        </w:rPr>
        <w:t>useless</w:t>
      </w:r>
      <w:r w:rsidRPr="002F7635">
        <w:t>), -</w:t>
      </w:r>
      <w:r w:rsidRPr="002F7635">
        <w:rPr>
          <w:lang w:val="en-US"/>
        </w:rPr>
        <w:t>ive</w:t>
      </w:r>
      <w:r w:rsidRPr="002F7635">
        <w:t xml:space="preserve"> (</w:t>
      </w:r>
      <w:r w:rsidRPr="002F7635">
        <w:rPr>
          <w:lang w:val="en-US"/>
        </w:rPr>
        <w:t>impressive</w:t>
      </w:r>
      <w:r w:rsidRPr="002F7635">
        <w:t>).</w:t>
      </w:r>
    </w:p>
    <w:p w14:paraId="6890C21F" w14:textId="77777777" w:rsidR="009A49BB" w:rsidRPr="002F7635" w:rsidRDefault="009A49BB" w:rsidP="006F1218">
      <w:pPr>
        <w:pStyle w:val="Base"/>
      </w:pPr>
      <w:r w:rsidRPr="002F7635">
        <w:t>Синонимы. Антонимы. Интернациональные слова.</w:t>
      </w:r>
    </w:p>
    <w:p w14:paraId="14740C96" w14:textId="77777777" w:rsidR="009A49BB" w:rsidRPr="002F7635" w:rsidRDefault="009A49BB" w:rsidP="006F1218">
      <w:pPr>
        <w:pStyle w:val="----"/>
      </w:pPr>
      <w:r w:rsidRPr="002F7635">
        <w:t>Грамматическая сторона речи.</w:t>
      </w:r>
    </w:p>
    <w:p w14:paraId="43138A7E" w14:textId="77777777" w:rsidR="009A49BB" w:rsidRPr="002F7635" w:rsidRDefault="009A49BB" w:rsidP="006F1218">
      <w:pPr>
        <w:pStyle w:val="Base"/>
      </w:pPr>
      <w:r w:rsidRPr="002F7635">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5FB4DFDC" w14:textId="77777777" w:rsidR="009A49BB" w:rsidRPr="002F7635" w:rsidRDefault="009A49BB" w:rsidP="006F1218">
      <w:pPr>
        <w:pStyle w:val="Base"/>
      </w:pPr>
      <w:r w:rsidRPr="002F7635">
        <w:t>Сложноподчинённые предложения с придаточными определительными с союзными словами who, which, that.</w:t>
      </w:r>
    </w:p>
    <w:p w14:paraId="38FCDDD4" w14:textId="77777777" w:rsidR="009A49BB" w:rsidRPr="002F7635" w:rsidRDefault="009A49BB" w:rsidP="006F1218">
      <w:pPr>
        <w:pStyle w:val="Base"/>
      </w:pPr>
      <w:r w:rsidRPr="002F7635">
        <w:t>Сложноподчинённые предложения с придаточными времени с союзами for, since.</w:t>
      </w:r>
    </w:p>
    <w:p w14:paraId="57D6DEDD" w14:textId="77777777" w:rsidR="009A49BB" w:rsidRPr="002F7635" w:rsidRDefault="009A49BB" w:rsidP="006F1218">
      <w:pPr>
        <w:pStyle w:val="Base"/>
      </w:pPr>
      <w:r w:rsidRPr="002F7635">
        <w:t>Предложения с конструкциями as … as, not so … as.</w:t>
      </w:r>
    </w:p>
    <w:p w14:paraId="69309DBF" w14:textId="77777777" w:rsidR="009A49BB" w:rsidRPr="002F7635" w:rsidRDefault="009A49BB" w:rsidP="006F1218">
      <w:pPr>
        <w:pStyle w:val="Base"/>
      </w:pPr>
      <w:r w:rsidRPr="002F7635">
        <w:t>Все типы вопросительных предложений (общий, специальный, альтернативный, разделительный вопросы) в Present/Past Continuous Tense.</w:t>
      </w:r>
    </w:p>
    <w:p w14:paraId="0920A3F2" w14:textId="77777777" w:rsidR="009A49BB" w:rsidRPr="002F7635" w:rsidRDefault="009A49BB" w:rsidP="006F1218">
      <w:pPr>
        <w:pStyle w:val="Base"/>
      </w:pPr>
      <w:r w:rsidRPr="002F7635">
        <w:lastRenderedPageBreak/>
        <w:t>Глаголы в видо-временных формах действительного залога в изъявительном наклонении в Present/Past Continuous Tense.</w:t>
      </w:r>
    </w:p>
    <w:p w14:paraId="443E428C" w14:textId="77777777" w:rsidR="009A49BB" w:rsidRPr="002F7635" w:rsidRDefault="009A49BB" w:rsidP="006F1218">
      <w:pPr>
        <w:pStyle w:val="Base"/>
        <w:rPr>
          <w:lang w:val="en-US"/>
        </w:rPr>
      </w:pPr>
      <w:r w:rsidRPr="002F7635">
        <w:t>Модальные</w:t>
      </w:r>
      <w:r w:rsidRPr="002F7635">
        <w:rPr>
          <w:lang w:val="en-US"/>
        </w:rPr>
        <w:t xml:space="preserve"> </w:t>
      </w:r>
      <w:r w:rsidRPr="002F7635">
        <w:t>глаголы</w:t>
      </w:r>
      <w:r w:rsidRPr="002F7635">
        <w:rPr>
          <w:lang w:val="en-US"/>
        </w:rPr>
        <w:t xml:space="preserve"> </w:t>
      </w:r>
      <w:r w:rsidRPr="002F7635">
        <w:t>и</w:t>
      </w:r>
      <w:r w:rsidRPr="002F7635">
        <w:rPr>
          <w:lang w:val="en-US"/>
        </w:rPr>
        <w:t xml:space="preserve"> </w:t>
      </w:r>
      <w:r w:rsidRPr="002F7635">
        <w:t>их</w:t>
      </w:r>
      <w:r w:rsidRPr="002F7635">
        <w:rPr>
          <w:lang w:val="en-US"/>
        </w:rPr>
        <w:t xml:space="preserve"> </w:t>
      </w:r>
      <w:r w:rsidRPr="002F7635">
        <w:t>эквиваленты</w:t>
      </w:r>
      <w:r w:rsidRPr="002F7635">
        <w:rPr>
          <w:lang w:val="en-US"/>
        </w:rPr>
        <w:t xml:space="preserve"> (can/be able to, must/have to, may, should, need).</w:t>
      </w:r>
    </w:p>
    <w:p w14:paraId="238BC137" w14:textId="77777777" w:rsidR="009A49BB" w:rsidRPr="002F7635" w:rsidRDefault="009A49BB" w:rsidP="006F1218">
      <w:pPr>
        <w:pStyle w:val="Base"/>
        <w:rPr>
          <w:lang w:val="en-US"/>
        </w:rPr>
      </w:pPr>
      <w:r w:rsidRPr="002F7635">
        <w:t>Слова</w:t>
      </w:r>
      <w:r w:rsidRPr="002F7635">
        <w:rPr>
          <w:lang w:val="en-US"/>
        </w:rPr>
        <w:t xml:space="preserve">, </w:t>
      </w:r>
      <w:r w:rsidRPr="002F7635">
        <w:t>выражающие</w:t>
      </w:r>
      <w:r w:rsidRPr="002F7635">
        <w:rPr>
          <w:lang w:val="en-US"/>
        </w:rPr>
        <w:t xml:space="preserve"> </w:t>
      </w:r>
      <w:r w:rsidRPr="002F7635">
        <w:t>количество</w:t>
      </w:r>
      <w:r w:rsidRPr="002F7635">
        <w:rPr>
          <w:lang w:val="en-US"/>
        </w:rPr>
        <w:t xml:space="preserve"> (little/a little, few/a few).</w:t>
      </w:r>
    </w:p>
    <w:p w14:paraId="438011FA" w14:textId="77777777" w:rsidR="009A49BB" w:rsidRPr="002F7635" w:rsidRDefault="009A49BB" w:rsidP="006F1218">
      <w:pPr>
        <w:pStyle w:val="Base"/>
      </w:pPr>
      <w:r w:rsidRPr="002F7635">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14:paraId="233E8A19" w14:textId="77777777" w:rsidR="00432E2F" w:rsidRPr="002F7635" w:rsidRDefault="009A49BB" w:rsidP="006F1218">
      <w:pPr>
        <w:pStyle w:val="Base"/>
      </w:pPr>
      <w:r w:rsidRPr="002F7635">
        <w:t>Числительные для обозначения дат и больших чисел (100</w:t>
      </w:r>
      <w:r w:rsidR="00560955">
        <w:t>-</w:t>
      </w:r>
      <w:r w:rsidRPr="002F7635">
        <w:t>1000).</w:t>
      </w:r>
    </w:p>
    <w:p w14:paraId="3144B899" w14:textId="7F286322" w:rsidR="009A49BB" w:rsidRPr="002F7635" w:rsidRDefault="00D45443" w:rsidP="006F1218">
      <w:pPr>
        <w:pStyle w:val="1d"/>
      </w:pPr>
      <w:r>
        <w:t>Социокультурные знания и умения</w:t>
      </w:r>
    </w:p>
    <w:p w14:paraId="346AA56B" w14:textId="77777777" w:rsidR="009A49BB" w:rsidRPr="002F7635" w:rsidRDefault="009A49BB" w:rsidP="006F1218">
      <w:pPr>
        <w:pStyle w:val="Base"/>
      </w:pPr>
      <w:r w:rsidRPr="002F7635">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7A58B98F" w14:textId="77777777" w:rsidR="009A49BB" w:rsidRPr="002F7635" w:rsidRDefault="009A49BB" w:rsidP="006F1218">
      <w:pPr>
        <w:pStyle w:val="Base"/>
      </w:pPr>
      <w:r w:rsidRPr="002F7635">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38D38BED" w14:textId="77777777" w:rsidR="009A49BB" w:rsidRPr="002F7635" w:rsidRDefault="009A49BB" w:rsidP="006F1218">
      <w:pPr>
        <w:pStyle w:val="Base"/>
      </w:pPr>
      <w:r w:rsidRPr="002F7635">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праздников),с особенностями образа жизни и культуры страны (стран) изучаемого языка (известными достопримечательностями, некоторыми выдающимися людьми),с доступными в языковом отношении образцами детской поэзии и </w:t>
      </w:r>
      <w:r w:rsidR="00560955" w:rsidRPr="002F7635">
        <w:t>прозы на</w:t>
      </w:r>
      <w:r w:rsidRPr="002F7635">
        <w:t xml:space="preserve"> английском языке.</w:t>
      </w:r>
    </w:p>
    <w:p w14:paraId="26ABC902" w14:textId="77777777" w:rsidR="009A49BB" w:rsidRPr="002F7635" w:rsidRDefault="009A49BB" w:rsidP="006F1218">
      <w:pPr>
        <w:pStyle w:val="Base"/>
      </w:pPr>
      <w:r w:rsidRPr="002F7635">
        <w:t>Развитие умений:</w:t>
      </w:r>
    </w:p>
    <w:p w14:paraId="274B1743" w14:textId="77777777" w:rsidR="009A49BB" w:rsidRPr="002F7635" w:rsidRDefault="009A49BB" w:rsidP="006F1218">
      <w:pPr>
        <w:pStyle w:val="a4"/>
      </w:pPr>
      <w:r w:rsidRPr="002F7635">
        <w:t>писать свои имя и фамилию, а также имена и фамилии своих родственников и друзей на английском языке;</w:t>
      </w:r>
    </w:p>
    <w:p w14:paraId="06C82E66" w14:textId="77777777" w:rsidR="009A49BB" w:rsidRPr="002F7635" w:rsidRDefault="009A49BB" w:rsidP="006F1218">
      <w:pPr>
        <w:pStyle w:val="a4"/>
      </w:pPr>
      <w:r w:rsidRPr="002F7635">
        <w:t>правильно оформлять свой адрес на английском языке (в анкете, формуляре);</w:t>
      </w:r>
    </w:p>
    <w:p w14:paraId="48A8B65A" w14:textId="77777777" w:rsidR="009A49BB" w:rsidRPr="002F7635" w:rsidRDefault="009A49BB" w:rsidP="006F1218">
      <w:pPr>
        <w:pStyle w:val="a4"/>
      </w:pPr>
      <w:r w:rsidRPr="002F7635">
        <w:t>кратко представлять Россию и страну (страны) изучаемого языка;</w:t>
      </w:r>
    </w:p>
    <w:p w14:paraId="0B68767C" w14:textId="77777777" w:rsidR="009A49BB" w:rsidRPr="002F7635" w:rsidRDefault="009A49BB" w:rsidP="006F1218">
      <w:pPr>
        <w:pStyle w:val="a4"/>
      </w:pPr>
      <w:r w:rsidRPr="002F7635">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41963A14" w14:textId="77777777" w:rsidR="009A49BB" w:rsidRPr="002F7635" w:rsidRDefault="009A49BB" w:rsidP="006F1218">
      <w:pPr>
        <w:pStyle w:val="a4"/>
      </w:pPr>
      <w:r w:rsidRPr="002F7635">
        <w:t>кратко рассказывать о выдающихся людях родной страны и страны (стран) изучаемого языка (учёных, писателях, поэтах).</w:t>
      </w:r>
    </w:p>
    <w:p w14:paraId="3B3EF299" w14:textId="7AF3820A" w:rsidR="009A49BB" w:rsidRPr="002F7635" w:rsidRDefault="00D45443" w:rsidP="006F1218">
      <w:pPr>
        <w:pStyle w:val="1d"/>
      </w:pPr>
      <w:r>
        <w:t>Компенсаторные умения</w:t>
      </w:r>
    </w:p>
    <w:p w14:paraId="78EDAF8B" w14:textId="77777777" w:rsidR="009A49BB" w:rsidRPr="002F7635" w:rsidRDefault="009A49BB" w:rsidP="006F1218">
      <w:pPr>
        <w:pStyle w:val="Base"/>
      </w:pPr>
      <w:r w:rsidRPr="002F7635">
        <w:t>Использование при чтении и аудировании языковой догадки, в том числе контекстуальной.</w:t>
      </w:r>
    </w:p>
    <w:p w14:paraId="51747123" w14:textId="77777777" w:rsidR="009A49BB" w:rsidRPr="002F7635" w:rsidRDefault="009A49BB" w:rsidP="006F1218">
      <w:pPr>
        <w:pStyle w:val="Base"/>
      </w:pPr>
      <w:r w:rsidRPr="002F7635">
        <w:t>Использование в качестве опоры при порождении собственных высказываний ключевых слов, плана.</w:t>
      </w:r>
    </w:p>
    <w:p w14:paraId="7B253F7A" w14:textId="77777777" w:rsidR="009A49BB" w:rsidRPr="002F7635" w:rsidRDefault="009A49BB" w:rsidP="006F1218">
      <w:pPr>
        <w:pStyle w:val="Base"/>
      </w:pPr>
      <w:r w:rsidRPr="002F7635">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5F011D82" w14:textId="77777777" w:rsidR="009A49BB" w:rsidRPr="002F7635" w:rsidRDefault="009A49BB" w:rsidP="006F1218">
      <w:pPr>
        <w:pStyle w:val="Base"/>
      </w:pPr>
      <w:r w:rsidRPr="002F7635">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8D5FD89" w14:textId="50682B87" w:rsidR="00A43B90" w:rsidRPr="00901EF4" w:rsidRDefault="00A43B90" w:rsidP="008C718A">
      <w:pPr>
        <w:pStyle w:val="affff1"/>
      </w:pPr>
      <w:bookmarkStart w:id="18" w:name="_Toc149647016"/>
      <w:bookmarkStart w:id="19" w:name="_Toc150046060"/>
      <w:bookmarkStart w:id="20" w:name="_Toc150047322"/>
      <w:r w:rsidRPr="00901EF4">
        <w:t>7 класс</w:t>
      </w:r>
      <w:bookmarkEnd w:id="18"/>
      <w:bookmarkEnd w:id="19"/>
      <w:bookmarkEnd w:id="20"/>
    </w:p>
    <w:p w14:paraId="546C4D88" w14:textId="181A481D" w:rsidR="00432E2F" w:rsidRPr="002F7635" w:rsidRDefault="00D45443" w:rsidP="006F1218">
      <w:pPr>
        <w:pStyle w:val="1d"/>
      </w:pPr>
      <w:r>
        <w:t>Коммуникативные умения</w:t>
      </w:r>
    </w:p>
    <w:p w14:paraId="59E72F4C" w14:textId="77777777" w:rsidR="00432E2F" w:rsidRPr="002F7635" w:rsidRDefault="00432E2F" w:rsidP="006F1218">
      <w:pPr>
        <w:pStyle w:val="Base"/>
      </w:pPr>
      <w:r w:rsidRPr="002F7635">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50E6F19" w14:textId="77777777" w:rsidR="00432E2F" w:rsidRPr="002F7635" w:rsidRDefault="00432E2F" w:rsidP="006F1218">
      <w:pPr>
        <w:pStyle w:val="a4"/>
      </w:pPr>
      <w:r w:rsidRPr="002F7635">
        <w:t>Взаимоотношения в семье и с друзьями. Семейные праздники. Обязанности по дому.</w:t>
      </w:r>
    </w:p>
    <w:p w14:paraId="65C8C88E" w14:textId="77777777" w:rsidR="00432E2F" w:rsidRPr="002F7635" w:rsidRDefault="00432E2F" w:rsidP="006F1218">
      <w:pPr>
        <w:pStyle w:val="a4"/>
      </w:pPr>
      <w:r w:rsidRPr="002F7635">
        <w:t>Внешность и характер человека (литературного персонажа).</w:t>
      </w:r>
    </w:p>
    <w:p w14:paraId="62C2CB72" w14:textId="77777777" w:rsidR="00432E2F" w:rsidRPr="002F7635" w:rsidRDefault="00432E2F" w:rsidP="006F1218">
      <w:pPr>
        <w:pStyle w:val="a4"/>
      </w:pPr>
      <w:r w:rsidRPr="002F7635">
        <w:t>Досуг и увлечения (хобби) современного подростка (чтение, кино, театр, музей, спорт, музыка).</w:t>
      </w:r>
    </w:p>
    <w:p w14:paraId="6603C8C7" w14:textId="77777777" w:rsidR="00432E2F" w:rsidRPr="002F7635" w:rsidRDefault="00432E2F" w:rsidP="006F1218">
      <w:pPr>
        <w:pStyle w:val="a4"/>
      </w:pPr>
      <w:r w:rsidRPr="002F7635">
        <w:t>Здоровый образ жизни: режим труда и отдыха, фитнес, сбалансированное питание.</w:t>
      </w:r>
    </w:p>
    <w:p w14:paraId="3A3A5781" w14:textId="77777777" w:rsidR="00432E2F" w:rsidRPr="002F7635" w:rsidRDefault="00432E2F" w:rsidP="006F1218">
      <w:pPr>
        <w:pStyle w:val="a4"/>
      </w:pPr>
      <w:r w:rsidRPr="002F7635">
        <w:t>Покупки: одежда, обувь и продукты питания.</w:t>
      </w:r>
    </w:p>
    <w:p w14:paraId="6B3BC834" w14:textId="77777777" w:rsidR="00432E2F" w:rsidRPr="002F7635" w:rsidRDefault="00432E2F" w:rsidP="006F1218">
      <w:pPr>
        <w:pStyle w:val="a4"/>
      </w:pPr>
      <w:r w:rsidRPr="002F7635">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p w14:paraId="6F7C52A5" w14:textId="77777777" w:rsidR="00432E2F" w:rsidRPr="002F7635" w:rsidRDefault="00432E2F" w:rsidP="006F1218">
      <w:pPr>
        <w:pStyle w:val="a4"/>
      </w:pPr>
      <w:r w:rsidRPr="002F7635">
        <w:lastRenderedPageBreak/>
        <w:t>Каникулы в различное время года. Виды отдыха. Путешествия по России и зарубежным странам.</w:t>
      </w:r>
    </w:p>
    <w:p w14:paraId="0F7B898B" w14:textId="77777777" w:rsidR="00432E2F" w:rsidRPr="002F7635" w:rsidRDefault="00432E2F" w:rsidP="006F1218">
      <w:pPr>
        <w:pStyle w:val="a4"/>
      </w:pPr>
      <w:r w:rsidRPr="002F7635">
        <w:t>Природа: дикие и домашние животные. Климат, погода.</w:t>
      </w:r>
    </w:p>
    <w:p w14:paraId="115847E1" w14:textId="77777777" w:rsidR="00432E2F" w:rsidRPr="002F7635" w:rsidRDefault="00432E2F" w:rsidP="006F1218">
      <w:pPr>
        <w:pStyle w:val="a4"/>
      </w:pPr>
      <w:r w:rsidRPr="002F7635">
        <w:t>Жизнь в городе и сельской местности. Описание родного города (села). Транспорт.</w:t>
      </w:r>
    </w:p>
    <w:p w14:paraId="02CA46ED" w14:textId="77777777" w:rsidR="00432E2F" w:rsidRPr="002F7635" w:rsidRDefault="00432E2F" w:rsidP="006F1218">
      <w:pPr>
        <w:pStyle w:val="a4"/>
      </w:pPr>
      <w:r w:rsidRPr="002F7635">
        <w:t>Средства массовой информации (телевидение, журналы, Интернет).</w:t>
      </w:r>
    </w:p>
    <w:p w14:paraId="250FB0D1" w14:textId="77777777" w:rsidR="00432E2F" w:rsidRPr="002F7635" w:rsidRDefault="00432E2F" w:rsidP="006F1218">
      <w:pPr>
        <w:pStyle w:val="a4"/>
      </w:pPr>
      <w:r w:rsidRPr="002F7635">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5FEF6AD" w14:textId="77777777" w:rsidR="00432E2F" w:rsidRPr="002F7635" w:rsidRDefault="00432E2F" w:rsidP="006F1218">
      <w:pPr>
        <w:pStyle w:val="a4"/>
      </w:pPr>
      <w:r w:rsidRPr="002F7635">
        <w:t>Выдающиеся люди родной страны и страны (стран) изучаемого языка: учёные, писатели, поэты, спортсмены.</w:t>
      </w:r>
    </w:p>
    <w:p w14:paraId="014A36E6" w14:textId="10EC5F82" w:rsidR="00432E2F" w:rsidRPr="002F7635" w:rsidRDefault="00D45443" w:rsidP="006F1218">
      <w:pPr>
        <w:pStyle w:val="1d"/>
      </w:pPr>
      <w:r>
        <w:t>Говорение</w:t>
      </w:r>
    </w:p>
    <w:p w14:paraId="1728C630" w14:textId="77777777" w:rsidR="00432E2F" w:rsidRPr="002F7635" w:rsidRDefault="00432E2F" w:rsidP="006F1218">
      <w:pPr>
        <w:pStyle w:val="Base"/>
      </w:pPr>
      <w:r w:rsidRPr="002F7635">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1247CE7F" w14:textId="77777777" w:rsidR="00432E2F" w:rsidRPr="002F7635" w:rsidRDefault="00432E2F" w:rsidP="006F1218">
      <w:pPr>
        <w:pStyle w:val="Base"/>
      </w:pPr>
      <w:r w:rsidRPr="002F7635">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7C99FCF" w14:textId="77777777" w:rsidR="00432E2F" w:rsidRPr="002F7635" w:rsidRDefault="00432E2F" w:rsidP="006F1218">
      <w:pPr>
        <w:pStyle w:val="Base"/>
      </w:pPr>
      <w:r w:rsidRPr="002F7635">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D04BD33" w14:textId="77777777" w:rsidR="00432E2F" w:rsidRPr="002F7635" w:rsidRDefault="00432E2F" w:rsidP="006F1218">
      <w:pPr>
        <w:pStyle w:val="Base"/>
      </w:pPr>
      <w:r w:rsidRPr="002F7635">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9DB2C62" w14:textId="77777777" w:rsidR="00432E2F" w:rsidRPr="002F7635" w:rsidRDefault="00432E2F" w:rsidP="006F1218">
      <w:pPr>
        <w:pStyle w:val="Base"/>
      </w:pPr>
      <w:r w:rsidRPr="002F7635">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6842AA27" w14:textId="77777777" w:rsidR="00432E2F" w:rsidRPr="002F7635" w:rsidRDefault="00432E2F" w:rsidP="006F1218">
      <w:pPr>
        <w:pStyle w:val="Base"/>
      </w:pPr>
      <w:r w:rsidRPr="002F7635">
        <w:t>Объём диалога – до 6 реплик со стороны каждого собеседника.</w:t>
      </w:r>
    </w:p>
    <w:p w14:paraId="6086926D" w14:textId="77777777" w:rsidR="00432E2F" w:rsidRPr="002F7635" w:rsidRDefault="00432E2F" w:rsidP="006F1218">
      <w:pPr>
        <w:pStyle w:val="Base"/>
      </w:pPr>
      <w:r w:rsidRPr="002F7635">
        <w:t>Развитие коммуникативных умений монологической речи:</w:t>
      </w:r>
    </w:p>
    <w:p w14:paraId="25AC4DE5" w14:textId="77777777" w:rsidR="00432E2F" w:rsidRPr="002F7635" w:rsidRDefault="00432E2F" w:rsidP="006F1218">
      <w:pPr>
        <w:pStyle w:val="Base"/>
      </w:pPr>
      <w:r w:rsidRPr="002F7635">
        <w:t>создание устных связных монологических высказываний с использованием основных коммуникативных типов речи:</w:t>
      </w:r>
    </w:p>
    <w:p w14:paraId="5E350C0D" w14:textId="77777777" w:rsidR="00432E2F" w:rsidRPr="002F7635" w:rsidRDefault="00432E2F" w:rsidP="006F1218">
      <w:pPr>
        <w:pStyle w:val="Base"/>
      </w:pPr>
      <w:r w:rsidRPr="002F7635">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41C41F7" w14:textId="77777777" w:rsidR="00432E2F" w:rsidRPr="002F7635" w:rsidRDefault="00432E2F" w:rsidP="006F1218">
      <w:pPr>
        <w:pStyle w:val="Base"/>
      </w:pPr>
      <w:r w:rsidRPr="002F7635">
        <w:t>повествование (сообщение);</w:t>
      </w:r>
    </w:p>
    <w:p w14:paraId="3B1B6225" w14:textId="77777777" w:rsidR="00432E2F" w:rsidRPr="002F7635" w:rsidRDefault="00432E2F" w:rsidP="006F1218">
      <w:pPr>
        <w:pStyle w:val="Base"/>
      </w:pPr>
      <w:r w:rsidRPr="002F7635">
        <w:t>изложение (пересказ) основного содержания, прочитанного (прослушанного) текста;</w:t>
      </w:r>
    </w:p>
    <w:p w14:paraId="2490EEE0" w14:textId="77777777" w:rsidR="00432E2F" w:rsidRPr="002F7635" w:rsidRDefault="00432E2F" w:rsidP="006F1218">
      <w:pPr>
        <w:pStyle w:val="Base"/>
      </w:pPr>
      <w:r w:rsidRPr="002F7635">
        <w:t>краткое изложение результатов выполненной проектной работы.</w:t>
      </w:r>
    </w:p>
    <w:p w14:paraId="6728BB26" w14:textId="77777777" w:rsidR="00432E2F" w:rsidRPr="002F7635" w:rsidRDefault="00432E2F" w:rsidP="006F1218">
      <w:pPr>
        <w:pStyle w:val="Base"/>
      </w:pPr>
      <w:r w:rsidRPr="002F7635">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и (или) иллюстрации, фотографии, таблицы.</w:t>
      </w:r>
    </w:p>
    <w:p w14:paraId="20A08E5A" w14:textId="77777777" w:rsidR="00432E2F" w:rsidRPr="002F7635" w:rsidRDefault="00432E2F" w:rsidP="006F1218">
      <w:pPr>
        <w:pStyle w:val="Base"/>
      </w:pPr>
      <w:r w:rsidRPr="002F7635">
        <w:t>Объём монологического высказывания – 8</w:t>
      </w:r>
      <w:r w:rsidR="00560955">
        <w:t>-</w:t>
      </w:r>
      <w:r w:rsidRPr="002F7635">
        <w:t>9 фраз.</w:t>
      </w:r>
    </w:p>
    <w:p w14:paraId="4A81DB9A" w14:textId="1793FACC" w:rsidR="00432E2F" w:rsidRPr="002F7635" w:rsidRDefault="00D45443" w:rsidP="006F1218">
      <w:pPr>
        <w:pStyle w:val="1d"/>
      </w:pPr>
      <w:r>
        <w:t>Аудирование</w:t>
      </w:r>
    </w:p>
    <w:p w14:paraId="72D272AB" w14:textId="77777777" w:rsidR="00432E2F" w:rsidRPr="002F7635" w:rsidRDefault="00432E2F" w:rsidP="006F1218">
      <w:pPr>
        <w:pStyle w:val="Base"/>
      </w:pPr>
      <w:r w:rsidRPr="002F7635">
        <w:t>При непосредственном общении: понимание на слух речи учителя и одноклассников и вербальная (невербальная) реакция на услышанное.</w:t>
      </w:r>
    </w:p>
    <w:p w14:paraId="0E85EE27" w14:textId="77777777" w:rsidR="00432E2F" w:rsidRPr="002F7635" w:rsidRDefault="00432E2F" w:rsidP="006F1218">
      <w:pPr>
        <w:pStyle w:val="Base"/>
      </w:pPr>
      <w:r w:rsidRPr="002F7635">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30E1487" w14:textId="77777777" w:rsidR="00432E2F" w:rsidRPr="002F7635" w:rsidRDefault="00432E2F" w:rsidP="006F1218">
      <w:pPr>
        <w:pStyle w:val="Base"/>
      </w:pPr>
      <w:r w:rsidRPr="002F7635">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0E364807" w14:textId="77777777" w:rsidR="00432E2F" w:rsidRPr="002F7635" w:rsidRDefault="00432E2F" w:rsidP="006F1218">
      <w:pPr>
        <w:pStyle w:val="Base"/>
      </w:pPr>
      <w:r w:rsidRPr="002F7635">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375E4DF" w14:textId="77777777" w:rsidR="00432E2F" w:rsidRPr="002F7635" w:rsidRDefault="00432E2F" w:rsidP="006F1218">
      <w:pPr>
        <w:pStyle w:val="Base"/>
      </w:pPr>
      <w:r w:rsidRPr="002F7635">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CDA1EEB" w14:textId="77777777" w:rsidR="00432E2F" w:rsidRPr="002F7635" w:rsidRDefault="00432E2F" w:rsidP="006F1218">
      <w:pPr>
        <w:pStyle w:val="Base"/>
      </w:pPr>
      <w:r w:rsidRPr="002F7635">
        <w:t>Время звучания текста (текстов) для аудирования – до 1,5 минуты.</w:t>
      </w:r>
    </w:p>
    <w:p w14:paraId="06E10A65" w14:textId="7B74BAEC" w:rsidR="00432E2F" w:rsidRPr="002F7635" w:rsidRDefault="00D45443" w:rsidP="006F1218">
      <w:pPr>
        <w:pStyle w:val="1d"/>
      </w:pPr>
      <w:r>
        <w:t>Смысловое чтение</w:t>
      </w:r>
    </w:p>
    <w:p w14:paraId="02588343" w14:textId="77777777" w:rsidR="00432E2F" w:rsidRPr="002F7635" w:rsidRDefault="00432E2F" w:rsidP="006F1218">
      <w:pPr>
        <w:pStyle w:val="Base"/>
      </w:pPr>
      <w:r w:rsidRPr="002F7635">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18B04828" w14:textId="77777777" w:rsidR="00432E2F" w:rsidRPr="002F7635" w:rsidRDefault="00432E2F" w:rsidP="006F1218">
      <w:pPr>
        <w:pStyle w:val="Base"/>
      </w:pPr>
      <w:r w:rsidRPr="002F7635">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3DCCDD75" w14:textId="77777777" w:rsidR="00432E2F" w:rsidRPr="002F7635" w:rsidRDefault="00432E2F" w:rsidP="006F1218">
      <w:pPr>
        <w:pStyle w:val="Base"/>
      </w:pPr>
      <w:r w:rsidRPr="002F7635">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7758A173" w14:textId="77777777" w:rsidR="00432E2F" w:rsidRPr="002F7635" w:rsidRDefault="00432E2F" w:rsidP="006F1218">
      <w:pPr>
        <w:pStyle w:val="Base"/>
      </w:pPr>
      <w:r w:rsidRPr="002F7635">
        <w:t>Чтение с полным пониманием предполагает полное и точное понимание информации, представленной в тексте, в эксплицитной (явной) форме.</w:t>
      </w:r>
    </w:p>
    <w:p w14:paraId="1E36B1B7" w14:textId="77777777" w:rsidR="00432E2F" w:rsidRPr="002F7635" w:rsidRDefault="00432E2F" w:rsidP="006F1218">
      <w:pPr>
        <w:pStyle w:val="Base"/>
      </w:pPr>
      <w:r w:rsidRPr="002F7635">
        <w:t>Чтение не сплошных текстов (таблиц, диаграмм) и понимание представленной в них информации.</w:t>
      </w:r>
    </w:p>
    <w:p w14:paraId="334C738D" w14:textId="77777777" w:rsidR="00432E2F" w:rsidRPr="002F7635" w:rsidRDefault="00432E2F" w:rsidP="006F1218">
      <w:pPr>
        <w:pStyle w:val="Base"/>
      </w:pPr>
      <w:r w:rsidRPr="002F7635">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 сплошной текст (таблица, диаграмма).</w:t>
      </w:r>
    </w:p>
    <w:p w14:paraId="16F9B94C" w14:textId="77777777" w:rsidR="00432E2F" w:rsidRPr="002F7635" w:rsidRDefault="00432E2F" w:rsidP="006F1218">
      <w:pPr>
        <w:pStyle w:val="Base"/>
      </w:pPr>
      <w:r w:rsidRPr="002F7635">
        <w:t>Объём текста (текстов) для чтения – до 350 слов.</w:t>
      </w:r>
    </w:p>
    <w:p w14:paraId="0546609F" w14:textId="1AA94882" w:rsidR="00432E2F" w:rsidRPr="006F1218" w:rsidRDefault="00432E2F" w:rsidP="006F1218">
      <w:pPr>
        <w:pStyle w:val="1d"/>
      </w:pPr>
      <w:r w:rsidRPr="006F1218">
        <w:rPr>
          <w:rStyle w:val="fontstyle01"/>
          <w:b/>
          <w:color w:val="000000" w:themeColor="text1"/>
          <w:szCs w:val="24"/>
        </w:rPr>
        <w:t>Письменная</w:t>
      </w:r>
      <w:r w:rsidR="00D45443">
        <w:t xml:space="preserve"> речь</w:t>
      </w:r>
    </w:p>
    <w:p w14:paraId="77F5563A" w14:textId="77777777" w:rsidR="00432E2F" w:rsidRPr="002F7635" w:rsidRDefault="00432E2F" w:rsidP="006F1218">
      <w:pPr>
        <w:pStyle w:val="Base"/>
      </w:pPr>
      <w:r w:rsidRPr="002F7635">
        <w:t>Развитие умений письменной речи:</w:t>
      </w:r>
    </w:p>
    <w:p w14:paraId="19F9DE31" w14:textId="77777777" w:rsidR="00432E2F" w:rsidRPr="002F7635" w:rsidRDefault="00432E2F" w:rsidP="006F1218">
      <w:pPr>
        <w:pStyle w:val="a4"/>
      </w:pPr>
      <w:r w:rsidRPr="002F7635">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21CDBFAA" w14:textId="77777777" w:rsidR="00432E2F" w:rsidRPr="002F7635" w:rsidRDefault="00432E2F" w:rsidP="006F1218">
      <w:pPr>
        <w:pStyle w:val="a4"/>
      </w:pPr>
      <w:r w:rsidRPr="002F7635">
        <w:t>заполнение анкет и формуляров: сообщение о себе основных сведений в соответствии с нормами, принятыми в стране (странах) изучаемого языка;</w:t>
      </w:r>
    </w:p>
    <w:p w14:paraId="6D3EA9A2" w14:textId="77777777" w:rsidR="00432E2F" w:rsidRPr="002F7635" w:rsidRDefault="00432E2F" w:rsidP="006F1218">
      <w:pPr>
        <w:pStyle w:val="a4"/>
      </w:pPr>
      <w:r w:rsidRPr="002F7635">
        <w:t>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90 слов;</w:t>
      </w:r>
    </w:p>
    <w:p w14:paraId="17FE93A1" w14:textId="77777777" w:rsidR="00432E2F" w:rsidRPr="002F7635" w:rsidRDefault="00432E2F" w:rsidP="006F1218">
      <w:pPr>
        <w:pStyle w:val="a4"/>
      </w:pPr>
      <w:r w:rsidRPr="002F7635">
        <w:t>создание небольшого письменного высказывания с опорой на образец, план, таблицу. Объём письменного высказывания – до 90 слов.</w:t>
      </w:r>
    </w:p>
    <w:p w14:paraId="1C7250FF" w14:textId="583B504B" w:rsidR="00432E2F" w:rsidRPr="002F7635" w:rsidRDefault="00D45443" w:rsidP="006F1218">
      <w:pPr>
        <w:pStyle w:val="1d"/>
      </w:pPr>
      <w:r>
        <w:t>Языковые знания и умения</w:t>
      </w:r>
    </w:p>
    <w:p w14:paraId="689A0161" w14:textId="77777777" w:rsidR="00432E2F" w:rsidRPr="002F7635" w:rsidRDefault="00432E2F" w:rsidP="006F1218">
      <w:pPr>
        <w:pStyle w:val="----"/>
      </w:pPr>
      <w:r w:rsidRPr="002F7635">
        <w:t>Фонетическая сторона речи.</w:t>
      </w:r>
    </w:p>
    <w:p w14:paraId="7733CFA9" w14:textId="77777777" w:rsidR="00432E2F" w:rsidRPr="002F7635" w:rsidRDefault="00432E2F" w:rsidP="006F1218">
      <w:pPr>
        <w:pStyle w:val="Base"/>
      </w:pPr>
      <w:r w:rsidRPr="002F7635">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9B2760A" w14:textId="77777777" w:rsidR="00432E2F" w:rsidRPr="002F7635" w:rsidRDefault="00432E2F" w:rsidP="006F1218">
      <w:pPr>
        <w:pStyle w:val="Base"/>
      </w:pPr>
      <w:r w:rsidRPr="002F7635">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E6729FB" w14:textId="77777777" w:rsidR="00432E2F" w:rsidRPr="002F7635" w:rsidRDefault="00432E2F" w:rsidP="006F1218">
      <w:pPr>
        <w:pStyle w:val="Base"/>
      </w:pPr>
      <w:r w:rsidRPr="002F7635">
        <w:t>Тексты для чтения вслух: диалог (беседа), рассказ, сообщение информационного характера, отрывок из статьи научно-популярного характера.</w:t>
      </w:r>
    </w:p>
    <w:p w14:paraId="06C285E9" w14:textId="77777777" w:rsidR="00432E2F" w:rsidRPr="002F7635" w:rsidRDefault="00432E2F" w:rsidP="006F1218">
      <w:pPr>
        <w:pStyle w:val="Base"/>
      </w:pPr>
      <w:r w:rsidRPr="002F7635">
        <w:t>Объём текста для чтения вслух – до 100 слов.</w:t>
      </w:r>
    </w:p>
    <w:p w14:paraId="6F97FBB5" w14:textId="77777777" w:rsidR="00432E2F" w:rsidRPr="002F7635" w:rsidRDefault="00432E2F" w:rsidP="006F1218">
      <w:pPr>
        <w:pStyle w:val="----"/>
      </w:pPr>
      <w:r w:rsidRPr="002F7635">
        <w:t>Графика, орфография и пунктуация.</w:t>
      </w:r>
    </w:p>
    <w:p w14:paraId="34A03435" w14:textId="77777777" w:rsidR="00432E2F" w:rsidRPr="002F7635" w:rsidRDefault="00432E2F" w:rsidP="006F1218">
      <w:pPr>
        <w:pStyle w:val="Base"/>
      </w:pPr>
      <w:r w:rsidRPr="002F7635">
        <w:t>Правильное написание изученных слов.</w:t>
      </w:r>
    </w:p>
    <w:p w14:paraId="00FFAD00" w14:textId="77777777" w:rsidR="00432E2F" w:rsidRPr="002F7635" w:rsidRDefault="00432E2F" w:rsidP="006F1218">
      <w:pPr>
        <w:pStyle w:val="Base"/>
      </w:pPr>
      <w:r w:rsidRPr="002F7635">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B9C8102" w14:textId="77777777" w:rsidR="00432E2F" w:rsidRPr="002F7635" w:rsidRDefault="00432E2F" w:rsidP="006F1218">
      <w:pPr>
        <w:pStyle w:val="Base"/>
      </w:pPr>
      <w:r w:rsidRPr="002F7635">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6E0E29C7" w14:textId="77777777" w:rsidR="00432E2F" w:rsidRPr="002F7635" w:rsidRDefault="00432E2F" w:rsidP="006F1218">
      <w:pPr>
        <w:pStyle w:val="----"/>
      </w:pPr>
      <w:r w:rsidRPr="002F7635">
        <w:lastRenderedPageBreak/>
        <w:t>Лексическая сторона речи.</w:t>
      </w:r>
    </w:p>
    <w:p w14:paraId="3065AD02" w14:textId="77777777" w:rsidR="00432E2F" w:rsidRPr="002F7635" w:rsidRDefault="00432E2F" w:rsidP="006F1218">
      <w:pPr>
        <w:pStyle w:val="Base"/>
      </w:pPr>
      <w:r w:rsidRPr="002F7635">
        <w:t>Распознавание в письменном и звучащем тексте и употребление в устной</w:t>
      </w:r>
      <w:r w:rsidR="00560955">
        <w:t xml:space="preserve"> </w:t>
      </w:r>
      <w:r w:rsidRPr="002F7635">
        <w:t>и письменной речи лексических единиц (слов, словосочетаний, речевых клише), обслуживающих ситуации общения в рамках тематического содержания речи,</w:t>
      </w:r>
      <w:r w:rsidR="00560955">
        <w:t xml:space="preserve"> </w:t>
      </w:r>
      <w:r w:rsidRPr="002F7635">
        <w:t>с соблюдением существующей в английском языке нормы лексической сочетаемости.</w:t>
      </w:r>
    </w:p>
    <w:p w14:paraId="47AAE6FD" w14:textId="77777777" w:rsidR="00432E2F" w:rsidRPr="002F7635" w:rsidRDefault="00432E2F" w:rsidP="006F1218">
      <w:pPr>
        <w:pStyle w:val="Base"/>
      </w:pPr>
      <w:r w:rsidRPr="002F7635">
        <w:t>Распознавание в звучащем и письменном тексте и употребление в устной</w:t>
      </w:r>
      <w:r w:rsidR="00560955">
        <w:t xml:space="preserve"> </w:t>
      </w:r>
      <w:r w:rsidRPr="002F7635">
        <w:t>и письменной речи различных средств связи для обеспечения логичности</w:t>
      </w:r>
      <w:r w:rsidR="00560955">
        <w:t xml:space="preserve"> </w:t>
      </w:r>
      <w:r w:rsidRPr="002F7635">
        <w:t>и целостности высказывания.</w:t>
      </w:r>
    </w:p>
    <w:p w14:paraId="026C59C5" w14:textId="77777777" w:rsidR="00432E2F" w:rsidRPr="002F7635" w:rsidRDefault="00432E2F" w:rsidP="006F1218">
      <w:pPr>
        <w:pStyle w:val="Base"/>
      </w:pPr>
      <w:r w:rsidRPr="002F7635">
        <w:t>Объём – 900 лексических единиц для продуктивного использования (включая 750 лексических единиц, изученных ранее) и 1000 лексических единиц</w:t>
      </w:r>
      <w:r w:rsidR="00560955">
        <w:t xml:space="preserve"> </w:t>
      </w:r>
      <w:r w:rsidRPr="002F7635">
        <w:t>для рецептивного усвоения (включая 900 лексических единиц продуктивного минимума).</w:t>
      </w:r>
    </w:p>
    <w:p w14:paraId="11BC9696" w14:textId="77777777" w:rsidR="00432E2F" w:rsidRPr="002F7635" w:rsidRDefault="00432E2F" w:rsidP="006F1218">
      <w:pPr>
        <w:pStyle w:val="Base"/>
      </w:pPr>
      <w:r w:rsidRPr="002F7635">
        <w:t>Основные способы словообразования:</w:t>
      </w:r>
    </w:p>
    <w:p w14:paraId="0AE9BEEE" w14:textId="77777777" w:rsidR="00432E2F" w:rsidRPr="002F7635" w:rsidRDefault="00432E2F" w:rsidP="006F1218">
      <w:pPr>
        <w:pStyle w:val="Base"/>
      </w:pPr>
      <w:r w:rsidRPr="002F7635">
        <w:t>а) аффиксация:</w:t>
      </w:r>
    </w:p>
    <w:p w14:paraId="444E710D" w14:textId="77777777" w:rsidR="00432E2F" w:rsidRPr="002F7635" w:rsidRDefault="00432E2F" w:rsidP="006F1218">
      <w:pPr>
        <w:pStyle w:val="a4"/>
      </w:pPr>
      <w:r w:rsidRPr="002F7635">
        <w:t>образование имён существительных при помощи префикса un (unreality)</w:t>
      </w:r>
      <w:r w:rsidR="00560955">
        <w:t xml:space="preserve"> </w:t>
      </w:r>
      <w:r w:rsidRPr="002F7635">
        <w:t>и при помощи суффиксов: -ment (development), -ness (darkness);</w:t>
      </w:r>
    </w:p>
    <w:p w14:paraId="1053C93B" w14:textId="77777777" w:rsidR="00432E2F" w:rsidRPr="002F7635" w:rsidRDefault="00432E2F" w:rsidP="006F1218">
      <w:pPr>
        <w:pStyle w:val="a4"/>
      </w:pPr>
      <w:r w:rsidRPr="002F7635">
        <w:t>образование имён прилагательных при помощи суффиксов -</w:t>
      </w:r>
      <w:r w:rsidRPr="002F7635">
        <w:rPr>
          <w:lang w:val="en-US"/>
        </w:rPr>
        <w:t>ly</w:t>
      </w:r>
      <w:r w:rsidRPr="002F7635">
        <w:t xml:space="preserve"> (</w:t>
      </w:r>
      <w:r w:rsidRPr="002F7635">
        <w:rPr>
          <w:lang w:val="en-US"/>
        </w:rPr>
        <w:t>friendly</w:t>
      </w:r>
      <w:r w:rsidRPr="002F7635">
        <w:t>),</w:t>
      </w:r>
      <w:r w:rsidR="00560955">
        <w:t xml:space="preserve"> </w:t>
      </w:r>
      <w:r w:rsidRPr="002F7635">
        <w:t>-</w:t>
      </w:r>
      <w:r w:rsidRPr="002F7635">
        <w:rPr>
          <w:lang w:val="en-US"/>
        </w:rPr>
        <w:t>ous</w:t>
      </w:r>
      <w:r w:rsidRPr="002F7635">
        <w:t xml:space="preserve"> (</w:t>
      </w:r>
      <w:r w:rsidRPr="002F7635">
        <w:rPr>
          <w:lang w:val="en-US"/>
        </w:rPr>
        <w:t>famous</w:t>
      </w:r>
      <w:r w:rsidRPr="002F7635">
        <w:t>), -</w:t>
      </w:r>
      <w:r w:rsidRPr="002F7635">
        <w:rPr>
          <w:lang w:val="en-US"/>
        </w:rPr>
        <w:t>y</w:t>
      </w:r>
      <w:r w:rsidRPr="002F7635">
        <w:t xml:space="preserve"> (</w:t>
      </w:r>
      <w:r w:rsidRPr="002F7635">
        <w:rPr>
          <w:lang w:val="en-US"/>
        </w:rPr>
        <w:t>busy</w:t>
      </w:r>
      <w:r w:rsidRPr="002F7635">
        <w:t>);</w:t>
      </w:r>
    </w:p>
    <w:p w14:paraId="795B972D" w14:textId="77777777" w:rsidR="00432E2F" w:rsidRPr="002F7635" w:rsidRDefault="00432E2F" w:rsidP="006F1218">
      <w:pPr>
        <w:pStyle w:val="a4"/>
      </w:pPr>
      <w:r w:rsidRPr="00231275">
        <w:rPr>
          <w:rStyle w:val="afffe"/>
        </w:rPr>
        <w:t>образование имён прилагательных и наречий при помощи префиксов</w:t>
      </w:r>
      <w:r w:rsidR="00560955" w:rsidRPr="00231275">
        <w:rPr>
          <w:rStyle w:val="afffe"/>
        </w:rPr>
        <w:t xml:space="preserve"> </w:t>
      </w:r>
      <w:r w:rsidRPr="00231275">
        <w:rPr>
          <w:rStyle w:val="afffe"/>
        </w:rPr>
        <w:t>in-/im- (informal, independently, impossible</w:t>
      </w:r>
      <w:r w:rsidRPr="002F7635">
        <w:t>);</w:t>
      </w:r>
    </w:p>
    <w:p w14:paraId="49C382C6" w14:textId="77777777" w:rsidR="00432E2F" w:rsidRPr="002F7635" w:rsidRDefault="00432E2F" w:rsidP="006F1218">
      <w:pPr>
        <w:pStyle w:val="Base"/>
      </w:pPr>
      <w:r w:rsidRPr="002F7635">
        <w:t>б) словосложение:</w:t>
      </w:r>
    </w:p>
    <w:p w14:paraId="6C7CAF48" w14:textId="77777777" w:rsidR="00432E2F" w:rsidRPr="002F7635" w:rsidRDefault="00432E2F" w:rsidP="006F1218">
      <w:pPr>
        <w:pStyle w:val="a4"/>
      </w:pPr>
      <w:r w:rsidRPr="002F7635">
        <w:t>образование сложных прилагательных путём соединения основы прилагательного с основой существительного с добавлением суффикса</w:t>
      </w:r>
      <w:r w:rsidR="00560955">
        <w:t xml:space="preserve"> </w:t>
      </w:r>
      <w:r w:rsidRPr="002F7635">
        <w:t>-ed (blue-eyed).</w:t>
      </w:r>
    </w:p>
    <w:p w14:paraId="065D56B2" w14:textId="77777777" w:rsidR="00432E2F" w:rsidRPr="002F7635" w:rsidRDefault="00432E2F" w:rsidP="006F1218">
      <w:pPr>
        <w:pStyle w:val="a4"/>
      </w:pPr>
      <w:r w:rsidRPr="002F7635">
        <w:t>Многозначные лексические единицы. Синонимы. Антонимы. Интернациональные слова. Наиболее частотные фразовые глаголы.</w:t>
      </w:r>
    </w:p>
    <w:p w14:paraId="45D38FC1" w14:textId="77777777" w:rsidR="00432E2F" w:rsidRPr="002F7635" w:rsidRDefault="00432E2F" w:rsidP="006F1218">
      <w:pPr>
        <w:pStyle w:val="----"/>
      </w:pPr>
      <w:r w:rsidRPr="002F7635">
        <w:t>Грамматическая сторона речи.</w:t>
      </w:r>
    </w:p>
    <w:p w14:paraId="603EB594" w14:textId="77777777" w:rsidR="00432E2F" w:rsidRPr="002F7635" w:rsidRDefault="00432E2F" w:rsidP="006F1218">
      <w:pPr>
        <w:pStyle w:val="Base"/>
      </w:pPr>
      <w:r w:rsidRPr="002F7635">
        <w:t>Распознавание в письменном и звучащем тексте и употребление в устной</w:t>
      </w:r>
      <w:r w:rsidR="00560955">
        <w:t xml:space="preserve"> </w:t>
      </w:r>
      <w:r w:rsidRPr="002F7635">
        <w:t>и письменной речи изученных морфологических форм и синтаксических конструкций английского языка.</w:t>
      </w:r>
    </w:p>
    <w:p w14:paraId="60C8E021" w14:textId="77777777" w:rsidR="00432E2F" w:rsidRPr="002F7635" w:rsidRDefault="00432E2F" w:rsidP="006F1218">
      <w:pPr>
        <w:pStyle w:val="Base"/>
      </w:pPr>
      <w:r w:rsidRPr="002F7635">
        <w:t>Предложения со сложным дополнением (Complex Object). Условные предложения реального (Conditional 0, Conditional I) характера.</w:t>
      </w:r>
    </w:p>
    <w:p w14:paraId="154B4B60" w14:textId="77777777" w:rsidR="00432E2F" w:rsidRPr="002F7635" w:rsidRDefault="00432E2F" w:rsidP="006F1218">
      <w:pPr>
        <w:pStyle w:val="Base"/>
      </w:pPr>
      <w:r w:rsidRPr="002F7635">
        <w:t>Предложения с конструкцией to be going to + инфинитив и формы Future Simple Tense и Present Continuous Tense для выражения будущего действия.</w:t>
      </w:r>
    </w:p>
    <w:p w14:paraId="04975F3F" w14:textId="77777777" w:rsidR="00432E2F" w:rsidRPr="002F7635" w:rsidRDefault="00432E2F" w:rsidP="006F1218">
      <w:pPr>
        <w:pStyle w:val="Base"/>
      </w:pPr>
      <w:r w:rsidRPr="002F7635">
        <w:t>Конструкция used to + инфинитив глагола.</w:t>
      </w:r>
    </w:p>
    <w:p w14:paraId="3E2D9E4C" w14:textId="77777777" w:rsidR="00432E2F" w:rsidRPr="002F7635" w:rsidRDefault="00432E2F" w:rsidP="006F1218">
      <w:pPr>
        <w:pStyle w:val="Base"/>
      </w:pPr>
      <w:r w:rsidRPr="002F7635">
        <w:t>Глаголы в наиболее употребительных формах страдательного залога (Present/Past Simple Passive).</w:t>
      </w:r>
    </w:p>
    <w:p w14:paraId="771E9C1A" w14:textId="77777777" w:rsidR="00432E2F" w:rsidRPr="002F7635" w:rsidRDefault="00432E2F" w:rsidP="006F1218">
      <w:pPr>
        <w:pStyle w:val="Base"/>
      </w:pPr>
      <w:r w:rsidRPr="002F7635">
        <w:t>Предлоги, употребляемые с глаголами в страдательном залоге.</w:t>
      </w:r>
    </w:p>
    <w:p w14:paraId="6C57911F" w14:textId="77777777" w:rsidR="00432E2F" w:rsidRPr="002F7635" w:rsidRDefault="00432E2F" w:rsidP="006F1218">
      <w:pPr>
        <w:pStyle w:val="Base"/>
      </w:pPr>
      <w:r w:rsidRPr="002F7635">
        <w:t>Модальный глагол might.</w:t>
      </w:r>
    </w:p>
    <w:p w14:paraId="76673FE1" w14:textId="77777777" w:rsidR="00432E2F" w:rsidRPr="002F7635" w:rsidRDefault="00432E2F" w:rsidP="006F1218">
      <w:pPr>
        <w:pStyle w:val="Base"/>
      </w:pPr>
      <w:r w:rsidRPr="002F7635">
        <w:t>Наречия, совпадающие по форме с прилагательными (fast, high; early).</w:t>
      </w:r>
    </w:p>
    <w:p w14:paraId="720A910C" w14:textId="77777777" w:rsidR="00432E2F" w:rsidRPr="002F7635" w:rsidRDefault="00432E2F" w:rsidP="006F1218">
      <w:pPr>
        <w:pStyle w:val="Base"/>
        <w:rPr>
          <w:lang w:val="en-US"/>
        </w:rPr>
      </w:pPr>
      <w:r w:rsidRPr="002F7635">
        <w:t>Местоимения</w:t>
      </w:r>
      <w:r w:rsidRPr="002F7635">
        <w:rPr>
          <w:lang w:val="en-US"/>
        </w:rPr>
        <w:t xml:space="preserve"> other/another, both, all, one.</w:t>
      </w:r>
    </w:p>
    <w:p w14:paraId="1A6B725F" w14:textId="77777777" w:rsidR="00432E2F" w:rsidRPr="002F7635" w:rsidRDefault="00432E2F" w:rsidP="006F1218">
      <w:pPr>
        <w:pStyle w:val="Base"/>
      </w:pPr>
      <w:r w:rsidRPr="002F7635">
        <w:t>Количественные числительные для обозначения больших чисел (до 1 000 000).</w:t>
      </w:r>
    </w:p>
    <w:p w14:paraId="270F677A" w14:textId="3CE18B33" w:rsidR="00432E2F" w:rsidRPr="002F7635" w:rsidRDefault="00D45443" w:rsidP="006F1218">
      <w:pPr>
        <w:pStyle w:val="1d"/>
      </w:pPr>
      <w:r>
        <w:t>Социокультурные знания и умения</w:t>
      </w:r>
    </w:p>
    <w:p w14:paraId="1501794E" w14:textId="77777777" w:rsidR="00432E2F" w:rsidRPr="002F7635" w:rsidRDefault="00432E2F" w:rsidP="006F1218">
      <w:pPr>
        <w:pStyle w:val="Base"/>
      </w:pPr>
      <w:r w:rsidRPr="002F7635">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749771D6" w14:textId="77777777" w:rsidR="00432E2F" w:rsidRPr="002F7635" w:rsidRDefault="00432E2F" w:rsidP="006F1218">
      <w:pPr>
        <w:pStyle w:val="Base"/>
      </w:pPr>
      <w:r w:rsidRPr="002F7635">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14:paraId="70F70A09" w14:textId="77777777" w:rsidR="00432E2F" w:rsidRPr="002F7635" w:rsidRDefault="00432E2F" w:rsidP="006F1218">
      <w:pPr>
        <w:pStyle w:val="Base"/>
      </w:pPr>
      <w:r w:rsidRPr="002F7635">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048FFAB" w14:textId="77777777" w:rsidR="00432E2F" w:rsidRPr="002F7635" w:rsidRDefault="00432E2F" w:rsidP="006F1218">
      <w:pPr>
        <w:pStyle w:val="Base"/>
      </w:pPr>
      <w:r w:rsidRPr="002F7635">
        <w:t>Развитие умений:</w:t>
      </w:r>
    </w:p>
    <w:p w14:paraId="1B851B77" w14:textId="77777777" w:rsidR="00432E2F" w:rsidRPr="002F7635" w:rsidRDefault="00432E2F" w:rsidP="006F1218">
      <w:pPr>
        <w:pStyle w:val="a4"/>
      </w:pPr>
      <w:r w:rsidRPr="002F7635">
        <w:t>писать свои имя и фамилию, а также имена и фамилии своих родственников и друзей на английском языке;</w:t>
      </w:r>
    </w:p>
    <w:p w14:paraId="5C7B5DA0" w14:textId="77777777" w:rsidR="00432E2F" w:rsidRPr="002F7635" w:rsidRDefault="00432E2F" w:rsidP="006F1218">
      <w:pPr>
        <w:pStyle w:val="a4"/>
      </w:pPr>
      <w:r w:rsidRPr="002F7635">
        <w:t>правильно оформлять свой адрес на английском языке (в анкете);</w:t>
      </w:r>
    </w:p>
    <w:p w14:paraId="03C3A237" w14:textId="77777777" w:rsidR="00432E2F" w:rsidRPr="002F7635" w:rsidRDefault="00432E2F" w:rsidP="006F1218">
      <w:pPr>
        <w:pStyle w:val="a4"/>
      </w:pPr>
      <w:r w:rsidRPr="002F7635">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0332B85B" w14:textId="77777777" w:rsidR="00432E2F" w:rsidRPr="002F7635" w:rsidRDefault="00432E2F" w:rsidP="006F1218">
      <w:pPr>
        <w:pStyle w:val="a4"/>
      </w:pPr>
      <w:r w:rsidRPr="002F7635">
        <w:t>кратко представлять Россию и страну (страны) изучаемого языка;</w:t>
      </w:r>
    </w:p>
    <w:p w14:paraId="4BD71A27" w14:textId="77777777" w:rsidR="00432E2F" w:rsidRPr="002F7635" w:rsidRDefault="00432E2F" w:rsidP="006F1218">
      <w:pPr>
        <w:pStyle w:val="a4"/>
      </w:pPr>
      <w:r w:rsidRPr="002F7635">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161332A0" w14:textId="77777777" w:rsidR="00432E2F" w:rsidRPr="002F7635" w:rsidRDefault="00432E2F" w:rsidP="006F1218">
      <w:pPr>
        <w:pStyle w:val="a4"/>
      </w:pPr>
      <w:r w:rsidRPr="002F7635">
        <w:t>кратко рассказывать о выдающихся людях родной страны и страны (стран) изучаемого языка (учёных, писателях, поэтах, спортсменах).</w:t>
      </w:r>
    </w:p>
    <w:p w14:paraId="7989D02E" w14:textId="24528317" w:rsidR="00432E2F" w:rsidRPr="00E05597" w:rsidRDefault="00D45443" w:rsidP="006F1218">
      <w:pPr>
        <w:pStyle w:val="1d"/>
      </w:pPr>
      <w:r>
        <w:t>Компенсаторные умения</w:t>
      </w:r>
    </w:p>
    <w:p w14:paraId="37046D6C" w14:textId="77777777" w:rsidR="00432E2F" w:rsidRPr="002F7635" w:rsidRDefault="00432E2F" w:rsidP="006F1218">
      <w:pPr>
        <w:pStyle w:val="Base"/>
      </w:pPr>
      <w:r w:rsidRPr="002F7635">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3FE693B0" w14:textId="77777777" w:rsidR="00432E2F" w:rsidRPr="002F7635" w:rsidRDefault="00432E2F" w:rsidP="006F1218">
      <w:pPr>
        <w:pStyle w:val="Base"/>
      </w:pPr>
      <w:r w:rsidRPr="002F7635">
        <w:t>Переспрашивать, просить повторить, уточняя значение незнакомых слов.</w:t>
      </w:r>
    </w:p>
    <w:p w14:paraId="0BBC9D69" w14:textId="77777777" w:rsidR="00432E2F" w:rsidRPr="002F7635" w:rsidRDefault="00432E2F" w:rsidP="006F1218">
      <w:pPr>
        <w:pStyle w:val="Base"/>
      </w:pPr>
      <w:r w:rsidRPr="002F7635">
        <w:t>Использование в качестве опоры при порождении собственных высказываний ключевых слов, плана.</w:t>
      </w:r>
    </w:p>
    <w:p w14:paraId="5DEF69C8" w14:textId="77777777" w:rsidR="00432E2F" w:rsidRPr="002F7635" w:rsidRDefault="00432E2F" w:rsidP="006F1218">
      <w:pPr>
        <w:pStyle w:val="Base"/>
      </w:pPr>
      <w:r w:rsidRPr="002F7635">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4BA170A" w14:textId="77777777" w:rsidR="00432E2F" w:rsidRPr="002F7635" w:rsidRDefault="00432E2F" w:rsidP="006F1218">
      <w:pPr>
        <w:pStyle w:val="Base"/>
      </w:pPr>
      <w:r w:rsidRPr="002F7635">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212BE5D" w14:textId="05EAF854" w:rsidR="00A43B90" w:rsidRPr="00901EF4" w:rsidRDefault="00A43B90" w:rsidP="008C718A">
      <w:pPr>
        <w:pStyle w:val="affff1"/>
      </w:pPr>
      <w:bookmarkStart w:id="21" w:name="_Toc149647017"/>
      <w:bookmarkStart w:id="22" w:name="_Toc150046061"/>
      <w:bookmarkStart w:id="23" w:name="_Toc150047323"/>
      <w:r w:rsidRPr="00901EF4">
        <w:t>8 класс</w:t>
      </w:r>
      <w:bookmarkEnd w:id="21"/>
      <w:bookmarkEnd w:id="22"/>
      <w:bookmarkEnd w:id="23"/>
    </w:p>
    <w:p w14:paraId="141DC690" w14:textId="681EC62E" w:rsidR="008777C7" w:rsidRPr="002F7635" w:rsidRDefault="00D45443" w:rsidP="006F1218">
      <w:pPr>
        <w:pStyle w:val="1d"/>
      </w:pPr>
      <w:r>
        <w:t>Коммуникативные умения</w:t>
      </w:r>
    </w:p>
    <w:p w14:paraId="55572E72" w14:textId="77777777" w:rsidR="008777C7" w:rsidRPr="002F7635" w:rsidRDefault="008777C7" w:rsidP="006F1218">
      <w:pPr>
        <w:pStyle w:val="Base"/>
      </w:pPr>
      <w:r w:rsidRPr="002F7635">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C9DA4BB" w14:textId="77777777" w:rsidR="008777C7" w:rsidRPr="002F7635" w:rsidRDefault="008777C7" w:rsidP="006F1218">
      <w:pPr>
        <w:pStyle w:val="a4"/>
      </w:pPr>
      <w:r w:rsidRPr="002F7635">
        <w:t>Взаимоотношения в семье и с друзьями.</w:t>
      </w:r>
    </w:p>
    <w:p w14:paraId="16C56131" w14:textId="77777777" w:rsidR="008777C7" w:rsidRPr="002F7635" w:rsidRDefault="008777C7" w:rsidP="006F1218">
      <w:pPr>
        <w:pStyle w:val="a4"/>
      </w:pPr>
      <w:r w:rsidRPr="002F7635">
        <w:t>Внешность и характер человека (литературного персонажа).</w:t>
      </w:r>
    </w:p>
    <w:p w14:paraId="2D2E64AD" w14:textId="77777777" w:rsidR="008777C7" w:rsidRPr="002F7635" w:rsidRDefault="008777C7" w:rsidP="006F1218">
      <w:pPr>
        <w:pStyle w:val="a4"/>
      </w:pPr>
      <w:r w:rsidRPr="002F7635">
        <w:t>Досуг и увлечения (хобби) современного подростка (чтение, кино, театр, музей, спорт, музыка).</w:t>
      </w:r>
    </w:p>
    <w:p w14:paraId="67D90C73" w14:textId="77777777" w:rsidR="008777C7" w:rsidRPr="002F7635" w:rsidRDefault="008777C7" w:rsidP="006F1218">
      <w:pPr>
        <w:pStyle w:val="a4"/>
      </w:pPr>
      <w:r w:rsidRPr="002F7635">
        <w:t>Здоровый образ жизни: режим труда и отдыха, фитнес, сбалансированное питание. Посещение врача.</w:t>
      </w:r>
    </w:p>
    <w:p w14:paraId="0CBF7C2F" w14:textId="77777777" w:rsidR="008777C7" w:rsidRPr="002F7635" w:rsidRDefault="008777C7" w:rsidP="006F1218">
      <w:pPr>
        <w:pStyle w:val="a4"/>
      </w:pPr>
      <w:r w:rsidRPr="002F7635">
        <w:t>Покупки: одежда, обувь и продукты питания. Карманные деньги.</w:t>
      </w:r>
    </w:p>
    <w:p w14:paraId="290BD9D6" w14:textId="77777777" w:rsidR="008777C7" w:rsidRPr="002F7635" w:rsidRDefault="008777C7" w:rsidP="006F1218">
      <w:pPr>
        <w:pStyle w:val="a4"/>
      </w:pPr>
      <w:r w:rsidRPr="002F7635">
        <w:t>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p w14:paraId="46B0BA83" w14:textId="77777777" w:rsidR="008777C7" w:rsidRPr="002F7635" w:rsidRDefault="008777C7" w:rsidP="006F1218">
      <w:pPr>
        <w:pStyle w:val="a4"/>
      </w:pPr>
      <w:r w:rsidRPr="002F7635">
        <w:t>Виды отдыха в различное время года. Путешествия по России и зарубежным странам.</w:t>
      </w:r>
    </w:p>
    <w:p w14:paraId="04F01048" w14:textId="77777777" w:rsidR="008777C7" w:rsidRPr="002F7635" w:rsidRDefault="008777C7" w:rsidP="006F1218">
      <w:pPr>
        <w:pStyle w:val="a4"/>
      </w:pPr>
      <w:r w:rsidRPr="002F7635">
        <w:t>Природа: флора и фауна. Проблемы экологии. Климат, погода. Стихийные бедствия.</w:t>
      </w:r>
    </w:p>
    <w:p w14:paraId="08AD41B9" w14:textId="77777777" w:rsidR="008777C7" w:rsidRPr="002F7635" w:rsidRDefault="008777C7" w:rsidP="006F1218">
      <w:pPr>
        <w:pStyle w:val="a4"/>
      </w:pPr>
      <w:r w:rsidRPr="002F7635">
        <w:t>Условия проживания в городской (сельской) местности. Транспорт.</w:t>
      </w:r>
    </w:p>
    <w:p w14:paraId="79BF0615" w14:textId="77777777" w:rsidR="008777C7" w:rsidRPr="002F7635" w:rsidRDefault="008777C7" w:rsidP="006F1218">
      <w:pPr>
        <w:pStyle w:val="a4"/>
      </w:pPr>
      <w:r w:rsidRPr="002F7635">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0595674" w14:textId="77777777" w:rsidR="008777C7" w:rsidRPr="002F7635" w:rsidRDefault="008777C7" w:rsidP="006F1218">
      <w:pPr>
        <w:pStyle w:val="a4"/>
      </w:pPr>
      <w:r w:rsidRPr="002F7635">
        <w:t>Выдающиеся люди родной страны и страны (стран) изучаемого языка: учёные, писатели, поэты, художники, музыканты, спортсмены.</w:t>
      </w:r>
    </w:p>
    <w:p w14:paraId="6E567FAC" w14:textId="2934B635" w:rsidR="008777C7" w:rsidRPr="002F7635" w:rsidRDefault="00D45443" w:rsidP="006F1218">
      <w:pPr>
        <w:pStyle w:val="1d"/>
      </w:pPr>
      <w:r>
        <w:t>Говорение</w:t>
      </w:r>
    </w:p>
    <w:p w14:paraId="076CDA08" w14:textId="77777777" w:rsidR="008777C7" w:rsidRPr="002F7635" w:rsidRDefault="008777C7" w:rsidP="006F1218">
      <w:pPr>
        <w:pStyle w:val="Base"/>
      </w:pPr>
      <w:r w:rsidRPr="002F7635">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75F511C9" w14:textId="77777777" w:rsidR="008777C7" w:rsidRPr="002F7635" w:rsidRDefault="008777C7" w:rsidP="006F1218">
      <w:pPr>
        <w:pStyle w:val="a4"/>
      </w:pPr>
      <w:r w:rsidRPr="002F7635">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55B844A7" w14:textId="77777777" w:rsidR="008777C7" w:rsidRPr="002F7635" w:rsidRDefault="008777C7" w:rsidP="006F1218">
      <w:pPr>
        <w:pStyle w:val="a4"/>
      </w:pPr>
      <w:r w:rsidRPr="002F7635">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92EA598" w14:textId="77777777" w:rsidR="008777C7" w:rsidRPr="002F7635" w:rsidRDefault="008777C7" w:rsidP="006F1218">
      <w:pPr>
        <w:pStyle w:val="a4"/>
      </w:pPr>
      <w:r w:rsidRPr="002F7635">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D93736A" w14:textId="77777777" w:rsidR="008777C7" w:rsidRPr="002F7635" w:rsidRDefault="008777C7" w:rsidP="006F1218">
      <w:pPr>
        <w:pStyle w:val="Base"/>
      </w:pPr>
      <w:r w:rsidRPr="002F7635">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0CBF7005" w14:textId="77777777" w:rsidR="008777C7" w:rsidRPr="002F7635" w:rsidRDefault="008777C7" w:rsidP="006F1218">
      <w:pPr>
        <w:pStyle w:val="Base"/>
      </w:pPr>
      <w:r w:rsidRPr="002F7635">
        <w:t>Объём диалога – до 7 реплик со стороны каждого собеседника.</w:t>
      </w:r>
    </w:p>
    <w:p w14:paraId="2739205F" w14:textId="77777777" w:rsidR="008777C7" w:rsidRPr="002F7635" w:rsidRDefault="008777C7" w:rsidP="006F1218">
      <w:pPr>
        <w:pStyle w:val="Base"/>
      </w:pPr>
      <w:r w:rsidRPr="002F7635">
        <w:t>Развитие коммуникативных умений монологической речи:</w:t>
      </w:r>
    </w:p>
    <w:p w14:paraId="559BAAF6" w14:textId="77777777" w:rsidR="008777C7" w:rsidRPr="002F7635" w:rsidRDefault="008777C7" w:rsidP="006F1218">
      <w:pPr>
        <w:pStyle w:val="a4"/>
      </w:pPr>
      <w:r w:rsidRPr="002F7635">
        <w:t>создание устных связных монологических высказываний с использованием основных коммуникативных типов речи:</w:t>
      </w:r>
    </w:p>
    <w:p w14:paraId="4FFA8006" w14:textId="77777777" w:rsidR="008777C7" w:rsidRPr="002F7635" w:rsidRDefault="008777C7" w:rsidP="006F1218">
      <w:pPr>
        <w:pStyle w:val="a4"/>
      </w:pPr>
      <w:r w:rsidRPr="002F7635">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80E4C28" w14:textId="77777777" w:rsidR="008777C7" w:rsidRPr="002F7635" w:rsidRDefault="008777C7" w:rsidP="006F1218">
      <w:pPr>
        <w:pStyle w:val="a4"/>
      </w:pPr>
      <w:r w:rsidRPr="002F7635">
        <w:t>повествование (сообщение);</w:t>
      </w:r>
    </w:p>
    <w:p w14:paraId="378C7C8A" w14:textId="77777777" w:rsidR="008777C7" w:rsidRPr="002F7635" w:rsidRDefault="008777C7" w:rsidP="006F1218">
      <w:pPr>
        <w:pStyle w:val="a4"/>
      </w:pPr>
      <w:r w:rsidRPr="002F7635">
        <w:t>выражение и аргументирование своего мнения по отношению к услышанному (прочитанному);</w:t>
      </w:r>
    </w:p>
    <w:p w14:paraId="23928417" w14:textId="77777777" w:rsidR="008777C7" w:rsidRPr="002F7635" w:rsidRDefault="008777C7" w:rsidP="006F1218">
      <w:pPr>
        <w:pStyle w:val="a4"/>
      </w:pPr>
      <w:r w:rsidRPr="002F7635">
        <w:t>изложение (пересказ) основного содержания, прочитанного (прослушанного) текста;</w:t>
      </w:r>
    </w:p>
    <w:p w14:paraId="46E2248C" w14:textId="77777777" w:rsidR="008777C7" w:rsidRPr="002F7635" w:rsidRDefault="008777C7" w:rsidP="006F1218">
      <w:pPr>
        <w:pStyle w:val="a4"/>
      </w:pPr>
      <w:r w:rsidRPr="002F7635">
        <w:t>составление рассказа по картинкам;</w:t>
      </w:r>
    </w:p>
    <w:p w14:paraId="6CA0DF8E" w14:textId="77777777" w:rsidR="008777C7" w:rsidRPr="002F7635" w:rsidRDefault="008777C7" w:rsidP="006F1218">
      <w:pPr>
        <w:pStyle w:val="a4"/>
      </w:pPr>
      <w:r w:rsidRPr="002F7635">
        <w:t xml:space="preserve">изложение результатов выполненной проектной работы. </w:t>
      </w:r>
    </w:p>
    <w:p w14:paraId="72AD3C79" w14:textId="77777777" w:rsidR="008777C7" w:rsidRPr="002F7635" w:rsidRDefault="008777C7" w:rsidP="006F1218">
      <w:pPr>
        <w:pStyle w:val="Base"/>
      </w:pPr>
      <w:r w:rsidRPr="002F7635">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w:t>
      </w:r>
    </w:p>
    <w:p w14:paraId="7AF5F1C1" w14:textId="77777777" w:rsidR="008777C7" w:rsidRPr="002F7635" w:rsidRDefault="008777C7" w:rsidP="006F1218">
      <w:pPr>
        <w:pStyle w:val="Base"/>
      </w:pPr>
      <w:r w:rsidRPr="002F7635">
        <w:t>Объём монологического высказывания – 9</w:t>
      </w:r>
      <w:r w:rsidR="00231275" w:rsidRPr="007E361D">
        <w:t>-</w:t>
      </w:r>
      <w:r w:rsidRPr="002F7635">
        <w:t>10 фраз.</w:t>
      </w:r>
    </w:p>
    <w:p w14:paraId="4848666F" w14:textId="65F9D59C" w:rsidR="008777C7" w:rsidRPr="002F7635" w:rsidRDefault="00D45443" w:rsidP="006F1218">
      <w:pPr>
        <w:pStyle w:val="1d"/>
      </w:pPr>
      <w:r>
        <w:t>Аудирование</w:t>
      </w:r>
    </w:p>
    <w:p w14:paraId="1C8E8AC4" w14:textId="77777777" w:rsidR="008777C7" w:rsidRPr="002F7635" w:rsidRDefault="008777C7" w:rsidP="006F1218">
      <w:pPr>
        <w:pStyle w:val="Base"/>
      </w:pPr>
      <w:r w:rsidRPr="002F7635">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236E3DE6" w14:textId="77777777" w:rsidR="008777C7" w:rsidRPr="002F7635" w:rsidRDefault="008777C7" w:rsidP="006F1218">
      <w:pPr>
        <w:pStyle w:val="Base"/>
      </w:pPr>
      <w:r w:rsidRPr="002F7635">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74958F9" w14:textId="77777777" w:rsidR="008777C7" w:rsidRPr="002F7635" w:rsidRDefault="008777C7" w:rsidP="006F1218">
      <w:pPr>
        <w:pStyle w:val="Base"/>
      </w:pPr>
      <w:r w:rsidRPr="002F7635">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14:paraId="33E7400B" w14:textId="77777777" w:rsidR="008777C7" w:rsidRPr="002F7635" w:rsidRDefault="008777C7" w:rsidP="006F1218">
      <w:pPr>
        <w:pStyle w:val="Base"/>
      </w:pPr>
      <w:r w:rsidRPr="002F7635">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4990BBF0" w14:textId="77777777" w:rsidR="008777C7" w:rsidRPr="002F7635" w:rsidRDefault="008777C7" w:rsidP="006F1218">
      <w:pPr>
        <w:pStyle w:val="Base"/>
      </w:pPr>
      <w:r w:rsidRPr="002F7635">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086CD23" w14:textId="77777777" w:rsidR="008777C7" w:rsidRPr="002F7635" w:rsidRDefault="008777C7" w:rsidP="006F1218">
      <w:pPr>
        <w:pStyle w:val="Base"/>
      </w:pPr>
      <w:r w:rsidRPr="002F7635">
        <w:t>Время звучания текста (текстов) для аудирования – до 2 минут.</w:t>
      </w:r>
    </w:p>
    <w:p w14:paraId="5E78A795" w14:textId="5155CA96" w:rsidR="008777C7" w:rsidRPr="002F7635" w:rsidRDefault="00D45443" w:rsidP="006F1218">
      <w:pPr>
        <w:pStyle w:val="1d"/>
      </w:pPr>
      <w:r>
        <w:t>Смысловое чтение</w:t>
      </w:r>
    </w:p>
    <w:p w14:paraId="55C1E03C" w14:textId="77777777" w:rsidR="008777C7" w:rsidRPr="002F7635" w:rsidRDefault="008777C7" w:rsidP="006F1218">
      <w:pPr>
        <w:pStyle w:val="Base"/>
      </w:pPr>
      <w:r w:rsidRPr="002F7635">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09C4473A" w14:textId="77777777" w:rsidR="008777C7" w:rsidRPr="002F7635" w:rsidRDefault="008777C7" w:rsidP="006F1218">
      <w:pPr>
        <w:pStyle w:val="Base"/>
      </w:pPr>
      <w:r w:rsidRPr="002F7635">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w:t>
      </w:r>
      <w:r w:rsidRPr="002F7635">
        <w:lastRenderedPageBreak/>
        <w:t>событий, игнорировать незнакомые слова, несущественные для понимания основного содержания, понимать интернациональные слова.</w:t>
      </w:r>
    </w:p>
    <w:p w14:paraId="49ED1EFD" w14:textId="77777777" w:rsidR="008777C7" w:rsidRPr="002F7635" w:rsidRDefault="008777C7" w:rsidP="006F1218">
      <w:pPr>
        <w:pStyle w:val="Base"/>
      </w:pPr>
      <w:r w:rsidRPr="002F7635">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28CA9C1D" w14:textId="77777777" w:rsidR="008777C7" w:rsidRPr="002F7635" w:rsidRDefault="008777C7" w:rsidP="006F1218">
      <w:pPr>
        <w:pStyle w:val="Base"/>
      </w:pPr>
      <w:r w:rsidRPr="002F7635">
        <w:t xml:space="preserve">Чтение </w:t>
      </w:r>
      <w:r w:rsidR="00F8700D" w:rsidRPr="002F7635">
        <w:t>не сплошных</w:t>
      </w:r>
      <w:r w:rsidRPr="002F7635">
        <w:t xml:space="preserve"> текстов (таблиц, диаграмм, схем) и понимание представленной в них информации.</w:t>
      </w:r>
    </w:p>
    <w:p w14:paraId="7FD3D3F5" w14:textId="77777777" w:rsidR="008777C7" w:rsidRPr="002F7635" w:rsidRDefault="008777C7" w:rsidP="006F1218">
      <w:pPr>
        <w:pStyle w:val="Base"/>
      </w:pPr>
      <w:r w:rsidRPr="002F7635">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7C774C85" w14:textId="77777777" w:rsidR="008777C7" w:rsidRPr="002F7635" w:rsidRDefault="008777C7" w:rsidP="006F1218">
      <w:pPr>
        <w:pStyle w:val="Base"/>
      </w:pPr>
      <w:r w:rsidRPr="002F7635">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07BF8786" w14:textId="77777777" w:rsidR="008777C7" w:rsidRPr="002F7635" w:rsidRDefault="008777C7" w:rsidP="006F1218">
      <w:pPr>
        <w:pStyle w:val="Base"/>
      </w:pPr>
      <w:r w:rsidRPr="002F7635">
        <w:t>Объём текста (текстов) для чтения – 350</w:t>
      </w:r>
      <w:r w:rsidR="00231275" w:rsidRPr="00231275">
        <w:t>-</w:t>
      </w:r>
      <w:r w:rsidRPr="002F7635">
        <w:t>500 слов.</w:t>
      </w:r>
    </w:p>
    <w:p w14:paraId="59BEE73C" w14:textId="16BDB4A7" w:rsidR="008777C7" w:rsidRPr="002F7635" w:rsidRDefault="00D45443" w:rsidP="006F1218">
      <w:pPr>
        <w:pStyle w:val="1d"/>
      </w:pPr>
      <w:r>
        <w:t>Письменная речь</w:t>
      </w:r>
    </w:p>
    <w:p w14:paraId="0BB9D48C" w14:textId="77777777" w:rsidR="008777C7" w:rsidRPr="002F7635" w:rsidRDefault="008777C7" w:rsidP="006F1218">
      <w:pPr>
        <w:pStyle w:val="Base"/>
      </w:pPr>
      <w:r w:rsidRPr="002F7635">
        <w:t>Развитие умений письменной речи:</w:t>
      </w:r>
    </w:p>
    <w:p w14:paraId="731BB9FA" w14:textId="77777777" w:rsidR="008777C7" w:rsidRPr="002F7635" w:rsidRDefault="008777C7" w:rsidP="006F1218">
      <w:pPr>
        <w:pStyle w:val="a4"/>
      </w:pPr>
      <w:r w:rsidRPr="002F7635">
        <w:t>составление плана (тезисов) устного или письменного сообщения;</w:t>
      </w:r>
    </w:p>
    <w:p w14:paraId="09BA91BA" w14:textId="77777777" w:rsidR="008777C7" w:rsidRPr="002F7635" w:rsidRDefault="008777C7" w:rsidP="006F1218">
      <w:pPr>
        <w:pStyle w:val="a4"/>
      </w:pPr>
      <w:r w:rsidRPr="002F7635">
        <w:t>заполнение анкет и формуляров: сообщение о себе основных сведений в соответствии с нормами, принятыми в стране (странах) изучаемого языка;</w:t>
      </w:r>
    </w:p>
    <w:p w14:paraId="5575413E" w14:textId="77777777" w:rsidR="008777C7" w:rsidRPr="002F7635" w:rsidRDefault="008777C7" w:rsidP="006F1218">
      <w:pPr>
        <w:pStyle w:val="a4"/>
      </w:pPr>
      <w:r w:rsidRPr="002F7635">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14:paraId="0E54DBF7" w14:textId="77777777" w:rsidR="008777C7" w:rsidRPr="002F7635" w:rsidRDefault="008777C7" w:rsidP="006F1218">
      <w:pPr>
        <w:pStyle w:val="a4"/>
      </w:pPr>
      <w:r w:rsidRPr="002F7635">
        <w:t>создание небольшого письменного высказывания с опорой на образец, план, таблицу и (или) прочитанный (прослушанный) текст. Объём письменного высказывания – до 110 слов.</w:t>
      </w:r>
    </w:p>
    <w:p w14:paraId="6887508B" w14:textId="3A0DDFD7" w:rsidR="008777C7" w:rsidRPr="002F7635" w:rsidRDefault="00D45443" w:rsidP="006F1218">
      <w:pPr>
        <w:pStyle w:val="1d"/>
      </w:pPr>
      <w:r>
        <w:t>Языковые знания и умения</w:t>
      </w:r>
    </w:p>
    <w:p w14:paraId="2A29DF15" w14:textId="77777777" w:rsidR="008777C7" w:rsidRPr="002F7635" w:rsidRDefault="008777C7" w:rsidP="006F1218">
      <w:pPr>
        <w:pStyle w:val="----"/>
      </w:pPr>
      <w:r w:rsidRPr="002F7635">
        <w:t>Фонетическая сторона речи.</w:t>
      </w:r>
    </w:p>
    <w:p w14:paraId="235FE267" w14:textId="77777777" w:rsidR="008777C7" w:rsidRPr="002F7635" w:rsidRDefault="008777C7" w:rsidP="006F1218">
      <w:pPr>
        <w:pStyle w:val="Base"/>
      </w:pPr>
      <w:r w:rsidRPr="002F7635">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07D3E9E" w14:textId="77777777" w:rsidR="008777C7" w:rsidRPr="002F7635" w:rsidRDefault="008777C7" w:rsidP="006F1218">
      <w:pPr>
        <w:pStyle w:val="Base"/>
      </w:pPr>
      <w:r w:rsidRPr="002F7635">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FD80BE3" w14:textId="77777777" w:rsidR="008777C7" w:rsidRPr="002F7635" w:rsidRDefault="008777C7" w:rsidP="006F1218">
      <w:pPr>
        <w:pStyle w:val="Base"/>
      </w:pPr>
      <w:r w:rsidRPr="002F7635">
        <w:t>Тексты для чтения вслух: сообщение информационного характера, отрывок из статьи научно-популярного характера, рассказ, диалог (беседа).</w:t>
      </w:r>
    </w:p>
    <w:p w14:paraId="2E4CF129" w14:textId="77777777" w:rsidR="008777C7" w:rsidRPr="002F7635" w:rsidRDefault="008777C7" w:rsidP="006F1218">
      <w:pPr>
        <w:pStyle w:val="Base"/>
      </w:pPr>
      <w:r w:rsidRPr="002F7635">
        <w:t>Объём текста для чтения вслух – до 110 слов.</w:t>
      </w:r>
    </w:p>
    <w:p w14:paraId="58CC88BC" w14:textId="77777777" w:rsidR="008777C7" w:rsidRPr="002F7635" w:rsidRDefault="008777C7" w:rsidP="006F1218">
      <w:pPr>
        <w:pStyle w:val="----"/>
      </w:pPr>
      <w:r w:rsidRPr="002F7635">
        <w:t>Графика, орфография и пунктуация.</w:t>
      </w:r>
    </w:p>
    <w:p w14:paraId="39A68224" w14:textId="77777777" w:rsidR="008777C7" w:rsidRPr="002F7635" w:rsidRDefault="008777C7" w:rsidP="006F1218">
      <w:pPr>
        <w:pStyle w:val="Base"/>
      </w:pPr>
      <w:r w:rsidRPr="002F7635">
        <w:t>Правильное написание изученных слов.</w:t>
      </w:r>
    </w:p>
    <w:p w14:paraId="43DB83DB" w14:textId="77777777" w:rsidR="008777C7" w:rsidRPr="002F7635" w:rsidRDefault="008777C7" w:rsidP="006F1218">
      <w:pPr>
        <w:pStyle w:val="Base"/>
      </w:pPr>
      <w:r w:rsidRPr="002F7635">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F7635">
        <w:rPr>
          <w:lang w:val="en-US"/>
        </w:rPr>
        <w:t>firstly</w:t>
      </w:r>
      <w:r w:rsidRPr="002F7635">
        <w:t>/</w:t>
      </w:r>
      <w:r w:rsidRPr="002F7635">
        <w:rPr>
          <w:lang w:val="en-US"/>
        </w:rPr>
        <w:t>first</w:t>
      </w:r>
      <w:r w:rsidRPr="002F7635">
        <w:t xml:space="preserve"> </w:t>
      </w:r>
      <w:r w:rsidRPr="002F7635">
        <w:rPr>
          <w:lang w:val="en-US"/>
        </w:rPr>
        <w:t>of</w:t>
      </w:r>
      <w:r w:rsidRPr="002F7635">
        <w:t xml:space="preserve"> </w:t>
      </w:r>
      <w:r w:rsidRPr="002F7635">
        <w:rPr>
          <w:lang w:val="en-US"/>
        </w:rPr>
        <w:t>all</w:t>
      </w:r>
      <w:r w:rsidRPr="002F7635">
        <w:t xml:space="preserve">, </w:t>
      </w:r>
      <w:r w:rsidRPr="002F7635">
        <w:rPr>
          <w:lang w:val="en-US"/>
        </w:rPr>
        <w:t>secondly</w:t>
      </w:r>
      <w:r w:rsidRPr="002F7635">
        <w:t xml:space="preserve">, </w:t>
      </w:r>
      <w:r w:rsidRPr="002F7635">
        <w:rPr>
          <w:lang w:val="en-US"/>
        </w:rPr>
        <w:t>finally</w:t>
      </w:r>
      <w:r w:rsidRPr="002F7635">
        <w:t xml:space="preserve">; </w:t>
      </w:r>
      <w:r w:rsidRPr="002F7635">
        <w:rPr>
          <w:lang w:val="en-US"/>
        </w:rPr>
        <w:t>on</w:t>
      </w:r>
      <w:r w:rsidRPr="002F7635">
        <w:t xml:space="preserve"> </w:t>
      </w:r>
      <w:r w:rsidRPr="002F7635">
        <w:rPr>
          <w:lang w:val="en-US"/>
        </w:rPr>
        <w:t>the</w:t>
      </w:r>
      <w:r w:rsidRPr="002F7635">
        <w:t xml:space="preserve"> </w:t>
      </w:r>
      <w:r w:rsidRPr="002F7635">
        <w:rPr>
          <w:lang w:val="en-US"/>
        </w:rPr>
        <w:t>one</w:t>
      </w:r>
      <w:r w:rsidRPr="002F7635">
        <w:t xml:space="preserve"> </w:t>
      </w:r>
      <w:r w:rsidRPr="002F7635">
        <w:rPr>
          <w:lang w:val="en-US"/>
        </w:rPr>
        <w:t>hand</w:t>
      </w:r>
      <w:r w:rsidRPr="002F7635">
        <w:t>,</w:t>
      </w:r>
      <w:r w:rsidR="00231275" w:rsidRPr="00231275">
        <w:t xml:space="preserve"> </w:t>
      </w:r>
      <w:r w:rsidRPr="002F7635">
        <w:rPr>
          <w:lang w:val="en-US"/>
        </w:rPr>
        <w:t>on</w:t>
      </w:r>
      <w:r w:rsidRPr="002F7635">
        <w:t xml:space="preserve"> </w:t>
      </w:r>
      <w:r w:rsidRPr="002F7635">
        <w:rPr>
          <w:lang w:val="en-US"/>
        </w:rPr>
        <w:t>the</w:t>
      </w:r>
      <w:r w:rsidRPr="002F7635">
        <w:t xml:space="preserve"> </w:t>
      </w:r>
      <w:r w:rsidRPr="002F7635">
        <w:rPr>
          <w:lang w:val="en-US"/>
        </w:rPr>
        <w:t>other</w:t>
      </w:r>
      <w:r w:rsidRPr="002F7635">
        <w:t xml:space="preserve"> </w:t>
      </w:r>
      <w:r w:rsidRPr="002F7635">
        <w:rPr>
          <w:lang w:val="en-US"/>
        </w:rPr>
        <w:t>hand</w:t>
      </w:r>
      <w:r w:rsidRPr="002F7635">
        <w:t>), апострофа.</w:t>
      </w:r>
    </w:p>
    <w:p w14:paraId="575E4E29" w14:textId="77777777" w:rsidR="008777C7" w:rsidRPr="002F7635" w:rsidRDefault="008777C7" w:rsidP="006F1218">
      <w:pPr>
        <w:pStyle w:val="Base"/>
      </w:pPr>
      <w:r w:rsidRPr="002F7635">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57E9606C" w14:textId="77777777" w:rsidR="008777C7" w:rsidRPr="002F7635" w:rsidRDefault="008777C7" w:rsidP="006F1218">
      <w:pPr>
        <w:pStyle w:val="----"/>
      </w:pPr>
      <w:r w:rsidRPr="002F7635">
        <w:t>Лексическая сторона речи.</w:t>
      </w:r>
    </w:p>
    <w:p w14:paraId="2F24EDCC" w14:textId="77777777" w:rsidR="008777C7" w:rsidRPr="002F7635" w:rsidRDefault="008777C7" w:rsidP="006F1218">
      <w:pPr>
        <w:pStyle w:val="Base"/>
      </w:pPr>
      <w:r w:rsidRPr="002F7635">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w:t>
      </w:r>
      <w:r w:rsidRPr="002F7635">
        <w:lastRenderedPageBreak/>
        <w:t>тематического содержания речи, с соблюдением существующей в английском языке нормы лексической сочетаемости.</w:t>
      </w:r>
    </w:p>
    <w:p w14:paraId="36C3676D" w14:textId="77777777" w:rsidR="008777C7" w:rsidRPr="002F7635" w:rsidRDefault="008777C7" w:rsidP="006F1218">
      <w:pPr>
        <w:pStyle w:val="Base"/>
      </w:pPr>
      <w:r w:rsidRPr="002F7635">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0163A2E8" w14:textId="77777777" w:rsidR="008777C7" w:rsidRPr="002F7635" w:rsidRDefault="008777C7" w:rsidP="006F1218">
      <w:pPr>
        <w:pStyle w:val="Base"/>
      </w:pPr>
      <w:r w:rsidRPr="002F7635">
        <w:t>Основные способы словообразования:</w:t>
      </w:r>
    </w:p>
    <w:p w14:paraId="666D5DBE" w14:textId="77777777" w:rsidR="008777C7" w:rsidRPr="002F7635" w:rsidRDefault="008777C7" w:rsidP="006F1218">
      <w:pPr>
        <w:pStyle w:val="Base"/>
      </w:pPr>
      <w:r w:rsidRPr="002F7635">
        <w:t>а) аффиксация:</w:t>
      </w:r>
    </w:p>
    <w:p w14:paraId="0CB23C76" w14:textId="77777777" w:rsidR="008777C7" w:rsidRPr="007E361D" w:rsidRDefault="008777C7" w:rsidP="006F1218">
      <w:pPr>
        <w:pStyle w:val="a4"/>
      </w:pPr>
      <w:r w:rsidRPr="002F7635">
        <w:t>образование</w:t>
      </w:r>
      <w:r w:rsidRPr="007E361D">
        <w:t xml:space="preserve"> </w:t>
      </w:r>
      <w:r w:rsidRPr="002F7635">
        <w:t>имен</w:t>
      </w:r>
      <w:r w:rsidRPr="007E361D">
        <w:t xml:space="preserve"> </w:t>
      </w:r>
      <w:r w:rsidRPr="002F7635">
        <w:t>существительных</w:t>
      </w:r>
      <w:r w:rsidRPr="007E361D">
        <w:t xml:space="preserve"> </w:t>
      </w:r>
      <w:r w:rsidRPr="002F7635">
        <w:t>при</w:t>
      </w:r>
      <w:r w:rsidRPr="007E361D">
        <w:t xml:space="preserve"> </w:t>
      </w:r>
      <w:r w:rsidRPr="002F7635">
        <w:t>помощи</w:t>
      </w:r>
      <w:r w:rsidRPr="007E361D">
        <w:t xml:space="preserve"> </w:t>
      </w:r>
      <w:r w:rsidRPr="002F7635">
        <w:t>суффиксов</w:t>
      </w:r>
      <w:r w:rsidRPr="007E361D">
        <w:t>:</w:t>
      </w:r>
      <w:r w:rsidRPr="002F7635">
        <w:t xml:space="preserve"> -ance/-ence (performance/residence), -ity (activity); -ship (friendship);</w:t>
      </w:r>
    </w:p>
    <w:p w14:paraId="2CC6322A" w14:textId="77777777" w:rsidR="008777C7" w:rsidRPr="002F7635" w:rsidRDefault="008777C7" w:rsidP="006F1218">
      <w:pPr>
        <w:pStyle w:val="a4"/>
      </w:pPr>
      <w:r w:rsidRPr="002F7635">
        <w:t>образование имен прилагательных при помощи префикса inter- (international);</w:t>
      </w:r>
    </w:p>
    <w:p w14:paraId="4A7F510B" w14:textId="77777777" w:rsidR="008777C7" w:rsidRPr="002F7635" w:rsidRDefault="008777C7" w:rsidP="006F1218">
      <w:pPr>
        <w:pStyle w:val="a4"/>
      </w:pPr>
      <w:r w:rsidRPr="002F7635">
        <w:t>образование имен прилагательных при помощи -ed и -ing (interested/interesting);</w:t>
      </w:r>
    </w:p>
    <w:p w14:paraId="11550065" w14:textId="77777777" w:rsidR="008777C7" w:rsidRPr="002F7635" w:rsidRDefault="008777C7" w:rsidP="006F1218">
      <w:pPr>
        <w:pStyle w:val="Base"/>
      </w:pPr>
      <w:r w:rsidRPr="002F7635">
        <w:t>б) конверсия:</w:t>
      </w:r>
    </w:p>
    <w:p w14:paraId="04FCDDAA" w14:textId="77777777" w:rsidR="008777C7" w:rsidRPr="002F7635" w:rsidRDefault="008777C7" w:rsidP="006F1218">
      <w:pPr>
        <w:pStyle w:val="a4"/>
      </w:pPr>
      <w:r w:rsidRPr="002F7635">
        <w:t>образование имени существительного от неопределённой формы глагола (to walk – a walk);</w:t>
      </w:r>
    </w:p>
    <w:p w14:paraId="73D0745C" w14:textId="77777777" w:rsidR="008777C7" w:rsidRPr="002F7635" w:rsidRDefault="008777C7" w:rsidP="006F1218">
      <w:pPr>
        <w:pStyle w:val="a4"/>
      </w:pPr>
      <w:r w:rsidRPr="002F7635">
        <w:t>образование глагола от имени существительного (a present – to present);</w:t>
      </w:r>
    </w:p>
    <w:p w14:paraId="1F0CD0B4" w14:textId="77777777" w:rsidR="008777C7" w:rsidRPr="002F7635" w:rsidRDefault="008777C7" w:rsidP="006F1218">
      <w:pPr>
        <w:pStyle w:val="a4"/>
      </w:pPr>
      <w:r w:rsidRPr="002F7635">
        <w:t>образование имени существительного от прилагательного (rich – the rich);</w:t>
      </w:r>
    </w:p>
    <w:p w14:paraId="49AF56CB" w14:textId="77777777" w:rsidR="008777C7" w:rsidRPr="002F7635" w:rsidRDefault="008777C7" w:rsidP="006F1218">
      <w:pPr>
        <w:pStyle w:val="Base"/>
      </w:pPr>
      <w:r w:rsidRPr="002F7635">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66A17592" w14:textId="77777777" w:rsidR="008777C7" w:rsidRPr="002F7635" w:rsidRDefault="008777C7" w:rsidP="006F1218">
      <w:pPr>
        <w:pStyle w:val="Base"/>
      </w:pPr>
      <w:r w:rsidRPr="002F7635">
        <w:t>Различные средства связи в тексте для обеспечения его целостности (firstly, however, finally, at last, etc.).</w:t>
      </w:r>
    </w:p>
    <w:p w14:paraId="5B285B59" w14:textId="77777777" w:rsidR="008777C7" w:rsidRPr="002F7635" w:rsidRDefault="008777C7" w:rsidP="006F1218">
      <w:pPr>
        <w:pStyle w:val="----"/>
      </w:pPr>
      <w:r w:rsidRPr="002F7635">
        <w:t>Грамматическая сторона речи.</w:t>
      </w:r>
    </w:p>
    <w:p w14:paraId="36454218" w14:textId="77777777" w:rsidR="008777C7" w:rsidRPr="002F7635" w:rsidRDefault="008777C7" w:rsidP="006F1218">
      <w:pPr>
        <w:pStyle w:val="Base"/>
      </w:pPr>
      <w:r w:rsidRPr="002F7635">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1A05679D" w14:textId="77777777" w:rsidR="008777C7" w:rsidRPr="002F7635" w:rsidRDefault="008777C7" w:rsidP="006F1218">
      <w:pPr>
        <w:pStyle w:val="Base"/>
        <w:rPr>
          <w:lang w:val="en-US"/>
        </w:rPr>
      </w:pPr>
      <w:r w:rsidRPr="002F7635">
        <w:t>Предложения</w:t>
      </w:r>
      <w:r w:rsidRPr="002F7635">
        <w:rPr>
          <w:lang w:val="en-US"/>
        </w:rPr>
        <w:t xml:space="preserve"> </w:t>
      </w:r>
      <w:r w:rsidRPr="002F7635">
        <w:t>со</w:t>
      </w:r>
      <w:r w:rsidRPr="002F7635">
        <w:rPr>
          <w:lang w:val="en-US"/>
        </w:rPr>
        <w:t xml:space="preserve"> </w:t>
      </w:r>
      <w:r w:rsidRPr="002F7635">
        <w:t>сложным</w:t>
      </w:r>
      <w:r w:rsidRPr="002F7635">
        <w:rPr>
          <w:lang w:val="en-US"/>
        </w:rPr>
        <w:t xml:space="preserve"> </w:t>
      </w:r>
      <w:r w:rsidRPr="002F7635">
        <w:t>дополнением</w:t>
      </w:r>
      <w:r w:rsidRPr="002F7635">
        <w:rPr>
          <w:lang w:val="en-US"/>
        </w:rPr>
        <w:t xml:space="preserve"> (Complex Object) (I saw her cross/crossing the road.).</w:t>
      </w:r>
    </w:p>
    <w:p w14:paraId="5C64C428" w14:textId="77777777" w:rsidR="008777C7" w:rsidRPr="002F7635" w:rsidRDefault="008777C7" w:rsidP="006F1218">
      <w:pPr>
        <w:pStyle w:val="Base"/>
      </w:pPr>
      <w:r w:rsidRPr="002F7635">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0C60F5F" w14:textId="77777777" w:rsidR="008777C7" w:rsidRPr="002F7635" w:rsidRDefault="008777C7" w:rsidP="006F1218">
      <w:pPr>
        <w:pStyle w:val="Base"/>
      </w:pPr>
      <w:r w:rsidRPr="002F7635">
        <w:t>Все типы вопросительных предложений в Past Perfect Tense. Согласование времен в рамках сложного предложения.</w:t>
      </w:r>
    </w:p>
    <w:p w14:paraId="69486502" w14:textId="77777777" w:rsidR="008777C7" w:rsidRPr="002F7635" w:rsidRDefault="008777C7" w:rsidP="006F1218">
      <w:pPr>
        <w:pStyle w:val="Base"/>
      </w:pPr>
      <w:r w:rsidRPr="002F7635">
        <w:t>Согласование подлежащего, выраженного собирательным существительным (family, police) со сказуемым.</w:t>
      </w:r>
    </w:p>
    <w:p w14:paraId="1957F218" w14:textId="77777777" w:rsidR="008777C7" w:rsidRPr="002F7635" w:rsidRDefault="008777C7" w:rsidP="006F1218">
      <w:pPr>
        <w:pStyle w:val="Base"/>
        <w:rPr>
          <w:lang w:val="en-US"/>
        </w:rPr>
      </w:pPr>
      <w:r w:rsidRPr="002F7635">
        <w:t>Конструкции</w:t>
      </w:r>
      <w:r w:rsidRPr="002F7635">
        <w:rPr>
          <w:lang w:val="en-US"/>
        </w:rPr>
        <w:t xml:space="preserve"> </w:t>
      </w:r>
      <w:r w:rsidRPr="002F7635">
        <w:t>с</w:t>
      </w:r>
      <w:r w:rsidRPr="002F7635">
        <w:rPr>
          <w:lang w:val="en-US"/>
        </w:rPr>
        <w:t xml:space="preserve"> </w:t>
      </w:r>
      <w:r w:rsidRPr="002F7635">
        <w:t>глаголами</w:t>
      </w:r>
      <w:r w:rsidRPr="002F7635">
        <w:rPr>
          <w:lang w:val="en-US"/>
        </w:rPr>
        <w:t xml:space="preserve"> </w:t>
      </w:r>
      <w:r w:rsidRPr="002F7635">
        <w:t>на</w:t>
      </w:r>
      <w:r w:rsidRPr="002F7635">
        <w:rPr>
          <w:lang w:val="en-US"/>
        </w:rPr>
        <w:t xml:space="preserve"> -ing: to love/hate doing something.</w:t>
      </w:r>
    </w:p>
    <w:p w14:paraId="5DEF3991" w14:textId="77777777" w:rsidR="008777C7" w:rsidRPr="002F7635" w:rsidRDefault="008777C7" w:rsidP="006F1218">
      <w:pPr>
        <w:pStyle w:val="Base"/>
        <w:rPr>
          <w:lang w:val="en-US"/>
        </w:rPr>
      </w:pPr>
      <w:r w:rsidRPr="002F7635">
        <w:t>Конструкции</w:t>
      </w:r>
      <w:r w:rsidRPr="002F7635">
        <w:rPr>
          <w:lang w:val="en-US"/>
        </w:rPr>
        <w:t xml:space="preserve">, </w:t>
      </w:r>
      <w:r w:rsidRPr="002F7635">
        <w:t>содержащие</w:t>
      </w:r>
      <w:r w:rsidRPr="002F7635">
        <w:rPr>
          <w:lang w:val="en-US"/>
        </w:rPr>
        <w:t xml:space="preserve"> </w:t>
      </w:r>
      <w:r w:rsidRPr="002F7635">
        <w:t>глаголы</w:t>
      </w:r>
      <w:r w:rsidRPr="002F7635">
        <w:rPr>
          <w:lang w:val="en-US"/>
        </w:rPr>
        <w:t>-</w:t>
      </w:r>
      <w:r w:rsidRPr="002F7635">
        <w:t>связки</w:t>
      </w:r>
      <w:r w:rsidRPr="002F7635">
        <w:rPr>
          <w:lang w:val="en-US"/>
        </w:rPr>
        <w:t xml:space="preserve"> to be/to look/to feel/to seem.</w:t>
      </w:r>
    </w:p>
    <w:p w14:paraId="3D804804" w14:textId="77777777" w:rsidR="008777C7" w:rsidRPr="002F7635" w:rsidRDefault="008777C7" w:rsidP="006F1218">
      <w:pPr>
        <w:pStyle w:val="Base"/>
        <w:rPr>
          <w:lang w:val="en-US"/>
        </w:rPr>
      </w:pPr>
      <w:r w:rsidRPr="002F7635">
        <w:t>Конструкции</w:t>
      </w:r>
      <w:r w:rsidRPr="002F7635">
        <w:rPr>
          <w:lang w:val="en-US"/>
        </w:rPr>
        <w:t xml:space="preserve"> be/get used to + </w:t>
      </w:r>
      <w:r w:rsidRPr="002F7635">
        <w:t>инфинитив</w:t>
      </w:r>
      <w:r w:rsidRPr="002F7635">
        <w:rPr>
          <w:lang w:val="en-US"/>
        </w:rPr>
        <w:t xml:space="preserve"> </w:t>
      </w:r>
      <w:r w:rsidRPr="002F7635">
        <w:t>глагола</w:t>
      </w:r>
      <w:r w:rsidRPr="002F7635">
        <w:rPr>
          <w:lang w:val="en-US"/>
        </w:rPr>
        <w:t xml:space="preserve">, be/get used to + </w:t>
      </w:r>
      <w:r w:rsidRPr="002F7635">
        <w:t>инфинитив</w:t>
      </w:r>
      <w:r w:rsidRPr="002F7635">
        <w:rPr>
          <w:lang w:val="en-US"/>
        </w:rPr>
        <w:t xml:space="preserve"> </w:t>
      </w:r>
      <w:r w:rsidRPr="002F7635">
        <w:t>глагол</w:t>
      </w:r>
      <w:r w:rsidRPr="002F7635">
        <w:rPr>
          <w:lang w:val="en-US"/>
        </w:rPr>
        <w:t>, be/get used to doing something, be/get used to something.</w:t>
      </w:r>
    </w:p>
    <w:p w14:paraId="7D57A135" w14:textId="77777777" w:rsidR="008777C7" w:rsidRPr="002F7635" w:rsidRDefault="008777C7" w:rsidP="006F1218">
      <w:pPr>
        <w:pStyle w:val="Base"/>
        <w:rPr>
          <w:lang w:val="en-US"/>
        </w:rPr>
      </w:pPr>
      <w:r w:rsidRPr="002F7635">
        <w:t>Конструкция</w:t>
      </w:r>
      <w:r w:rsidRPr="002F7635">
        <w:rPr>
          <w:lang w:val="en-US"/>
        </w:rPr>
        <w:t xml:space="preserve"> both … and ….</w:t>
      </w:r>
    </w:p>
    <w:p w14:paraId="25D073B4" w14:textId="77777777" w:rsidR="008777C7" w:rsidRPr="002F7635" w:rsidRDefault="008777C7" w:rsidP="006F1218">
      <w:pPr>
        <w:pStyle w:val="Base"/>
        <w:rPr>
          <w:lang w:val="en-US"/>
        </w:rPr>
      </w:pPr>
      <w:r w:rsidRPr="002F7635">
        <w:t>Конструкции</w:t>
      </w:r>
      <w:r w:rsidRPr="002F7635">
        <w:rPr>
          <w:lang w:val="en-US"/>
        </w:rPr>
        <w:t xml:space="preserve"> c </w:t>
      </w:r>
      <w:r w:rsidRPr="002F7635">
        <w:t>глаголами</w:t>
      </w:r>
      <w:r w:rsidRPr="002F7635">
        <w:rPr>
          <w:lang w:val="en-US"/>
        </w:rPr>
        <w:t xml:space="preserve"> to stop, to remember, to forget (</w:t>
      </w:r>
      <w:r w:rsidRPr="002F7635">
        <w:t>разница</w:t>
      </w:r>
      <w:r w:rsidRPr="002F7635">
        <w:rPr>
          <w:lang w:val="en-US"/>
        </w:rPr>
        <w:t xml:space="preserve"> </w:t>
      </w:r>
      <w:r w:rsidRPr="002F7635">
        <w:t>в</w:t>
      </w:r>
      <w:r w:rsidRPr="002F7635">
        <w:rPr>
          <w:lang w:val="en-US"/>
        </w:rPr>
        <w:t xml:space="preserve"> </w:t>
      </w:r>
      <w:r w:rsidRPr="002F7635">
        <w:t>значении</w:t>
      </w:r>
      <w:r w:rsidRPr="002F7635">
        <w:rPr>
          <w:lang w:val="en-US"/>
        </w:rPr>
        <w:t xml:space="preserve"> to stop doing smth </w:t>
      </w:r>
      <w:r w:rsidRPr="002F7635">
        <w:t>и</w:t>
      </w:r>
      <w:r w:rsidRPr="002F7635">
        <w:rPr>
          <w:lang w:val="en-US"/>
        </w:rPr>
        <w:t xml:space="preserve"> to stop to do smth).</w:t>
      </w:r>
    </w:p>
    <w:p w14:paraId="48F38733" w14:textId="77777777" w:rsidR="008777C7" w:rsidRPr="002F7635" w:rsidRDefault="008777C7" w:rsidP="006F1218">
      <w:pPr>
        <w:pStyle w:val="Base"/>
        <w:rPr>
          <w:lang w:val="en-US"/>
        </w:rPr>
      </w:pPr>
      <w:r w:rsidRPr="002F7635">
        <w:t>Глаголы</w:t>
      </w:r>
      <w:r w:rsidRPr="002F7635">
        <w:rPr>
          <w:lang w:val="en-US"/>
        </w:rPr>
        <w:t xml:space="preserve"> </w:t>
      </w:r>
      <w:r w:rsidRPr="002F7635">
        <w:t>в</w:t>
      </w:r>
      <w:r w:rsidRPr="002F7635">
        <w:rPr>
          <w:lang w:val="en-US"/>
        </w:rPr>
        <w:t xml:space="preserve"> </w:t>
      </w:r>
      <w:r w:rsidRPr="002F7635">
        <w:t>видо</w:t>
      </w:r>
      <w:r w:rsidRPr="002F7635">
        <w:rPr>
          <w:lang w:val="en-US"/>
        </w:rPr>
        <w:t>-</w:t>
      </w:r>
      <w:r w:rsidRPr="002F7635">
        <w:t>временных</w:t>
      </w:r>
      <w:r w:rsidRPr="002F7635">
        <w:rPr>
          <w:lang w:val="en-US"/>
        </w:rPr>
        <w:t xml:space="preserve"> </w:t>
      </w:r>
      <w:r w:rsidRPr="002F7635">
        <w:t>формах</w:t>
      </w:r>
      <w:r w:rsidRPr="002F7635">
        <w:rPr>
          <w:lang w:val="en-US"/>
        </w:rPr>
        <w:t xml:space="preserve"> </w:t>
      </w:r>
      <w:r w:rsidRPr="002F7635">
        <w:t>действительного</w:t>
      </w:r>
      <w:r w:rsidRPr="002F7635">
        <w:rPr>
          <w:lang w:val="en-US"/>
        </w:rPr>
        <w:t xml:space="preserve"> </w:t>
      </w:r>
      <w:r w:rsidRPr="002F7635">
        <w:t>залога</w:t>
      </w:r>
      <w:r w:rsidRPr="002F7635">
        <w:rPr>
          <w:lang w:val="en-US"/>
        </w:rPr>
        <w:t xml:space="preserve"> </w:t>
      </w:r>
      <w:r w:rsidRPr="002F7635">
        <w:t>в</w:t>
      </w:r>
      <w:r w:rsidRPr="002F7635">
        <w:rPr>
          <w:lang w:val="en-US"/>
        </w:rPr>
        <w:t xml:space="preserve"> </w:t>
      </w:r>
      <w:r w:rsidRPr="002F7635">
        <w:t>изъявительном</w:t>
      </w:r>
      <w:r w:rsidRPr="002F7635">
        <w:rPr>
          <w:lang w:val="en-US"/>
        </w:rPr>
        <w:t xml:space="preserve"> </w:t>
      </w:r>
      <w:r w:rsidRPr="002F7635">
        <w:t>наклонении</w:t>
      </w:r>
      <w:r w:rsidRPr="002F7635">
        <w:rPr>
          <w:lang w:val="en-US"/>
        </w:rPr>
        <w:t xml:space="preserve"> (Past Perfect Tense, Present Perfect Continuous Tense, Future-in-the-Past).</w:t>
      </w:r>
    </w:p>
    <w:p w14:paraId="41967BF4" w14:textId="77777777" w:rsidR="008777C7" w:rsidRPr="002F7635" w:rsidRDefault="008777C7" w:rsidP="006F1218">
      <w:pPr>
        <w:pStyle w:val="Base"/>
      </w:pPr>
      <w:r w:rsidRPr="002F7635">
        <w:t>Модальные глаголы в косвенной речи в настоящем и прошедшем времени.</w:t>
      </w:r>
    </w:p>
    <w:p w14:paraId="451E23F8" w14:textId="77777777" w:rsidR="008777C7" w:rsidRPr="002F7635" w:rsidRDefault="008777C7" w:rsidP="006F1218">
      <w:pPr>
        <w:pStyle w:val="Base"/>
      </w:pPr>
      <w:r w:rsidRPr="002F7635">
        <w:t>Неличные формы глагола (инфинитив, герундий, причастия настоящего и прошедшего времени).</w:t>
      </w:r>
    </w:p>
    <w:p w14:paraId="3056C340" w14:textId="77777777" w:rsidR="008777C7" w:rsidRPr="002F7635" w:rsidRDefault="008777C7" w:rsidP="006F1218">
      <w:pPr>
        <w:pStyle w:val="Base"/>
      </w:pPr>
      <w:r w:rsidRPr="002F7635">
        <w:t>Наречия too – enough.</w:t>
      </w:r>
    </w:p>
    <w:p w14:paraId="0B8D4625" w14:textId="77777777" w:rsidR="008777C7" w:rsidRPr="002F7635" w:rsidRDefault="008777C7" w:rsidP="006F1218">
      <w:pPr>
        <w:pStyle w:val="Base"/>
      </w:pPr>
      <w:r w:rsidRPr="002F7635">
        <w:t>Отрицательные местоимения no (и его производные nobody, nothing и другие), none.</w:t>
      </w:r>
    </w:p>
    <w:p w14:paraId="45C8AF64" w14:textId="25EC73D7" w:rsidR="008777C7" w:rsidRPr="002F7635" w:rsidRDefault="00D45443" w:rsidP="006F1218">
      <w:pPr>
        <w:pStyle w:val="1d"/>
      </w:pPr>
      <w:r>
        <w:t>Социокультурные знания и умения</w:t>
      </w:r>
    </w:p>
    <w:p w14:paraId="3EFD60C7" w14:textId="77777777" w:rsidR="008777C7" w:rsidRPr="002F7635" w:rsidRDefault="008777C7" w:rsidP="006F1218">
      <w:pPr>
        <w:pStyle w:val="Base"/>
      </w:pPr>
      <w:r w:rsidRPr="002F7635">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w:t>
      </w:r>
    </w:p>
    <w:p w14:paraId="197676C8" w14:textId="77777777" w:rsidR="008777C7" w:rsidRPr="002F7635" w:rsidRDefault="008777C7" w:rsidP="006F1218">
      <w:pPr>
        <w:pStyle w:val="Base"/>
      </w:pPr>
      <w:r w:rsidRPr="002F7635">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70B78AE1" w14:textId="77777777" w:rsidR="008777C7" w:rsidRPr="002F7635" w:rsidRDefault="008777C7" w:rsidP="006F1218">
      <w:pPr>
        <w:pStyle w:val="Base"/>
      </w:pPr>
      <w:r w:rsidRPr="002F7635">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праздников),с особенностями образа жизни и культуры страны (стран) изучаемого </w:t>
      </w:r>
      <w:r w:rsidRPr="002F7635">
        <w:lastRenderedPageBreak/>
        <w:t>языка (известными достопримечательностями; некоторыми выдающимися людьми),</w:t>
      </w:r>
      <w:r w:rsidR="00F8700D" w:rsidRPr="002F7635">
        <w:t xml:space="preserve"> </w:t>
      </w:r>
      <w:r w:rsidRPr="002F7635">
        <w:t>с доступными в языковом отношении образцами поэзии и прозы для подростков</w:t>
      </w:r>
      <w:r w:rsidR="008F5714" w:rsidRPr="008F5714">
        <w:t xml:space="preserve"> </w:t>
      </w:r>
      <w:r w:rsidRPr="002F7635">
        <w:t>на английском языке.</w:t>
      </w:r>
    </w:p>
    <w:p w14:paraId="4C57CABB" w14:textId="77777777" w:rsidR="008777C7" w:rsidRPr="002F7635" w:rsidRDefault="008777C7" w:rsidP="006F1218">
      <w:pPr>
        <w:pStyle w:val="Base"/>
      </w:pPr>
      <w:r w:rsidRPr="002F7635">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5F093E79" w14:textId="77777777" w:rsidR="008777C7" w:rsidRPr="002F7635" w:rsidRDefault="008777C7" w:rsidP="006F1218">
      <w:pPr>
        <w:pStyle w:val="Base"/>
      </w:pPr>
      <w:r w:rsidRPr="002F7635">
        <w:t>Соблюдение нормы вежливости в межкультурном общении.</w:t>
      </w:r>
    </w:p>
    <w:p w14:paraId="00AEA04C" w14:textId="77777777" w:rsidR="008777C7" w:rsidRPr="002F7635" w:rsidRDefault="008777C7" w:rsidP="006F1218">
      <w:pPr>
        <w:pStyle w:val="Base"/>
      </w:pPr>
      <w:r w:rsidRPr="002F7635">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w:t>
      </w:r>
      <w:r w:rsidR="008F5714" w:rsidRPr="008F5714">
        <w:t xml:space="preserve"> </w:t>
      </w:r>
      <w:r w:rsidRPr="002F7635">
        <w:t>в языковом отношении.</w:t>
      </w:r>
    </w:p>
    <w:p w14:paraId="46482C25" w14:textId="77777777" w:rsidR="008777C7" w:rsidRPr="002F7635" w:rsidRDefault="008777C7" w:rsidP="006F1218">
      <w:pPr>
        <w:pStyle w:val="Base"/>
      </w:pPr>
      <w:r w:rsidRPr="002F7635">
        <w:t>Развитие умений:</w:t>
      </w:r>
    </w:p>
    <w:p w14:paraId="59D26B8C" w14:textId="77777777" w:rsidR="008777C7" w:rsidRPr="002F7635" w:rsidRDefault="008777C7" w:rsidP="006F1218">
      <w:pPr>
        <w:pStyle w:val="a4"/>
      </w:pPr>
      <w:r w:rsidRPr="002F7635">
        <w:t>кратко представлять Россию и страну (страны) изучаемого языка (культурные явления, события, достопримечательности);</w:t>
      </w:r>
    </w:p>
    <w:p w14:paraId="7874B292" w14:textId="77777777" w:rsidR="008777C7" w:rsidRPr="002F7635" w:rsidRDefault="008777C7" w:rsidP="006F1218">
      <w:pPr>
        <w:pStyle w:val="a4"/>
      </w:pPr>
      <w:r w:rsidRPr="002F7635">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2FF38DA4" w14:textId="77777777" w:rsidR="008777C7" w:rsidRPr="002F7635" w:rsidRDefault="008777C7" w:rsidP="006F1218">
      <w:pPr>
        <w:pStyle w:val="a4"/>
      </w:pPr>
      <w:r w:rsidRPr="002F7635">
        <w:t>оказывать помощь зарубежным гостям в ситуациях повседневного общения (объяснить местонахождение объекта, сообщить возможный маршрут).</w:t>
      </w:r>
    </w:p>
    <w:p w14:paraId="2D8D9722" w14:textId="37065A92" w:rsidR="008777C7" w:rsidRPr="002F7635" w:rsidRDefault="00D45443" w:rsidP="006F1218">
      <w:pPr>
        <w:pStyle w:val="1d"/>
      </w:pPr>
      <w:r>
        <w:t>Компенсаторные умения</w:t>
      </w:r>
    </w:p>
    <w:p w14:paraId="2BEBC2ED" w14:textId="77777777" w:rsidR="008777C7" w:rsidRPr="002F7635" w:rsidRDefault="008777C7" w:rsidP="006F1218">
      <w:pPr>
        <w:pStyle w:val="Base"/>
      </w:pPr>
      <w:r w:rsidRPr="002F7635">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0EA1D432" w14:textId="77777777" w:rsidR="008777C7" w:rsidRPr="002F7635" w:rsidRDefault="008777C7" w:rsidP="006F1218">
      <w:pPr>
        <w:pStyle w:val="Base"/>
      </w:pPr>
      <w:r w:rsidRPr="002F7635">
        <w:t>Переспрашивать, просить повторить, уточняя значение незнакомых слов.</w:t>
      </w:r>
    </w:p>
    <w:p w14:paraId="71562A53" w14:textId="77777777" w:rsidR="008777C7" w:rsidRPr="002F7635" w:rsidRDefault="008777C7" w:rsidP="006F1218">
      <w:pPr>
        <w:pStyle w:val="Base"/>
      </w:pPr>
      <w:r w:rsidRPr="002F7635">
        <w:t>Использование в качестве опоры при порождении собственных высказываний ключевых слов, плана.</w:t>
      </w:r>
    </w:p>
    <w:p w14:paraId="11A299C8" w14:textId="77777777" w:rsidR="008777C7" w:rsidRPr="002F7635" w:rsidRDefault="008777C7" w:rsidP="006F1218">
      <w:pPr>
        <w:pStyle w:val="Base"/>
      </w:pPr>
      <w:r w:rsidRPr="002F7635">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5F2493A" w14:textId="77777777" w:rsidR="008777C7" w:rsidRPr="002F7635" w:rsidRDefault="008777C7" w:rsidP="006F1218">
      <w:pPr>
        <w:pStyle w:val="Base"/>
      </w:pPr>
      <w:r w:rsidRPr="002F7635">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AEFF90E" w14:textId="27DE627C" w:rsidR="00A43B90" w:rsidRPr="00901EF4" w:rsidRDefault="00A43B90" w:rsidP="008C718A">
      <w:pPr>
        <w:pStyle w:val="affff1"/>
      </w:pPr>
      <w:bookmarkStart w:id="24" w:name="_Toc149647018"/>
      <w:bookmarkStart w:id="25" w:name="_Toc150046062"/>
      <w:bookmarkStart w:id="26" w:name="_Toc150047324"/>
      <w:r w:rsidRPr="00901EF4">
        <w:t xml:space="preserve">9 </w:t>
      </w:r>
      <w:r w:rsidRPr="008C718A">
        <w:t>класс</w:t>
      </w:r>
      <w:bookmarkEnd w:id="24"/>
      <w:bookmarkEnd w:id="25"/>
      <w:bookmarkEnd w:id="26"/>
    </w:p>
    <w:p w14:paraId="433276C3" w14:textId="44444F0C" w:rsidR="00F8700D" w:rsidRPr="002F7635" w:rsidRDefault="00D45443" w:rsidP="006F1218">
      <w:pPr>
        <w:pStyle w:val="1d"/>
      </w:pPr>
      <w:r>
        <w:t>Коммуникативные умения</w:t>
      </w:r>
    </w:p>
    <w:p w14:paraId="0202E72B" w14:textId="77777777" w:rsidR="00F8700D" w:rsidRPr="002F7635" w:rsidRDefault="00F8700D" w:rsidP="006F1218">
      <w:pPr>
        <w:pStyle w:val="Base"/>
      </w:pPr>
      <w:r w:rsidRPr="002F7635">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46B054F" w14:textId="77777777" w:rsidR="00F8700D" w:rsidRPr="002F7635" w:rsidRDefault="00F8700D" w:rsidP="006F1218">
      <w:pPr>
        <w:pStyle w:val="a4"/>
      </w:pPr>
      <w:r w:rsidRPr="002F7635">
        <w:t>Взаимоотношения в семье и с друзьями. Конфликты и их разрешение.</w:t>
      </w:r>
    </w:p>
    <w:p w14:paraId="58B77361" w14:textId="77777777" w:rsidR="00F8700D" w:rsidRPr="002F7635" w:rsidRDefault="00F8700D" w:rsidP="006F1218">
      <w:pPr>
        <w:pStyle w:val="a4"/>
      </w:pPr>
      <w:r w:rsidRPr="002F7635">
        <w:t>Внешность и характер человека (литературного персонажа).</w:t>
      </w:r>
    </w:p>
    <w:p w14:paraId="10D22C41" w14:textId="77777777" w:rsidR="00F8700D" w:rsidRPr="002F7635" w:rsidRDefault="00F8700D" w:rsidP="006F1218">
      <w:pPr>
        <w:pStyle w:val="a4"/>
      </w:pPr>
      <w:r w:rsidRPr="002F7635">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69F86F2F" w14:textId="77777777" w:rsidR="00F8700D" w:rsidRPr="002F7635" w:rsidRDefault="00F8700D" w:rsidP="006F1218">
      <w:pPr>
        <w:pStyle w:val="a4"/>
      </w:pPr>
      <w:r w:rsidRPr="002F7635">
        <w:t>Здоровый образ жизни: режим труда и отдыха, фитнес, сбалансированное питание. Посещение врача.</w:t>
      </w:r>
    </w:p>
    <w:p w14:paraId="7ACE5967" w14:textId="77777777" w:rsidR="00F8700D" w:rsidRPr="002F7635" w:rsidRDefault="00F8700D" w:rsidP="006F1218">
      <w:pPr>
        <w:pStyle w:val="a4"/>
      </w:pPr>
      <w:r w:rsidRPr="002F7635">
        <w:t>Покупки: одежда, обувь и продукты питания. Карманные деньги. Молодёжная мода.</w:t>
      </w:r>
    </w:p>
    <w:p w14:paraId="5948C3DF" w14:textId="77777777" w:rsidR="00F8700D" w:rsidRPr="002F7635" w:rsidRDefault="00F8700D" w:rsidP="006F1218">
      <w:pPr>
        <w:pStyle w:val="a4"/>
      </w:pPr>
      <w:r w:rsidRPr="002F7635">
        <w:t>Школа, школьная жизнь, изучаемые предметы и отношение к ним. Взаимоотношения в школе: проблемы и их решение. Переписка с зарубежными сверстниками.</w:t>
      </w:r>
    </w:p>
    <w:p w14:paraId="578F1ACD" w14:textId="77777777" w:rsidR="00F8700D" w:rsidRPr="002F7635" w:rsidRDefault="00F8700D" w:rsidP="006F1218">
      <w:pPr>
        <w:pStyle w:val="a4"/>
      </w:pPr>
      <w:r w:rsidRPr="002F7635">
        <w:t>Виды отдыха в различное время года. Путешествия по России и зарубежным странам. Транспорт.</w:t>
      </w:r>
    </w:p>
    <w:p w14:paraId="28040DAE" w14:textId="77777777" w:rsidR="00F8700D" w:rsidRPr="002F7635" w:rsidRDefault="00F8700D" w:rsidP="006F1218">
      <w:pPr>
        <w:pStyle w:val="a4"/>
      </w:pPr>
      <w:r w:rsidRPr="002F7635">
        <w:t>Природа: флора и фауна. Проблемы экологии. Защита окружающей среды. Климат, погода. Стихийные бедствия.</w:t>
      </w:r>
    </w:p>
    <w:p w14:paraId="3E8D9292" w14:textId="77777777" w:rsidR="00F8700D" w:rsidRPr="002F7635" w:rsidRDefault="00F8700D" w:rsidP="006F1218">
      <w:pPr>
        <w:pStyle w:val="a4"/>
      </w:pPr>
      <w:r w:rsidRPr="002F7635">
        <w:t>Средства массовой информации (телевидение, радио, пресса, Интернет).</w:t>
      </w:r>
    </w:p>
    <w:p w14:paraId="583CB405" w14:textId="77777777" w:rsidR="00F8700D" w:rsidRPr="002F7635" w:rsidRDefault="00F8700D" w:rsidP="006F1218">
      <w:pPr>
        <w:pStyle w:val="a4"/>
      </w:pPr>
      <w:r w:rsidRPr="002F7635">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2BD2FA83" w14:textId="77777777" w:rsidR="00F8700D" w:rsidRPr="002F7635" w:rsidRDefault="00F8700D" w:rsidP="006F1218">
      <w:pPr>
        <w:pStyle w:val="a4"/>
      </w:pPr>
      <w:r w:rsidRPr="002F7635">
        <w:lastRenderedPageBreak/>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57E12D22" w14:textId="77777777" w:rsidR="00F8700D" w:rsidRPr="002F7635" w:rsidRDefault="00F8700D" w:rsidP="006F1218">
      <w:pPr>
        <w:pStyle w:val="----"/>
      </w:pPr>
      <w:r w:rsidRPr="002F7635">
        <w:t>Говорение.</w:t>
      </w:r>
    </w:p>
    <w:p w14:paraId="748D5E5F" w14:textId="77777777" w:rsidR="00F8700D" w:rsidRPr="002F7635" w:rsidRDefault="00F8700D" w:rsidP="006F1218">
      <w:pPr>
        <w:pStyle w:val="Base"/>
      </w:pPr>
      <w:r w:rsidRPr="002F7635">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6E6A475D" w14:textId="77777777" w:rsidR="00F8700D" w:rsidRPr="002F7635" w:rsidRDefault="00F8700D" w:rsidP="006F1218">
      <w:pPr>
        <w:pStyle w:val="a4"/>
      </w:pPr>
      <w:r w:rsidRPr="002F7635">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E40A781" w14:textId="77777777" w:rsidR="00F8700D" w:rsidRPr="002F7635" w:rsidRDefault="00F8700D" w:rsidP="006F1218">
      <w:pPr>
        <w:pStyle w:val="a4"/>
      </w:pPr>
      <w:r w:rsidRPr="002F7635">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166EF49" w14:textId="77777777" w:rsidR="00F8700D" w:rsidRPr="002F7635" w:rsidRDefault="00F8700D" w:rsidP="006F1218">
      <w:pPr>
        <w:pStyle w:val="a4"/>
      </w:pPr>
      <w:r w:rsidRPr="002F7635">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4F67AE4" w14:textId="77777777" w:rsidR="00F8700D" w:rsidRPr="002F7635" w:rsidRDefault="00F8700D" w:rsidP="006F1218">
      <w:pPr>
        <w:pStyle w:val="a4"/>
      </w:pPr>
      <w:r w:rsidRPr="002F7635">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14:paraId="6ED55F95" w14:textId="77777777" w:rsidR="00F8700D" w:rsidRPr="002F7635" w:rsidRDefault="00F8700D" w:rsidP="006F1218">
      <w:pPr>
        <w:pStyle w:val="Base"/>
      </w:pPr>
      <w:r w:rsidRPr="002F7635">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w:t>
      </w:r>
    </w:p>
    <w:p w14:paraId="0AC0C068" w14:textId="77777777" w:rsidR="00F8700D" w:rsidRPr="002F7635" w:rsidRDefault="00F8700D" w:rsidP="006F1218">
      <w:pPr>
        <w:pStyle w:val="Base"/>
      </w:pPr>
      <w:r w:rsidRPr="002F7635">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1FA21134" w14:textId="77777777" w:rsidR="00F8700D" w:rsidRPr="002F7635" w:rsidRDefault="00F8700D" w:rsidP="006F1218">
      <w:pPr>
        <w:pStyle w:val="Base"/>
      </w:pPr>
      <w:r w:rsidRPr="002F7635">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277AACF1" w14:textId="77777777" w:rsidR="00F8700D" w:rsidRPr="002F7635" w:rsidRDefault="00F8700D" w:rsidP="006F1218">
      <w:pPr>
        <w:pStyle w:val="a4"/>
      </w:pPr>
      <w:r w:rsidRPr="002F7635">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2849641B" w14:textId="77777777" w:rsidR="00F8700D" w:rsidRPr="002F7635" w:rsidRDefault="00F8700D" w:rsidP="006F1218">
      <w:pPr>
        <w:pStyle w:val="a4"/>
      </w:pPr>
      <w:r w:rsidRPr="002F7635">
        <w:t>повествование (сообщение);</w:t>
      </w:r>
    </w:p>
    <w:p w14:paraId="22922F62" w14:textId="77777777" w:rsidR="00F8700D" w:rsidRPr="002F7635" w:rsidRDefault="00F8700D" w:rsidP="006F1218">
      <w:pPr>
        <w:pStyle w:val="a4"/>
      </w:pPr>
      <w:r w:rsidRPr="002F7635">
        <w:t>рассуждение;</w:t>
      </w:r>
    </w:p>
    <w:p w14:paraId="5D3098B1" w14:textId="77777777" w:rsidR="00F8700D" w:rsidRPr="002F7635" w:rsidRDefault="00F8700D" w:rsidP="006F1218">
      <w:pPr>
        <w:pStyle w:val="a4"/>
      </w:pPr>
      <w:r w:rsidRPr="002F7635">
        <w:t>выражение и краткое аргументирование своего мнения по отношению к услышанному (прочитанному);</w:t>
      </w:r>
    </w:p>
    <w:p w14:paraId="2C5EB331" w14:textId="77777777" w:rsidR="00F8700D" w:rsidRPr="002F7635" w:rsidRDefault="00F8700D" w:rsidP="006F1218">
      <w:pPr>
        <w:pStyle w:val="a4"/>
      </w:pPr>
      <w:r w:rsidRPr="002F7635">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480D2010" w14:textId="77777777" w:rsidR="00F8700D" w:rsidRPr="002F7635" w:rsidRDefault="00F8700D" w:rsidP="006F1218">
      <w:pPr>
        <w:pStyle w:val="a4"/>
      </w:pPr>
      <w:r w:rsidRPr="002F7635">
        <w:t>составление рассказа по картинкам;</w:t>
      </w:r>
    </w:p>
    <w:p w14:paraId="3A93E7AB" w14:textId="77777777" w:rsidR="00F8700D" w:rsidRPr="002F7635" w:rsidRDefault="00F8700D" w:rsidP="006F1218">
      <w:pPr>
        <w:pStyle w:val="a4"/>
      </w:pPr>
      <w:r w:rsidRPr="002F7635">
        <w:t>изложение результатов выполненной проектной работы.</w:t>
      </w:r>
    </w:p>
    <w:p w14:paraId="572B6D80" w14:textId="77777777" w:rsidR="00F8700D" w:rsidRPr="002F7635" w:rsidRDefault="00F8700D" w:rsidP="006F1218">
      <w:pPr>
        <w:pStyle w:val="Base"/>
      </w:pPr>
      <w:r w:rsidRPr="002F7635">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006B42AC" w:rsidRPr="002F7635">
        <w:t>опорой на</w:t>
      </w:r>
      <w:r w:rsidRPr="002F7635">
        <w:t xml:space="preserve"> вопросы, ключевые слова, план и (или) иллюстрации, фотографии, </w:t>
      </w:r>
      <w:r w:rsidR="006B42AC" w:rsidRPr="002F7635">
        <w:t>таблицы или</w:t>
      </w:r>
      <w:r w:rsidRPr="002F7635">
        <w:t xml:space="preserve"> без опоры.</w:t>
      </w:r>
    </w:p>
    <w:p w14:paraId="3814B44C" w14:textId="77777777" w:rsidR="00F8700D" w:rsidRPr="002F7635" w:rsidRDefault="00F8700D" w:rsidP="006F1218">
      <w:pPr>
        <w:pStyle w:val="Base"/>
      </w:pPr>
      <w:r w:rsidRPr="002F7635">
        <w:t>Объём монологического высказывания – 10</w:t>
      </w:r>
      <w:r w:rsidR="006B42AC" w:rsidRPr="007E361D">
        <w:t>-</w:t>
      </w:r>
      <w:r w:rsidRPr="002F7635">
        <w:t>12 фраз.</w:t>
      </w:r>
    </w:p>
    <w:p w14:paraId="0D559790" w14:textId="65FDF322" w:rsidR="00F8700D" w:rsidRPr="002F7635" w:rsidRDefault="00D45443" w:rsidP="006F1218">
      <w:pPr>
        <w:pStyle w:val="1d"/>
      </w:pPr>
      <w:r>
        <w:t>Аудирование</w:t>
      </w:r>
    </w:p>
    <w:p w14:paraId="27A41B86" w14:textId="77777777" w:rsidR="00F8700D" w:rsidRPr="002F7635" w:rsidRDefault="00F8700D" w:rsidP="006F1218">
      <w:pPr>
        <w:pStyle w:val="Base"/>
      </w:pPr>
      <w:r w:rsidRPr="002F7635">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5DC09D99" w14:textId="77777777" w:rsidR="00F8700D" w:rsidRPr="002F7635" w:rsidRDefault="00F8700D" w:rsidP="006F1218">
      <w:pPr>
        <w:pStyle w:val="Base"/>
      </w:pPr>
      <w:r w:rsidRPr="002F7635">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416AE015" w14:textId="77777777" w:rsidR="00F8700D" w:rsidRPr="002F7635" w:rsidRDefault="00F8700D" w:rsidP="006F1218">
      <w:pPr>
        <w:pStyle w:val="Base"/>
      </w:pPr>
      <w:r w:rsidRPr="002F7635">
        <w:lastRenderedPageBreak/>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3C2355E1" w14:textId="77777777" w:rsidR="00F8700D" w:rsidRPr="002F7635" w:rsidRDefault="00F8700D" w:rsidP="006F1218">
      <w:pPr>
        <w:pStyle w:val="Base"/>
      </w:pPr>
      <w:r w:rsidRPr="002F7635">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32A260D2" w14:textId="77777777" w:rsidR="00F8700D" w:rsidRPr="002F7635" w:rsidRDefault="00F8700D" w:rsidP="006F1218">
      <w:pPr>
        <w:pStyle w:val="Base"/>
      </w:pPr>
      <w:r w:rsidRPr="002F7635">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1A692817" w14:textId="77777777" w:rsidR="00F8700D" w:rsidRPr="002F7635" w:rsidRDefault="00F8700D" w:rsidP="006F1218">
      <w:pPr>
        <w:pStyle w:val="Base"/>
      </w:pPr>
      <w:r w:rsidRPr="002F7635">
        <w:t>Языковая сложность текстов для аудирования должна соответствовать базовому уровню (А2 – допороговому уровню по общеевропейской шкале).</w:t>
      </w:r>
    </w:p>
    <w:p w14:paraId="4F33BEFD" w14:textId="77777777" w:rsidR="00F8700D" w:rsidRPr="002F7635" w:rsidRDefault="00F8700D" w:rsidP="006F1218">
      <w:pPr>
        <w:pStyle w:val="Base"/>
      </w:pPr>
      <w:r w:rsidRPr="002F7635">
        <w:t>Время звучания текста (текстов) для аудирования – до 2 минут.</w:t>
      </w:r>
    </w:p>
    <w:p w14:paraId="0F32D870" w14:textId="5C180F5B" w:rsidR="00F8700D" w:rsidRPr="002F7635" w:rsidRDefault="00D45443" w:rsidP="006F1218">
      <w:pPr>
        <w:pStyle w:val="1d"/>
      </w:pPr>
      <w:r>
        <w:t>Смысловое чтение</w:t>
      </w:r>
    </w:p>
    <w:p w14:paraId="2CA60313" w14:textId="77777777" w:rsidR="00F8700D" w:rsidRPr="002F7635" w:rsidRDefault="00F8700D" w:rsidP="006F1218">
      <w:pPr>
        <w:pStyle w:val="Base"/>
      </w:pPr>
      <w:r w:rsidRPr="002F7635">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77D0C731" w14:textId="77777777" w:rsidR="00F8700D" w:rsidRPr="002F7635" w:rsidRDefault="00F8700D" w:rsidP="006F1218">
      <w:pPr>
        <w:pStyle w:val="Base"/>
      </w:pPr>
      <w:r w:rsidRPr="002F7635">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игнорировать незнакомые слова, несущественные для понимания основного содержания, понимать интернациональные слова.</w:t>
      </w:r>
    </w:p>
    <w:p w14:paraId="1F769418" w14:textId="77777777" w:rsidR="00F8700D" w:rsidRPr="002F7635" w:rsidRDefault="00F8700D" w:rsidP="006F1218">
      <w:pPr>
        <w:pStyle w:val="Base"/>
      </w:pPr>
      <w:r w:rsidRPr="002F7635">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231C28C6" w14:textId="77777777" w:rsidR="00F8700D" w:rsidRPr="002F7635" w:rsidRDefault="00F8700D" w:rsidP="006F1218">
      <w:pPr>
        <w:pStyle w:val="Base"/>
      </w:pPr>
      <w:r w:rsidRPr="002F7635">
        <w:t>Чтение не сплошных текстов (таблиц, диаграмм, схем) и понимание представленной в них информации.</w:t>
      </w:r>
    </w:p>
    <w:p w14:paraId="0A54F56C" w14:textId="77777777" w:rsidR="00F8700D" w:rsidRPr="002F7635" w:rsidRDefault="00F8700D" w:rsidP="006F1218">
      <w:pPr>
        <w:pStyle w:val="Base"/>
      </w:pPr>
      <w:r w:rsidRPr="002F7635">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7857DA44" w14:textId="77777777" w:rsidR="00F8700D" w:rsidRPr="002F7635" w:rsidRDefault="00F8700D" w:rsidP="006F1218">
      <w:pPr>
        <w:pStyle w:val="Base"/>
      </w:pPr>
      <w:r w:rsidRPr="002F7635">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 сплошной текст (таблица, диаграмма).</w:t>
      </w:r>
    </w:p>
    <w:p w14:paraId="5D5D5F15" w14:textId="77777777" w:rsidR="00F8700D" w:rsidRPr="002F7635" w:rsidRDefault="00F8700D" w:rsidP="006F1218">
      <w:pPr>
        <w:pStyle w:val="Base"/>
      </w:pPr>
      <w:r w:rsidRPr="002F7635">
        <w:t>Языковая сложность текстов для чтения должна соответствовать базовому уровню (А2 – допороговому уровню по общеевропейской шкале).</w:t>
      </w:r>
    </w:p>
    <w:p w14:paraId="6215968C" w14:textId="77777777" w:rsidR="00F8700D" w:rsidRPr="002F7635" w:rsidRDefault="00F8700D" w:rsidP="006F1218">
      <w:pPr>
        <w:pStyle w:val="Base"/>
      </w:pPr>
      <w:r w:rsidRPr="002F7635">
        <w:t>Объём текста (текстов) для чтения – 500</w:t>
      </w:r>
      <w:r w:rsidR="006B42AC" w:rsidRPr="006B42AC">
        <w:t>-</w:t>
      </w:r>
      <w:r w:rsidRPr="002F7635">
        <w:t>600 слов.</w:t>
      </w:r>
    </w:p>
    <w:p w14:paraId="713D649B" w14:textId="5E753683" w:rsidR="00F8700D" w:rsidRPr="002F7635" w:rsidRDefault="00D45443" w:rsidP="006F1218">
      <w:pPr>
        <w:pStyle w:val="1d"/>
      </w:pPr>
      <w:r>
        <w:t>Письменная речь</w:t>
      </w:r>
    </w:p>
    <w:p w14:paraId="5B496FCA" w14:textId="77777777" w:rsidR="00F8700D" w:rsidRPr="002F7635" w:rsidRDefault="00F8700D" w:rsidP="006F1218">
      <w:pPr>
        <w:pStyle w:val="Base"/>
      </w:pPr>
      <w:r w:rsidRPr="002F7635">
        <w:t>Развитие умений письменной речи:</w:t>
      </w:r>
    </w:p>
    <w:p w14:paraId="2B527E5D" w14:textId="77777777" w:rsidR="00F8700D" w:rsidRPr="002F7635" w:rsidRDefault="00F8700D" w:rsidP="006F1218">
      <w:pPr>
        <w:pStyle w:val="a4"/>
      </w:pPr>
      <w:r w:rsidRPr="002F7635">
        <w:t>составление плана (тезисов) устного или письменного сообщения;</w:t>
      </w:r>
    </w:p>
    <w:p w14:paraId="16C6716E" w14:textId="77777777" w:rsidR="00F8700D" w:rsidRPr="002F7635" w:rsidRDefault="00F8700D" w:rsidP="006F1218">
      <w:pPr>
        <w:pStyle w:val="a4"/>
      </w:pPr>
      <w:r w:rsidRPr="002F7635">
        <w:t>заполнение анкет и формуляров: сообщение о себе основных сведений в соответствии с нормами, принятыми в стране (странах) изучаемого языка;</w:t>
      </w:r>
    </w:p>
    <w:p w14:paraId="55FA52EA" w14:textId="77777777" w:rsidR="00F8700D" w:rsidRPr="002F7635" w:rsidRDefault="00F8700D" w:rsidP="006F1218">
      <w:pPr>
        <w:pStyle w:val="a4"/>
      </w:pPr>
      <w:r w:rsidRPr="002F7635">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p w14:paraId="7F4BBF8F" w14:textId="77777777" w:rsidR="00F8700D" w:rsidRPr="002F7635" w:rsidRDefault="00F8700D" w:rsidP="006F1218">
      <w:pPr>
        <w:pStyle w:val="a4"/>
      </w:pPr>
      <w:r w:rsidRPr="002F7635">
        <w:lastRenderedPageBreak/>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p w14:paraId="1800C803" w14:textId="77777777" w:rsidR="00F8700D" w:rsidRPr="002F7635" w:rsidRDefault="00F8700D" w:rsidP="006F1218">
      <w:pPr>
        <w:pStyle w:val="a4"/>
      </w:pPr>
      <w:r w:rsidRPr="002F7635">
        <w:t>заполнение таблицы с краткой фиксацией содержания прочитанного (прослушанного) текста;</w:t>
      </w:r>
    </w:p>
    <w:p w14:paraId="7105E6B1" w14:textId="77777777" w:rsidR="00F8700D" w:rsidRPr="002F7635" w:rsidRDefault="00F8700D" w:rsidP="006F1218">
      <w:pPr>
        <w:pStyle w:val="a4"/>
      </w:pPr>
      <w:r w:rsidRPr="002F7635">
        <w:t>преобразование таблицы, схемы в текстовый вариант представления информации;</w:t>
      </w:r>
    </w:p>
    <w:p w14:paraId="0A6FF8B5" w14:textId="77777777" w:rsidR="00F8700D" w:rsidRPr="002F7635" w:rsidRDefault="00F8700D" w:rsidP="006F1218">
      <w:pPr>
        <w:pStyle w:val="a4"/>
      </w:pPr>
      <w:r w:rsidRPr="002F7635">
        <w:t>письменное представление результатов выполненной проектной работы (объём – 100–120 слов).</w:t>
      </w:r>
    </w:p>
    <w:p w14:paraId="04A4FA85" w14:textId="49BE8F16" w:rsidR="00F8700D" w:rsidRPr="002F7635" w:rsidRDefault="00D45443" w:rsidP="006F1218">
      <w:pPr>
        <w:pStyle w:val="1d"/>
      </w:pPr>
      <w:r>
        <w:t>Языковые знания и умения</w:t>
      </w:r>
    </w:p>
    <w:p w14:paraId="482B6DB9" w14:textId="77777777" w:rsidR="00F8700D" w:rsidRPr="002F7635" w:rsidRDefault="00F8700D" w:rsidP="006F1218">
      <w:pPr>
        <w:pStyle w:val="----"/>
      </w:pPr>
      <w:r w:rsidRPr="002F7635">
        <w:t xml:space="preserve">Фонетическая сторона </w:t>
      </w:r>
      <w:r w:rsidRPr="003C444A">
        <w:t>речи</w:t>
      </w:r>
      <w:r w:rsidRPr="002F7635">
        <w:t>.</w:t>
      </w:r>
    </w:p>
    <w:p w14:paraId="451D2EE5" w14:textId="77777777" w:rsidR="00F8700D" w:rsidRPr="002F7635" w:rsidRDefault="00F8700D" w:rsidP="006F1218">
      <w:pPr>
        <w:pStyle w:val="Base"/>
      </w:pPr>
      <w:r w:rsidRPr="002F7635">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0B9CD51F" w14:textId="77777777" w:rsidR="00F8700D" w:rsidRPr="002F7635" w:rsidRDefault="00F8700D" w:rsidP="006F1218">
      <w:pPr>
        <w:pStyle w:val="Base"/>
      </w:pPr>
      <w:r w:rsidRPr="002F7635">
        <w:t>Выражение модального значения, чувства и эмоции.</w:t>
      </w:r>
    </w:p>
    <w:p w14:paraId="1AA8B625" w14:textId="77777777" w:rsidR="00F8700D" w:rsidRPr="002F7635" w:rsidRDefault="00F8700D" w:rsidP="006F1218">
      <w:pPr>
        <w:pStyle w:val="Base"/>
      </w:pPr>
      <w:r w:rsidRPr="002F7635">
        <w:t>Различение на слух британского и американского вариантов произношения в прослушанных текстах или услышанных высказываниях.</w:t>
      </w:r>
    </w:p>
    <w:p w14:paraId="55605F8A" w14:textId="77777777" w:rsidR="00F8700D" w:rsidRPr="002F7635" w:rsidRDefault="00F8700D" w:rsidP="006F1218">
      <w:pPr>
        <w:pStyle w:val="Base"/>
      </w:pPr>
      <w:r w:rsidRPr="002F7635">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D3E1084" w14:textId="77777777" w:rsidR="00F8700D" w:rsidRPr="002F7635" w:rsidRDefault="00F8700D" w:rsidP="006F1218">
      <w:pPr>
        <w:pStyle w:val="Base"/>
      </w:pPr>
      <w:r w:rsidRPr="002F7635">
        <w:t>Тексты для чтения вслух: сообщение информационного характера, отрывок из статьи научно-популярного характера, рассказ, диалог (беседа).</w:t>
      </w:r>
    </w:p>
    <w:p w14:paraId="010C7A90" w14:textId="77777777" w:rsidR="00F8700D" w:rsidRPr="002F7635" w:rsidRDefault="00F8700D" w:rsidP="006F1218">
      <w:pPr>
        <w:pStyle w:val="Base"/>
      </w:pPr>
      <w:r w:rsidRPr="002F7635">
        <w:t>Объём текста для чтения вслух – до 110 слов.</w:t>
      </w:r>
    </w:p>
    <w:p w14:paraId="56C69B49" w14:textId="77777777" w:rsidR="00F8700D" w:rsidRPr="002F7635" w:rsidRDefault="00F8700D" w:rsidP="006F1218">
      <w:pPr>
        <w:pStyle w:val="----"/>
      </w:pPr>
      <w:r w:rsidRPr="002F7635">
        <w:t xml:space="preserve">Графика, </w:t>
      </w:r>
      <w:r w:rsidRPr="0084492F">
        <w:t>орфография</w:t>
      </w:r>
      <w:r w:rsidRPr="002F7635">
        <w:t xml:space="preserve"> и пунктуация.</w:t>
      </w:r>
    </w:p>
    <w:p w14:paraId="1C402979" w14:textId="77777777" w:rsidR="00F8700D" w:rsidRPr="002F7635" w:rsidRDefault="00F8700D" w:rsidP="006F1218">
      <w:pPr>
        <w:pStyle w:val="Base"/>
      </w:pPr>
      <w:r w:rsidRPr="002F7635">
        <w:t>Правильное написание изученных слов.</w:t>
      </w:r>
    </w:p>
    <w:p w14:paraId="6483BFC0" w14:textId="77777777" w:rsidR="00F8700D" w:rsidRPr="002F7635" w:rsidRDefault="00F8700D" w:rsidP="006F1218">
      <w:pPr>
        <w:pStyle w:val="Base"/>
      </w:pPr>
      <w:r w:rsidRPr="002F7635">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14:paraId="2D601CD1" w14:textId="77777777" w:rsidR="00F8700D" w:rsidRPr="002F7635" w:rsidRDefault="00F8700D" w:rsidP="006F1218">
      <w:pPr>
        <w:pStyle w:val="Base"/>
      </w:pPr>
      <w:r w:rsidRPr="002F7635">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B3E3F43" w14:textId="77777777" w:rsidR="00F8700D" w:rsidRPr="002F7635" w:rsidRDefault="00F8700D" w:rsidP="006F1218">
      <w:pPr>
        <w:pStyle w:val="----"/>
      </w:pPr>
      <w:r w:rsidRPr="002F7635">
        <w:t>Лексическая сторона речи.</w:t>
      </w:r>
    </w:p>
    <w:p w14:paraId="7E0DD629" w14:textId="77777777" w:rsidR="00F8700D" w:rsidRPr="002F7635" w:rsidRDefault="00F8700D" w:rsidP="006F1218">
      <w:pPr>
        <w:pStyle w:val="Base"/>
      </w:pPr>
      <w:r w:rsidRPr="002F7635">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3DDE784" w14:textId="77777777" w:rsidR="00F8700D" w:rsidRPr="002F7635" w:rsidRDefault="00F8700D" w:rsidP="006F1218">
      <w:pPr>
        <w:pStyle w:val="Base"/>
      </w:pPr>
      <w:r w:rsidRPr="002F7635">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2307A047" w14:textId="77777777" w:rsidR="00F8700D" w:rsidRPr="002F7635" w:rsidRDefault="00F8700D" w:rsidP="006F1218">
      <w:pPr>
        <w:pStyle w:val="Base"/>
      </w:pPr>
      <w:r w:rsidRPr="002F7635">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769C77DD" w14:textId="77777777" w:rsidR="00F8700D" w:rsidRPr="002F7635" w:rsidRDefault="00F8700D" w:rsidP="006F1218">
      <w:pPr>
        <w:pStyle w:val="Base"/>
      </w:pPr>
      <w:r w:rsidRPr="002F7635">
        <w:t>Основные способы словообразования:</w:t>
      </w:r>
    </w:p>
    <w:p w14:paraId="6BAF62B4" w14:textId="77777777" w:rsidR="00F8700D" w:rsidRPr="002F7635" w:rsidRDefault="00F8700D" w:rsidP="006F1218">
      <w:pPr>
        <w:pStyle w:val="Base"/>
      </w:pPr>
      <w:r w:rsidRPr="002F7635">
        <w:t>а) аффиксация:</w:t>
      </w:r>
    </w:p>
    <w:p w14:paraId="426A7253" w14:textId="77777777" w:rsidR="00F8700D" w:rsidRPr="002F7635" w:rsidRDefault="00F8700D" w:rsidP="006F1218">
      <w:pPr>
        <w:pStyle w:val="a4"/>
      </w:pPr>
      <w:r w:rsidRPr="0084492F">
        <w:t>глаголов</w:t>
      </w:r>
      <w:r w:rsidRPr="002F7635">
        <w:t xml:space="preserve"> с помощью префиксов under-, over-, dis-, mis-;</w:t>
      </w:r>
    </w:p>
    <w:p w14:paraId="08B0B964" w14:textId="77777777" w:rsidR="00F8700D" w:rsidRPr="002F7635" w:rsidRDefault="00F8700D" w:rsidP="006F1218">
      <w:pPr>
        <w:pStyle w:val="a4"/>
      </w:pPr>
      <w:r w:rsidRPr="002F7635">
        <w:t>имён прилагательных с помощью суффиксов -able/-ible;</w:t>
      </w:r>
    </w:p>
    <w:p w14:paraId="7EC4DFA1" w14:textId="77777777" w:rsidR="00F8700D" w:rsidRPr="002F7635" w:rsidRDefault="00F8700D" w:rsidP="006F1218">
      <w:pPr>
        <w:pStyle w:val="a4"/>
      </w:pPr>
      <w:r w:rsidRPr="002F7635">
        <w:t>имён существительных с помощью отрицательных префиксов in-/im-;</w:t>
      </w:r>
    </w:p>
    <w:p w14:paraId="61C42D6E" w14:textId="77777777" w:rsidR="00F8700D" w:rsidRPr="002F7635" w:rsidRDefault="00F8700D" w:rsidP="006F1218">
      <w:pPr>
        <w:pStyle w:val="Base"/>
      </w:pPr>
      <w:r w:rsidRPr="002F7635">
        <w:t>б) словосложение:</w:t>
      </w:r>
    </w:p>
    <w:p w14:paraId="3E0FBE3C" w14:textId="77777777" w:rsidR="00F8700D" w:rsidRPr="002F7635" w:rsidRDefault="00F8700D" w:rsidP="006F1218">
      <w:pPr>
        <w:pStyle w:val="a4"/>
      </w:pPr>
      <w:r w:rsidRPr="002F7635">
        <w:t>образование сложных существительных путём соединения основы числительного с основой существительного с добавлением суффикса -ed(eight-legged);</w:t>
      </w:r>
    </w:p>
    <w:p w14:paraId="7D01E580" w14:textId="77777777" w:rsidR="00F8700D" w:rsidRPr="002F7635" w:rsidRDefault="00F8700D" w:rsidP="006F1218">
      <w:pPr>
        <w:pStyle w:val="a4"/>
      </w:pPr>
      <w:r w:rsidRPr="002F7635">
        <w:t>образование сложных существительных путём соединения основ существительных с предлогом (father-in-law);</w:t>
      </w:r>
    </w:p>
    <w:p w14:paraId="4CCE5A4F" w14:textId="77777777" w:rsidR="00F8700D" w:rsidRPr="002F7635" w:rsidRDefault="00F8700D" w:rsidP="006F1218">
      <w:pPr>
        <w:pStyle w:val="a4"/>
      </w:pPr>
      <w:r w:rsidRPr="002F7635">
        <w:t>образование сложных прилагательных путём соединения основы прилагательного с основой причастия настоящего времени (nice-looking);</w:t>
      </w:r>
    </w:p>
    <w:p w14:paraId="236B5773" w14:textId="77777777" w:rsidR="00F8700D" w:rsidRPr="002F7635" w:rsidRDefault="00F8700D" w:rsidP="006F1218">
      <w:pPr>
        <w:pStyle w:val="a4"/>
      </w:pPr>
      <w:r w:rsidRPr="002F7635">
        <w:t>образование сложных прилагательных путём соединения основы прилагательного с основой причастия прошедшего времени (well-behaved);</w:t>
      </w:r>
    </w:p>
    <w:p w14:paraId="6806ACF1" w14:textId="77777777" w:rsidR="00F8700D" w:rsidRPr="002F7635" w:rsidRDefault="00F8700D" w:rsidP="006F1218">
      <w:pPr>
        <w:pStyle w:val="Base"/>
      </w:pPr>
      <w:r w:rsidRPr="002F7635">
        <w:t>в) конверсия:</w:t>
      </w:r>
    </w:p>
    <w:p w14:paraId="63259568" w14:textId="77777777" w:rsidR="00F8700D" w:rsidRPr="002F7635" w:rsidRDefault="00F8700D" w:rsidP="006F1218">
      <w:pPr>
        <w:pStyle w:val="a4"/>
      </w:pPr>
      <w:r w:rsidRPr="0084492F">
        <w:lastRenderedPageBreak/>
        <w:t>образование</w:t>
      </w:r>
      <w:r w:rsidRPr="002F7635">
        <w:t xml:space="preserve"> </w:t>
      </w:r>
      <w:r w:rsidRPr="006B42AC">
        <w:rPr>
          <w:rStyle w:val="afffe"/>
        </w:rPr>
        <w:t>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33E19A49" w14:textId="77777777" w:rsidR="00F8700D" w:rsidRPr="002F7635" w:rsidRDefault="00F8700D" w:rsidP="006F1218">
      <w:pPr>
        <w:pStyle w:val="Base"/>
      </w:pPr>
      <w:r w:rsidRPr="002F7635">
        <w:t>Различные средства связи в тексте для обеспечения его целостности (firstly, however, finally, at last, etc.).</w:t>
      </w:r>
    </w:p>
    <w:p w14:paraId="70E8C4BF" w14:textId="77777777" w:rsidR="00F8700D" w:rsidRPr="002F7635" w:rsidRDefault="00F8700D" w:rsidP="006F1218">
      <w:pPr>
        <w:pStyle w:val="----"/>
      </w:pPr>
      <w:r w:rsidRPr="002F7635">
        <w:t>Грамматическая сторона речи.</w:t>
      </w:r>
    </w:p>
    <w:p w14:paraId="2CD0D89C" w14:textId="77777777" w:rsidR="00F8700D" w:rsidRPr="002F7635" w:rsidRDefault="00F8700D" w:rsidP="006F1218">
      <w:pPr>
        <w:pStyle w:val="Base"/>
      </w:pPr>
      <w:r w:rsidRPr="002F7635">
        <w:t>Распознавание в письменном и звучащем тексте и употребление в устной</w:t>
      </w:r>
      <w:r w:rsidR="00560955">
        <w:t xml:space="preserve"> </w:t>
      </w:r>
      <w:r w:rsidRPr="002F7635">
        <w:t>и письменной речи изученных морфологических форм и синтаксических конструкций английского языка.</w:t>
      </w:r>
    </w:p>
    <w:p w14:paraId="6312B103" w14:textId="77777777" w:rsidR="00F8700D" w:rsidRPr="007E361D" w:rsidRDefault="00F8700D" w:rsidP="006F1218">
      <w:pPr>
        <w:pStyle w:val="Base"/>
        <w:rPr>
          <w:lang w:val="en-US"/>
        </w:rPr>
      </w:pPr>
      <w:r w:rsidRPr="002F7635">
        <w:t>Предложения</w:t>
      </w:r>
      <w:r w:rsidRPr="002F7635">
        <w:rPr>
          <w:lang w:val="en-US"/>
        </w:rPr>
        <w:t xml:space="preserve"> </w:t>
      </w:r>
      <w:r w:rsidRPr="002F7635">
        <w:t>со</w:t>
      </w:r>
      <w:r w:rsidRPr="002F7635">
        <w:rPr>
          <w:lang w:val="en-US"/>
        </w:rPr>
        <w:t xml:space="preserve"> </w:t>
      </w:r>
      <w:r w:rsidRPr="002F7635">
        <w:t>сложным</w:t>
      </w:r>
      <w:r w:rsidRPr="007E361D">
        <w:rPr>
          <w:lang w:val="en-US"/>
        </w:rPr>
        <w:t xml:space="preserve"> </w:t>
      </w:r>
      <w:r w:rsidRPr="002F7635">
        <w:t>дополнением</w:t>
      </w:r>
      <w:r w:rsidRPr="007E361D">
        <w:rPr>
          <w:lang w:val="en-US"/>
        </w:rPr>
        <w:t xml:space="preserve"> (Complex Object) (I want to have</w:t>
      </w:r>
      <w:r w:rsidR="00560955" w:rsidRPr="007E361D">
        <w:rPr>
          <w:lang w:val="en-US"/>
        </w:rPr>
        <w:t xml:space="preserve"> </w:t>
      </w:r>
      <w:r w:rsidRPr="007E361D">
        <w:rPr>
          <w:lang w:val="en-US"/>
        </w:rPr>
        <w:t>my hair cut.).</w:t>
      </w:r>
    </w:p>
    <w:p w14:paraId="5F1D9FD9" w14:textId="77777777" w:rsidR="00F8700D" w:rsidRPr="002F7635" w:rsidRDefault="00F8700D" w:rsidP="006F1218">
      <w:pPr>
        <w:pStyle w:val="Base"/>
      </w:pPr>
      <w:r w:rsidRPr="002F7635">
        <w:t>Условные предложения нереального характера (Conditional II).</w:t>
      </w:r>
    </w:p>
    <w:p w14:paraId="0E8A26EB" w14:textId="77777777" w:rsidR="00F8700D" w:rsidRPr="002F7635" w:rsidRDefault="00F8700D" w:rsidP="006F1218">
      <w:pPr>
        <w:pStyle w:val="Base"/>
      </w:pPr>
      <w:r w:rsidRPr="002F7635">
        <w:t>Конструкции для выражения предпочтения I prefer …/I’d prefer …/I’d rather ….</w:t>
      </w:r>
    </w:p>
    <w:p w14:paraId="6503CC1A" w14:textId="77777777" w:rsidR="00F8700D" w:rsidRPr="002F7635" w:rsidRDefault="00F8700D" w:rsidP="006F1218">
      <w:pPr>
        <w:pStyle w:val="Base"/>
      </w:pPr>
      <w:r w:rsidRPr="002F7635">
        <w:t>Конструкция I wish ….</w:t>
      </w:r>
    </w:p>
    <w:p w14:paraId="5DB9ED44" w14:textId="77777777" w:rsidR="00F8700D" w:rsidRPr="002F7635" w:rsidRDefault="00F8700D" w:rsidP="006F1218">
      <w:pPr>
        <w:pStyle w:val="Base"/>
      </w:pPr>
      <w:r w:rsidRPr="002F7635">
        <w:t>Предложения с конструкцией either … or, neither … nor.</w:t>
      </w:r>
    </w:p>
    <w:p w14:paraId="40D03227" w14:textId="77777777" w:rsidR="00F8700D" w:rsidRPr="002F7635" w:rsidRDefault="00F8700D" w:rsidP="006F1218">
      <w:pPr>
        <w:pStyle w:val="Base"/>
      </w:pPr>
      <w:r w:rsidRPr="002F7635">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14:paraId="0E20E3F4" w14:textId="77777777" w:rsidR="00F8700D" w:rsidRPr="002F7635" w:rsidRDefault="00F8700D" w:rsidP="006F1218">
      <w:pPr>
        <w:pStyle w:val="Base"/>
      </w:pPr>
      <w:r w:rsidRPr="002F7635">
        <w:t>Порядок следования имён прилагательных (nice long blond hair).</w:t>
      </w:r>
    </w:p>
    <w:p w14:paraId="1ED5BCB1" w14:textId="2C8D673D" w:rsidR="00F8700D" w:rsidRPr="002F7635" w:rsidRDefault="00F8700D" w:rsidP="006F1218">
      <w:pPr>
        <w:pStyle w:val="1d"/>
      </w:pPr>
      <w:r w:rsidRPr="002F7635">
        <w:t>Соци</w:t>
      </w:r>
      <w:r w:rsidR="00D45443">
        <w:t>окультурные знания и умения</w:t>
      </w:r>
    </w:p>
    <w:p w14:paraId="08B49CDC" w14:textId="77777777" w:rsidR="00F8700D" w:rsidRPr="002F7635" w:rsidRDefault="00F8700D" w:rsidP="006F1218">
      <w:pPr>
        <w:pStyle w:val="Base"/>
      </w:pPr>
      <w:r w:rsidRPr="002F7635">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13F24D23" w14:textId="77777777" w:rsidR="00F8700D" w:rsidRPr="002F7635" w:rsidRDefault="00F8700D" w:rsidP="006F1218">
      <w:pPr>
        <w:pStyle w:val="Base"/>
      </w:pPr>
      <w:r w:rsidRPr="002F7635">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w:t>
      </w:r>
      <w:r w:rsidR="00560955">
        <w:t xml:space="preserve"> </w:t>
      </w:r>
      <w:r w:rsidRPr="002F7635">
        <w:t>на английском языке.</w:t>
      </w:r>
    </w:p>
    <w:p w14:paraId="5185E772" w14:textId="77777777" w:rsidR="00F8700D" w:rsidRPr="002F7635" w:rsidRDefault="00F8700D" w:rsidP="006F1218">
      <w:pPr>
        <w:pStyle w:val="Base"/>
      </w:pPr>
      <w:r w:rsidRPr="002F7635">
        <w:t>Формирование элементарного представление о различных вариантах английского языка.</w:t>
      </w:r>
    </w:p>
    <w:p w14:paraId="190CCEF1" w14:textId="77777777" w:rsidR="00F8700D" w:rsidRPr="002F7635" w:rsidRDefault="00F8700D" w:rsidP="006F1218">
      <w:pPr>
        <w:pStyle w:val="Base"/>
      </w:pPr>
      <w:r w:rsidRPr="002F7635">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1B6BB4D1" w14:textId="77777777" w:rsidR="00F8700D" w:rsidRPr="002F7635" w:rsidRDefault="00F8700D" w:rsidP="006F1218">
      <w:pPr>
        <w:pStyle w:val="Base"/>
      </w:pPr>
      <w:r w:rsidRPr="002F7635">
        <w:t>Соблюдение нормы вежливости в межкультурном общении. Развитие умений:</w:t>
      </w:r>
    </w:p>
    <w:p w14:paraId="0E04716C" w14:textId="77777777" w:rsidR="00F8700D" w:rsidRPr="002F7635" w:rsidRDefault="00F8700D" w:rsidP="006F1218">
      <w:pPr>
        <w:pStyle w:val="a4"/>
      </w:pPr>
      <w:r w:rsidRPr="002F7635">
        <w:t>писать свои имя и фамилию, а также имена и фамилии своих родственников и друзей на английском языке;</w:t>
      </w:r>
    </w:p>
    <w:p w14:paraId="5B7FF840" w14:textId="77777777" w:rsidR="00F8700D" w:rsidRPr="002F7635" w:rsidRDefault="00F8700D" w:rsidP="006F1218">
      <w:pPr>
        <w:pStyle w:val="a4"/>
      </w:pPr>
      <w:r w:rsidRPr="002F7635">
        <w:t>правильно оформлять свой адрес на английском языке (в анкете);</w:t>
      </w:r>
    </w:p>
    <w:p w14:paraId="57639C0B" w14:textId="77777777" w:rsidR="00F8700D" w:rsidRPr="002F7635" w:rsidRDefault="00F8700D" w:rsidP="006F1218">
      <w:pPr>
        <w:pStyle w:val="a4"/>
      </w:pPr>
      <w:r w:rsidRPr="002F7635">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366484F" w14:textId="77777777" w:rsidR="00F8700D" w:rsidRPr="002F7635" w:rsidRDefault="00F8700D" w:rsidP="006F1218">
      <w:pPr>
        <w:pStyle w:val="a4"/>
      </w:pPr>
      <w:r w:rsidRPr="002F7635">
        <w:t>кратко представлять Россию и страну (страны) изучаемого языка;</w:t>
      </w:r>
    </w:p>
    <w:p w14:paraId="25F0D146" w14:textId="77777777" w:rsidR="00F8700D" w:rsidRPr="002F7635" w:rsidRDefault="00F8700D" w:rsidP="006F1218">
      <w:pPr>
        <w:pStyle w:val="a4"/>
      </w:pPr>
      <w:r w:rsidRPr="002F7635">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2299245A" w14:textId="77777777" w:rsidR="00F8700D" w:rsidRPr="002F7635" w:rsidRDefault="00F8700D" w:rsidP="006F1218">
      <w:pPr>
        <w:pStyle w:val="a4"/>
      </w:pPr>
      <w:r w:rsidRPr="002F7635">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681453D4" w14:textId="77777777" w:rsidR="00F8700D" w:rsidRPr="002F7635" w:rsidRDefault="00F8700D" w:rsidP="006F1218">
      <w:pPr>
        <w:pStyle w:val="a4"/>
      </w:pPr>
      <w:r w:rsidRPr="002F7635">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p w14:paraId="6EE0E2A0" w14:textId="19524B00" w:rsidR="00F8700D" w:rsidRPr="002F7635" w:rsidRDefault="00D45443" w:rsidP="006F1218">
      <w:pPr>
        <w:pStyle w:val="1d"/>
      </w:pPr>
      <w:r>
        <w:t>Компенсаторные умения</w:t>
      </w:r>
    </w:p>
    <w:p w14:paraId="44630292" w14:textId="77777777" w:rsidR="00F8700D" w:rsidRPr="002F7635" w:rsidRDefault="00F8700D" w:rsidP="006F1218">
      <w:pPr>
        <w:pStyle w:val="Base"/>
      </w:pPr>
      <w:r w:rsidRPr="002F7635">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названия,при непосредственном общении догадываться о значении незнакомых слов</w:t>
      </w:r>
      <w:r w:rsidR="006040D5" w:rsidRPr="002F7635">
        <w:t xml:space="preserve"> </w:t>
      </w:r>
      <w:r w:rsidRPr="002F7635">
        <w:t>с помощью используемых собеседником жестов и мимики.</w:t>
      </w:r>
    </w:p>
    <w:p w14:paraId="25666AFD" w14:textId="77777777" w:rsidR="00F8700D" w:rsidRPr="002F7635" w:rsidRDefault="00F8700D" w:rsidP="006F1218">
      <w:pPr>
        <w:pStyle w:val="Base"/>
      </w:pPr>
      <w:r w:rsidRPr="002F7635">
        <w:lastRenderedPageBreak/>
        <w:t>Переспрашивать, просить повторить, уточняя значение незнакомых слов.</w:t>
      </w:r>
    </w:p>
    <w:p w14:paraId="65233E7B" w14:textId="77777777" w:rsidR="00F8700D" w:rsidRPr="002F7635" w:rsidRDefault="00F8700D" w:rsidP="006F1218">
      <w:pPr>
        <w:pStyle w:val="Base"/>
      </w:pPr>
      <w:r w:rsidRPr="002F7635">
        <w:t>Использование в качестве опоры при порождении собственных высказываний ключевых слов, плана.</w:t>
      </w:r>
    </w:p>
    <w:p w14:paraId="1420D4F8" w14:textId="77777777" w:rsidR="00F8700D" w:rsidRPr="002F7635" w:rsidRDefault="00F8700D" w:rsidP="006F1218">
      <w:pPr>
        <w:pStyle w:val="Base"/>
      </w:pPr>
      <w:r w:rsidRPr="002F7635">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A96F13B" w14:textId="77777777" w:rsidR="00F8700D" w:rsidRPr="002F7635" w:rsidRDefault="00F8700D" w:rsidP="006F1218">
      <w:pPr>
        <w:pStyle w:val="Base"/>
      </w:pPr>
      <w:r w:rsidRPr="002F7635">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1BB134AF" w14:textId="77777777" w:rsidR="00A43B90" w:rsidRPr="002F7635" w:rsidRDefault="00A43B90" w:rsidP="00BB7AA5">
      <w:pPr>
        <w:keepLines/>
        <w:tabs>
          <w:tab w:val="left" w:pos="180"/>
        </w:tabs>
        <w:autoSpaceDE w:val="0"/>
        <w:autoSpaceDN w:val="0"/>
        <w:spacing w:after="0" w:line="240" w:lineRule="auto"/>
        <w:ind w:firstLine="709"/>
        <w:jc w:val="both"/>
        <w:rPr>
          <w:rFonts w:ascii="Times New Roman" w:eastAsia="Times New Roman" w:hAnsi="Times New Roman" w:cs="Times New Roman"/>
          <w:color w:val="000000"/>
          <w:sz w:val="24"/>
          <w:szCs w:val="24"/>
          <w:lang w:val="x-none"/>
        </w:rPr>
      </w:pPr>
    </w:p>
    <w:p w14:paraId="783EE5A7" w14:textId="0646BD8C" w:rsidR="00A43B90" w:rsidRPr="0026604E" w:rsidRDefault="0026604E" w:rsidP="006F1218">
      <w:pPr>
        <w:pStyle w:val="19"/>
      </w:pPr>
      <w:bookmarkStart w:id="27" w:name="_Toc149647019"/>
      <w:bookmarkStart w:id="28" w:name="_Toc150046063"/>
      <w:bookmarkStart w:id="29" w:name="_Toc150046853"/>
      <w:bookmarkStart w:id="30" w:name="_Toc150047085"/>
      <w:bookmarkStart w:id="31" w:name="_Toc150047325"/>
      <w:r w:rsidRPr="0026604E">
        <w:lastRenderedPageBreak/>
        <w:t>Планируемые образовательные результаты</w:t>
      </w:r>
      <w:bookmarkEnd w:id="27"/>
      <w:bookmarkEnd w:id="28"/>
      <w:bookmarkEnd w:id="29"/>
      <w:bookmarkEnd w:id="30"/>
      <w:bookmarkEnd w:id="31"/>
    </w:p>
    <w:p w14:paraId="1FFD2DD5" w14:textId="77777777" w:rsidR="00A43B90" w:rsidRPr="002F7635" w:rsidRDefault="00A43B90" w:rsidP="006F1218">
      <w:pPr>
        <w:pStyle w:val="Base"/>
      </w:pPr>
      <w:r w:rsidRPr="002F7635">
        <w:t>Изучение английского языка в 5</w:t>
      </w:r>
      <w:r w:rsidR="00E520E2">
        <w:t>-</w:t>
      </w:r>
      <w:r w:rsidRPr="002F7635">
        <w:t>9 классах направлено на достижение обучающимися личностных, метапредметных и предметных результатов освоения учебного предмета.</w:t>
      </w:r>
    </w:p>
    <w:p w14:paraId="4ED40916" w14:textId="5888C32C" w:rsidR="00A43B90" w:rsidRPr="00771393" w:rsidRDefault="00771393" w:rsidP="006F1218">
      <w:pPr>
        <w:pStyle w:val="2f6"/>
      </w:pPr>
      <w:bookmarkStart w:id="32" w:name="_Toc149647020"/>
      <w:bookmarkStart w:id="33" w:name="_Toc150046064"/>
      <w:r w:rsidRPr="00771393">
        <w:t>Личностные результаты</w:t>
      </w:r>
      <w:bookmarkEnd w:id="32"/>
      <w:bookmarkEnd w:id="33"/>
    </w:p>
    <w:p w14:paraId="376D807D" w14:textId="77777777" w:rsidR="00DC6567" w:rsidRPr="002F7635" w:rsidRDefault="00DC6567" w:rsidP="006F1218">
      <w:pPr>
        <w:pStyle w:val="Base"/>
      </w:pPr>
      <w:r w:rsidRPr="002F7635">
        <w:t>В результате изучения иностранного (английского) языка на уровне основного общего образования у обучающегося будут сформированы личностные, мета предметные и предметные результаты, обеспечивающие выполнение ФГОС ООО и его успешное дальнейшее образование.</w:t>
      </w:r>
    </w:p>
    <w:p w14:paraId="7EE6F9AC" w14:textId="77777777" w:rsidR="00DC6567" w:rsidRPr="002F7635" w:rsidRDefault="00DC6567" w:rsidP="006F1218">
      <w:pPr>
        <w:pStyle w:val="Base"/>
      </w:pPr>
      <w:r w:rsidRPr="002F7635">
        <w:t>Личностные результаты освоения программы основного общего образования достигаются в единстве учебной и воспитательной деятельности, оорганизации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E053983" w14:textId="77777777" w:rsidR="00DC6567" w:rsidRPr="002F7635" w:rsidRDefault="00DC6567" w:rsidP="006F1218">
      <w:pPr>
        <w:pStyle w:val="Base"/>
      </w:pPr>
      <w:r w:rsidRPr="002F7635">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97C4483" w14:textId="77777777" w:rsidR="00DC6567" w:rsidRPr="008B4D51" w:rsidRDefault="00DC6567" w:rsidP="006F1218">
      <w:pPr>
        <w:pStyle w:val="a5"/>
      </w:pPr>
      <w:r w:rsidRPr="00452522">
        <w:t>гражданского</w:t>
      </w:r>
      <w:r w:rsidRPr="008B4D51">
        <w:t xml:space="preserve"> воспитания:</w:t>
      </w:r>
    </w:p>
    <w:p w14:paraId="1F5D1B0D" w14:textId="77777777" w:rsidR="00DC6567" w:rsidRPr="002F7635" w:rsidRDefault="00DC6567" w:rsidP="006F1218">
      <w:pPr>
        <w:pStyle w:val="a4"/>
      </w:pPr>
      <w:r w:rsidRPr="002F7635">
        <w:t>готовность к выполнению обязанностей гражданина и реализации его прав, уважение прав, свобод и законных интересов других людей;</w:t>
      </w:r>
    </w:p>
    <w:p w14:paraId="51E383CF" w14:textId="77777777" w:rsidR="00DC6567" w:rsidRPr="002F7635" w:rsidRDefault="00DC6567" w:rsidP="006F1218">
      <w:pPr>
        <w:pStyle w:val="a4"/>
      </w:pPr>
      <w:r w:rsidRPr="002F7635">
        <w:t>активное участие в жизни семьи, организации, местного сообщества, родного края, страны;</w:t>
      </w:r>
    </w:p>
    <w:p w14:paraId="20447DFC" w14:textId="77777777" w:rsidR="00DC6567" w:rsidRPr="002F7635" w:rsidRDefault="00DC6567" w:rsidP="006F1218">
      <w:pPr>
        <w:pStyle w:val="a4"/>
      </w:pPr>
      <w:r w:rsidRPr="002F7635">
        <w:t>неприятие любых форм экстремизма, дискриминации;</w:t>
      </w:r>
    </w:p>
    <w:p w14:paraId="7EA1E198" w14:textId="77777777" w:rsidR="00DC6567" w:rsidRPr="002F7635" w:rsidRDefault="00DC6567" w:rsidP="006F1218">
      <w:pPr>
        <w:pStyle w:val="a4"/>
      </w:pPr>
      <w:r w:rsidRPr="002F7635">
        <w:t>понимание роли различных социальных институтов в жизни человека;</w:t>
      </w:r>
    </w:p>
    <w:p w14:paraId="23587523" w14:textId="77777777" w:rsidR="00DC6567" w:rsidRPr="002F7635" w:rsidRDefault="00DC6567" w:rsidP="006F1218">
      <w:pPr>
        <w:pStyle w:val="a4"/>
      </w:pPr>
      <w:r w:rsidRPr="002F7635">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3928F5E" w14:textId="77777777" w:rsidR="00DC6567" w:rsidRPr="002F7635" w:rsidRDefault="00DC6567" w:rsidP="006F1218">
      <w:pPr>
        <w:pStyle w:val="a4"/>
      </w:pPr>
      <w:r w:rsidRPr="002F7635">
        <w:t>представление о способах противодействия коррупции;</w:t>
      </w:r>
    </w:p>
    <w:p w14:paraId="7892BFD8" w14:textId="77777777" w:rsidR="00DC6567" w:rsidRPr="002F7635" w:rsidRDefault="00DC6567" w:rsidP="006F1218">
      <w:pPr>
        <w:pStyle w:val="a4"/>
      </w:pPr>
      <w:r w:rsidRPr="002F7635">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30D6B23D" w14:textId="77777777" w:rsidR="00DC6567" w:rsidRPr="002F7635" w:rsidRDefault="00DC6567" w:rsidP="006F1218">
      <w:pPr>
        <w:pStyle w:val="a4"/>
      </w:pPr>
      <w:r w:rsidRPr="002F7635">
        <w:t>готовность к участию в гуманитарной деятельности (волонтёрство, помощь людям, нуждающимся в ней);</w:t>
      </w:r>
    </w:p>
    <w:p w14:paraId="37808FE0" w14:textId="77777777" w:rsidR="00DC6567" w:rsidRPr="002F7635" w:rsidRDefault="00DC6567" w:rsidP="006F1218">
      <w:pPr>
        <w:pStyle w:val="a5"/>
      </w:pPr>
      <w:r w:rsidRPr="002F7635">
        <w:t xml:space="preserve">патриотического </w:t>
      </w:r>
      <w:r w:rsidRPr="006F1218">
        <w:t>воспитания</w:t>
      </w:r>
      <w:r w:rsidRPr="002F7635">
        <w:t>:</w:t>
      </w:r>
    </w:p>
    <w:p w14:paraId="5A1C4350" w14:textId="77777777" w:rsidR="00DC6567" w:rsidRPr="002F7635" w:rsidRDefault="00DC6567" w:rsidP="006F1218">
      <w:pPr>
        <w:pStyle w:val="a4"/>
      </w:pPr>
      <w:r w:rsidRPr="002F7635">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094F4415" w14:textId="77777777" w:rsidR="00DC6567" w:rsidRPr="002F7635" w:rsidRDefault="00DC6567" w:rsidP="006F1218">
      <w:pPr>
        <w:pStyle w:val="a4"/>
      </w:pPr>
      <w:r w:rsidRPr="002F7635">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40F3A24F" w14:textId="77777777" w:rsidR="00DC6567" w:rsidRPr="002F7635" w:rsidRDefault="00DC6567" w:rsidP="006F1218">
      <w:pPr>
        <w:pStyle w:val="a4"/>
      </w:pPr>
      <w:r w:rsidRPr="002F7635">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5DA691E1" w14:textId="77777777" w:rsidR="00DC6567" w:rsidRPr="002F7635" w:rsidRDefault="00DC6567" w:rsidP="006F1218">
      <w:pPr>
        <w:pStyle w:val="a5"/>
      </w:pPr>
      <w:r w:rsidRPr="002F7635">
        <w:t>духовно-нравственного воспитания:</w:t>
      </w:r>
    </w:p>
    <w:p w14:paraId="5A375521" w14:textId="77777777" w:rsidR="00DC6567" w:rsidRPr="002F7635" w:rsidRDefault="00DC6567" w:rsidP="006F1218">
      <w:pPr>
        <w:pStyle w:val="a4"/>
      </w:pPr>
      <w:r w:rsidRPr="002F7635">
        <w:t>ориентация на моральные ценности и нормы в ситуациях нравственного выбора;</w:t>
      </w:r>
    </w:p>
    <w:p w14:paraId="17C9BE83" w14:textId="77777777" w:rsidR="00DC6567" w:rsidRPr="002F7635" w:rsidRDefault="00DC6567" w:rsidP="006F1218">
      <w:pPr>
        <w:pStyle w:val="a4"/>
      </w:pPr>
      <w:r w:rsidRPr="002F7635">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319E742B" w14:textId="77777777" w:rsidR="00DC6567" w:rsidRPr="002F7635" w:rsidRDefault="00DC6567" w:rsidP="006F1218">
      <w:pPr>
        <w:pStyle w:val="a4"/>
      </w:pPr>
      <w:r w:rsidRPr="002F7635">
        <w:t>активное неприятие асоциальных поступков, свобода и ответственность личности в условиях индивидуального и общественного пространства;</w:t>
      </w:r>
    </w:p>
    <w:p w14:paraId="26DB6186" w14:textId="77777777" w:rsidR="00DC6567" w:rsidRPr="002F7635" w:rsidRDefault="00DC6567" w:rsidP="006F1218">
      <w:pPr>
        <w:pStyle w:val="a5"/>
      </w:pPr>
      <w:r w:rsidRPr="002F7635">
        <w:t>эстетического воспитания:</w:t>
      </w:r>
    </w:p>
    <w:p w14:paraId="49392B98" w14:textId="77777777" w:rsidR="00DC6567" w:rsidRPr="002F7635" w:rsidRDefault="00DC6567" w:rsidP="006F1218">
      <w:pPr>
        <w:pStyle w:val="a4"/>
      </w:pPr>
      <w:r w:rsidRPr="002F7635">
        <w:t>восприимчивость к разным видам искусства, традициям и творчеству своего и других народов, понимание эмоционального воздействия искусства;</w:t>
      </w:r>
    </w:p>
    <w:p w14:paraId="314A3EDC" w14:textId="77777777" w:rsidR="00DC6567" w:rsidRPr="002F7635" w:rsidRDefault="00DC6567" w:rsidP="006F1218">
      <w:pPr>
        <w:pStyle w:val="a4"/>
      </w:pPr>
      <w:r w:rsidRPr="002F7635">
        <w:t>осознание важности художественной культуры как средства коммуникации самовыражения;</w:t>
      </w:r>
    </w:p>
    <w:p w14:paraId="085A5332" w14:textId="77777777" w:rsidR="00DC6567" w:rsidRPr="002F7635" w:rsidRDefault="00DC6567" w:rsidP="006F1218">
      <w:pPr>
        <w:pStyle w:val="a4"/>
      </w:pPr>
      <w:r w:rsidRPr="002F7635">
        <w:t>понимание ценности отечественного и мирового искусства, роли этнических культурных традиций и народного творчества;</w:t>
      </w:r>
    </w:p>
    <w:p w14:paraId="0C364D67" w14:textId="77777777" w:rsidR="00DC6567" w:rsidRPr="002F7635" w:rsidRDefault="00DC6567" w:rsidP="006F1218">
      <w:pPr>
        <w:pStyle w:val="a4"/>
      </w:pPr>
      <w:r w:rsidRPr="002F7635">
        <w:t>стремление к самовыражению в разных видах искусства;</w:t>
      </w:r>
    </w:p>
    <w:p w14:paraId="1A4430A7" w14:textId="77777777" w:rsidR="00DC6567" w:rsidRPr="002F7635" w:rsidRDefault="00DC6567" w:rsidP="006F1218">
      <w:pPr>
        <w:pStyle w:val="a5"/>
      </w:pPr>
      <w:r w:rsidRPr="002F7635">
        <w:t>физического воспитания, формирования культуры здоровья и эмоционального благополучия:</w:t>
      </w:r>
    </w:p>
    <w:p w14:paraId="450B2E0A" w14:textId="77777777" w:rsidR="00DC6567" w:rsidRPr="002F7635" w:rsidRDefault="00DC6567" w:rsidP="006F1218">
      <w:pPr>
        <w:pStyle w:val="a4"/>
      </w:pPr>
      <w:r w:rsidRPr="002F7635">
        <w:lastRenderedPageBreak/>
        <w:t>осознание ценности жизни;</w:t>
      </w:r>
    </w:p>
    <w:p w14:paraId="58F21863" w14:textId="77777777" w:rsidR="00DC6567" w:rsidRPr="002F7635" w:rsidRDefault="00DC6567" w:rsidP="006F1218">
      <w:pPr>
        <w:pStyle w:val="a4"/>
      </w:pPr>
      <w:r w:rsidRPr="002F7635">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A9E773D" w14:textId="77777777" w:rsidR="00DC6567" w:rsidRPr="002F7635" w:rsidRDefault="00DC6567" w:rsidP="006F1218">
      <w:pPr>
        <w:pStyle w:val="a4"/>
      </w:pPr>
      <w:r w:rsidRPr="002F7635">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C5140DF" w14:textId="77777777" w:rsidR="00DC6567" w:rsidRPr="002F7635" w:rsidRDefault="00DC6567" w:rsidP="006F1218">
      <w:pPr>
        <w:pStyle w:val="a4"/>
      </w:pPr>
      <w:r w:rsidRPr="002F7635">
        <w:t>соблюдение правил безопасности, в том числе навыков безопасного поведения в Иинтернет-среде;</w:t>
      </w:r>
    </w:p>
    <w:p w14:paraId="24325918" w14:textId="77777777" w:rsidR="00DC6567" w:rsidRPr="002F7635" w:rsidRDefault="00DC6567" w:rsidP="006F1218">
      <w:pPr>
        <w:pStyle w:val="a4"/>
      </w:pPr>
      <w:r w:rsidRPr="002F7635">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A90BC65" w14:textId="77777777" w:rsidR="00DC6567" w:rsidRPr="002F7635" w:rsidRDefault="00DC6567" w:rsidP="006F1218">
      <w:pPr>
        <w:pStyle w:val="a4"/>
      </w:pPr>
      <w:r w:rsidRPr="002F7635">
        <w:t>умение принимать себя и других, не осуждая;</w:t>
      </w:r>
    </w:p>
    <w:p w14:paraId="5D983DE4" w14:textId="77777777" w:rsidR="00DC6567" w:rsidRPr="002F7635" w:rsidRDefault="00DC6567" w:rsidP="006F1218">
      <w:pPr>
        <w:pStyle w:val="a4"/>
      </w:pPr>
      <w:r w:rsidRPr="002F7635">
        <w:t>умение осознавать эмоциональное состояние себя и других, умение управлять собственным эмоциональным состоянием;</w:t>
      </w:r>
    </w:p>
    <w:p w14:paraId="348B2D72" w14:textId="77777777" w:rsidR="00DC6567" w:rsidRPr="002F7635" w:rsidRDefault="00DC6567" w:rsidP="006F1218">
      <w:pPr>
        <w:pStyle w:val="a4"/>
      </w:pPr>
      <w:r w:rsidRPr="002F7635">
        <w:t>сформированность навыка рефлексии, признание своего права на ошибку и такого же права другого человека;</w:t>
      </w:r>
    </w:p>
    <w:p w14:paraId="5A5B2B2E" w14:textId="77777777" w:rsidR="00DC6567" w:rsidRPr="002F7635" w:rsidRDefault="00DC6567" w:rsidP="006F1218">
      <w:pPr>
        <w:pStyle w:val="a5"/>
      </w:pPr>
      <w:r w:rsidRPr="002F7635">
        <w:t>трудового воспитания:</w:t>
      </w:r>
    </w:p>
    <w:p w14:paraId="76946976" w14:textId="77777777" w:rsidR="00DC6567" w:rsidRPr="002F7635" w:rsidRDefault="00DC6567" w:rsidP="006F1218">
      <w:pPr>
        <w:pStyle w:val="a4"/>
      </w:pPr>
      <w:r w:rsidRPr="002F7635">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69EC755" w14:textId="77777777" w:rsidR="00DC6567" w:rsidRPr="002F7635" w:rsidRDefault="00DC6567" w:rsidP="006F1218">
      <w:pPr>
        <w:pStyle w:val="a4"/>
      </w:pPr>
      <w:r w:rsidRPr="002F7635">
        <w:t>интерес к практическому изучению профессий и труда различного рода, в том числе на основе применения изучаемого предметного знания;</w:t>
      </w:r>
    </w:p>
    <w:p w14:paraId="0451DE46" w14:textId="77777777" w:rsidR="00DC6567" w:rsidRPr="002F7635" w:rsidRDefault="00DC6567" w:rsidP="006F1218">
      <w:pPr>
        <w:pStyle w:val="a4"/>
      </w:pPr>
      <w:r w:rsidRPr="002F7635">
        <w:t>осознание важности обучения на протяжении всей жизни для успешной профессиональной деятельности и развитие необходимых умений для этого;</w:t>
      </w:r>
    </w:p>
    <w:p w14:paraId="53C8E777" w14:textId="77777777" w:rsidR="00DC6567" w:rsidRPr="002F7635" w:rsidRDefault="00DC6567" w:rsidP="006F1218">
      <w:pPr>
        <w:pStyle w:val="a4"/>
      </w:pPr>
      <w:r w:rsidRPr="002F7635">
        <w:t>готовность адаптироваться в профессиональной среде;</w:t>
      </w:r>
    </w:p>
    <w:p w14:paraId="5D64975F" w14:textId="77777777" w:rsidR="00DC6567" w:rsidRPr="002F7635" w:rsidRDefault="00DC6567" w:rsidP="006F1218">
      <w:pPr>
        <w:pStyle w:val="a4"/>
      </w:pPr>
      <w:r w:rsidRPr="002F7635">
        <w:t>уважение к труду и результатам трудовой деятельности;</w:t>
      </w:r>
    </w:p>
    <w:p w14:paraId="770FFADD" w14:textId="77777777" w:rsidR="00DC6567" w:rsidRPr="002F7635" w:rsidRDefault="00DC6567" w:rsidP="006F1218">
      <w:pPr>
        <w:pStyle w:val="a4"/>
      </w:pPr>
      <w:r w:rsidRPr="002F7635">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B17EAF2" w14:textId="77777777" w:rsidR="00DC6567" w:rsidRPr="002F7635" w:rsidRDefault="00DC6567" w:rsidP="006F1218">
      <w:pPr>
        <w:pStyle w:val="a5"/>
      </w:pPr>
      <w:r w:rsidRPr="002F7635">
        <w:t>экологического воспитания:</w:t>
      </w:r>
    </w:p>
    <w:p w14:paraId="1F9D06BB" w14:textId="77777777" w:rsidR="00DC6567" w:rsidRPr="002F7635" w:rsidRDefault="00DC6567" w:rsidP="006F1218">
      <w:pPr>
        <w:pStyle w:val="a4"/>
      </w:pPr>
      <w:r w:rsidRPr="002F7635">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6617EBFA" w14:textId="77777777" w:rsidR="00DC6567" w:rsidRPr="002F7635" w:rsidRDefault="00DC6567" w:rsidP="006F1218">
      <w:pPr>
        <w:pStyle w:val="a4"/>
      </w:pPr>
      <w:r w:rsidRPr="002F7635">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EC4D0EE" w14:textId="77777777" w:rsidR="00DC6567" w:rsidRPr="002F7635" w:rsidRDefault="00DC6567" w:rsidP="006F1218">
      <w:pPr>
        <w:pStyle w:val="a4"/>
      </w:pPr>
      <w:r w:rsidRPr="002F7635">
        <w:t>осознание своей роли как гражданина и потребителя в условиях взаимосвязи природной, технологической и социальной сред;</w:t>
      </w:r>
    </w:p>
    <w:p w14:paraId="1F8FFEA6" w14:textId="77777777" w:rsidR="00DC6567" w:rsidRPr="002F7635" w:rsidRDefault="00DC6567" w:rsidP="006F1218">
      <w:pPr>
        <w:pStyle w:val="a4"/>
      </w:pPr>
      <w:r w:rsidRPr="002F7635">
        <w:t>готовность к участию в практической деятельности экологической направленности;</w:t>
      </w:r>
    </w:p>
    <w:p w14:paraId="7228E504" w14:textId="77777777" w:rsidR="00DC6567" w:rsidRPr="002F7635" w:rsidRDefault="00DC6567" w:rsidP="006F1218">
      <w:pPr>
        <w:pStyle w:val="a5"/>
      </w:pPr>
      <w:r w:rsidRPr="002F7635">
        <w:t>ценности научного познания:</w:t>
      </w:r>
    </w:p>
    <w:p w14:paraId="25E6CBEE" w14:textId="77777777" w:rsidR="00DC6567" w:rsidRPr="002F7635" w:rsidRDefault="00DC6567" w:rsidP="006F1218">
      <w:pPr>
        <w:pStyle w:val="a4"/>
      </w:pPr>
      <w:r w:rsidRPr="002F7635">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222A3E82" w14:textId="77777777" w:rsidR="00DC6567" w:rsidRPr="002F7635" w:rsidRDefault="00DC6567" w:rsidP="006F1218">
      <w:pPr>
        <w:pStyle w:val="a4"/>
      </w:pPr>
      <w:r w:rsidRPr="002F7635">
        <w:t>овладение языковой и читательской культурой как средством познания мира;</w:t>
      </w:r>
    </w:p>
    <w:p w14:paraId="49ACBAEC" w14:textId="77777777" w:rsidR="00DC6567" w:rsidRPr="002F7635" w:rsidRDefault="00DC6567" w:rsidP="006F1218">
      <w:pPr>
        <w:pStyle w:val="a4"/>
      </w:pPr>
      <w:r w:rsidRPr="002F7635">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28BC455" w14:textId="77777777" w:rsidR="00DC6567" w:rsidRPr="002F7635" w:rsidRDefault="00DC6567" w:rsidP="006F1218">
      <w:pPr>
        <w:pStyle w:val="a5"/>
      </w:pPr>
      <w:r w:rsidRPr="002F7635">
        <w:t>адаптации обучающегося к изменяющимся условиям социальной и природной среды:</w:t>
      </w:r>
    </w:p>
    <w:p w14:paraId="46F7A720" w14:textId="77777777" w:rsidR="00DC6567" w:rsidRPr="002F7635" w:rsidRDefault="00DC6567" w:rsidP="006F1218">
      <w:pPr>
        <w:pStyle w:val="a4"/>
      </w:pPr>
      <w:r w:rsidRPr="002F7635">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25D363F3" w14:textId="77777777" w:rsidR="00DC6567" w:rsidRPr="002F7635" w:rsidRDefault="00DC6567" w:rsidP="006F1218">
      <w:pPr>
        <w:pStyle w:val="a4"/>
      </w:pPr>
      <w:r w:rsidRPr="002F7635">
        <w:t>способность обучающихся взаимодействовать в условиях неопределённости, открытость опыту и знаниям других;</w:t>
      </w:r>
    </w:p>
    <w:p w14:paraId="39AE2C48" w14:textId="77777777" w:rsidR="00DC6567" w:rsidRPr="002F7635" w:rsidRDefault="00DC6567" w:rsidP="006F1218">
      <w:pPr>
        <w:pStyle w:val="a4"/>
      </w:pPr>
      <w:r w:rsidRPr="002F7635">
        <w:lastRenderedPageBreak/>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69E5992D" w14:textId="77777777" w:rsidR="00DC6567" w:rsidRPr="002F7635" w:rsidRDefault="00DC6567" w:rsidP="006F1218">
      <w:pPr>
        <w:pStyle w:val="a4"/>
      </w:pPr>
      <w:r w:rsidRPr="002F7635">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28323714" w14:textId="77777777" w:rsidR="00DC6567" w:rsidRPr="002F7635" w:rsidRDefault="00DC6567" w:rsidP="006F1218">
      <w:pPr>
        <w:pStyle w:val="a4"/>
      </w:pPr>
      <w:r w:rsidRPr="002F7635">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w:t>
      </w:r>
      <w:r w:rsidR="00560955">
        <w:t xml:space="preserve"> </w:t>
      </w:r>
      <w:r w:rsidRPr="002F7635">
        <w:t>а также оперировать терминами и представлениями в области концепции устойчивого развития;</w:t>
      </w:r>
    </w:p>
    <w:p w14:paraId="2977CB0A" w14:textId="77777777" w:rsidR="00DC6567" w:rsidRPr="002F7635" w:rsidRDefault="00DC6567" w:rsidP="006F1218">
      <w:pPr>
        <w:pStyle w:val="a4"/>
      </w:pPr>
      <w:r w:rsidRPr="002F7635">
        <w:t>умение анализировать и выявлять взаимосвязи природы, общества и экономики;</w:t>
      </w:r>
    </w:p>
    <w:p w14:paraId="73B51120" w14:textId="77777777" w:rsidR="00DC6567" w:rsidRPr="002F7635" w:rsidRDefault="00DC6567" w:rsidP="006F1218">
      <w:pPr>
        <w:pStyle w:val="a4"/>
      </w:pPr>
      <w:r w:rsidRPr="002F7635">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45EF84F" w14:textId="77777777" w:rsidR="00DC6567" w:rsidRPr="002F7635" w:rsidRDefault="00DC6567" w:rsidP="006F1218">
      <w:pPr>
        <w:pStyle w:val="a4"/>
      </w:pPr>
      <w:r w:rsidRPr="002F7635">
        <w:t>способность обучающихся осознавать стрессовую ситуацию, оценивать происходящие изменения и их последствия;</w:t>
      </w:r>
    </w:p>
    <w:p w14:paraId="4A688F98" w14:textId="77777777" w:rsidR="00DC6567" w:rsidRPr="002F7635" w:rsidRDefault="00DC6567" w:rsidP="006F1218">
      <w:pPr>
        <w:pStyle w:val="a4"/>
      </w:pPr>
      <w:r w:rsidRPr="002F7635">
        <w:t>воспринимать стрессовую ситуацию как вызов, требующий контрмер;</w:t>
      </w:r>
    </w:p>
    <w:p w14:paraId="28598A18" w14:textId="77777777" w:rsidR="00DC6567" w:rsidRPr="002F7635" w:rsidRDefault="00DC6567" w:rsidP="006F1218">
      <w:pPr>
        <w:pStyle w:val="a4"/>
      </w:pPr>
      <w:r w:rsidRPr="002F7635">
        <w:t>оценивать ситуацию стресса, корректировать принимаемые решения и действия;</w:t>
      </w:r>
    </w:p>
    <w:p w14:paraId="0E138653" w14:textId="77777777" w:rsidR="00DC6567" w:rsidRPr="002F7635" w:rsidRDefault="00DC6567" w:rsidP="006F1218">
      <w:pPr>
        <w:pStyle w:val="a4"/>
      </w:pPr>
      <w:r w:rsidRPr="002F7635">
        <w:t>формулировать и оценивать риски и последствия, формировать опыт, уметь находить позитивное в произошедшей ситуации;</w:t>
      </w:r>
    </w:p>
    <w:p w14:paraId="1E14DC32" w14:textId="77777777" w:rsidR="00DC6567" w:rsidRPr="002F7635" w:rsidRDefault="00DC6567" w:rsidP="006F1218">
      <w:pPr>
        <w:pStyle w:val="a4"/>
      </w:pPr>
      <w:r w:rsidRPr="002F7635">
        <w:t>быть готовым действовать в отсутствие гарантий успеха.</w:t>
      </w:r>
    </w:p>
    <w:p w14:paraId="21502CED" w14:textId="77777777" w:rsidR="00DC6567" w:rsidRPr="002F7635" w:rsidRDefault="00DC6567" w:rsidP="006F1218">
      <w:pPr>
        <w:pStyle w:val="Base"/>
      </w:pPr>
      <w:r w:rsidRPr="002F7635">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BD853DF" w14:textId="77777777" w:rsidR="00DC6567" w:rsidRPr="002F7635" w:rsidRDefault="00DC6567" w:rsidP="006F1218">
      <w:pPr>
        <w:pStyle w:val="Base"/>
      </w:pPr>
      <w:r w:rsidRPr="002F7635">
        <w:t>У обучающегося будут сформированы следующие базовые логические действия как часть познавательных универсальных учебных действий:</w:t>
      </w:r>
    </w:p>
    <w:p w14:paraId="55164855" w14:textId="77777777" w:rsidR="00DC6567" w:rsidRPr="002F7635" w:rsidRDefault="00DC6567" w:rsidP="006F1218">
      <w:pPr>
        <w:pStyle w:val="a4"/>
      </w:pPr>
      <w:r w:rsidRPr="002F7635">
        <w:t>выявлять и характеризовать существенные признаки объектов (явлений);</w:t>
      </w:r>
    </w:p>
    <w:p w14:paraId="52E1D92B" w14:textId="77777777" w:rsidR="00DC6567" w:rsidRPr="002F7635" w:rsidRDefault="00DC6567" w:rsidP="006F1218">
      <w:pPr>
        <w:pStyle w:val="a4"/>
      </w:pPr>
      <w:r w:rsidRPr="002F7635">
        <w:t>устанавливать существенный признак классификации, основания для обобщения и сравнения, критерии проводимого анализа;</w:t>
      </w:r>
    </w:p>
    <w:p w14:paraId="3D551CDD" w14:textId="77777777" w:rsidR="00DC6567" w:rsidRPr="002F7635" w:rsidRDefault="00DC6567" w:rsidP="006F1218">
      <w:pPr>
        <w:pStyle w:val="a4"/>
      </w:pPr>
      <w:r w:rsidRPr="002F7635">
        <w:t>с учётом предложенной задачи выявлять закономерности и противоречия в рассматриваемых фактах, данных и наблюдениях;</w:t>
      </w:r>
    </w:p>
    <w:p w14:paraId="054126C0" w14:textId="77777777" w:rsidR="00DC6567" w:rsidRPr="002F7635" w:rsidRDefault="00DC6567" w:rsidP="006F1218">
      <w:pPr>
        <w:pStyle w:val="a4"/>
      </w:pPr>
      <w:r w:rsidRPr="002F7635">
        <w:t>предлагать критерии для выявления закономерностей и противоречий;</w:t>
      </w:r>
    </w:p>
    <w:p w14:paraId="2F784CC6" w14:textId="77777777" w:rsidR="00DC6567" w:rsidRPr="002F7635" w:rsidRDefault="00DC6567" w:rsidP="006F1218">
      <w:pPr>
        <w:pStyle w:val="a4"/>
      </w:pPr>
      <w:r w:rsidRPr="002F7635">
        <w:t>выявлять дефицит информации, данных, необходимых для решения поставленной задачи;</w:t>
      </w:r>
    </w:p>
    <w:p w14:paraId="3526042C" w14:textId="77777777" w:rsidR="00DC6567" w:rsidRPr="002F7635" w:rsidRDefault="00DC6567" w:rsidP="006F1218">
      <w:pPr>
        <w:pStyle w:val="a4"/>
      </w:pPr>
      <w:r w:rsidRPr="002F7635">
        <w:t>выявлять причинно-следственные связи при изучении явлений и процессов;</w:t>
      </w:r>
    </w:p>
    <w:p w14:paraId="0E7AE753" w14:textId="77777777" w:rsidR="00DC6567" w:rsidRPr="002F7635" w:rsidRDefault="00DC6567" w:rsidP="006F1218">
      <w:pPr>
        <w:pStyle w:val="a4"/>
      </w:pPr>
      <w:r w:rsidRPr="002F7635">
        <w:t>делать выводы с использованием дедуктивных и индуктивных умозаключений, умозаключений по аналогии, формулировать гипотезы о взаимосвязях;</w:t>
      </w:r>
    </w:p>
    <w:p w14:paraId="1C091EBD" w14:textId="77777777" w:rsidR="00DC6567" w:rsidRPr="002F7635" w:rsidRDefault="00DC6567" w:rsidP="006F1218">
      <w:pPr>
        <w:pStyle w:val="a4"/>
      </w:pPr>
      <w:r w:rsidRPr="002F7635">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24ED0C5B" w14:textId="77777777" w:rsidR="00DC6567" w:rsidRPr="002F7635" w:rsidRDefault="00DC6567" w:rsidP="006F1218">
      <w:pPr>
        <w:pStyle w:val="Base"/>
      </w:pPr>
      <w:r w:rsidRPr="002F7635">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4FFD4C7" w14:textId="77777777" w:rsidR="00DC6567" w:rsidRPr="002F7635" w:rsidRDefault="00DC6567" w:rsidP="006F1218">
      <w:pPr>
        <w:pStyle w:val="a4"/>
      </w:pPr>
      <w:r w:rsidRPr="002F7635">
        <w:t>использовать вопросы как исследовательский инструмент познания;</w:t>
      </w:r>
    </w:p>
    <w:p w14:paraId="5592A857" w14:textId="77777777" w:rsidR="00DC6567" w:rsidRPr="002F7635" w:rsidRDefault="00DC6567" w:rsidP="006F1218">
      <w:pPr>
        <w:pStyle w:val="a4"/>
      </w:pPr>
      <w:r w:rsidRPr="002F7635">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650E778" w14:textId="77777777" w:rsidR="00DC6567" w:rsidRPr="002F7635" w:rsidRDefault="00DC6567" w:rsidP="006F1218">
      <w:pPr>
        <w:pStyle w:val="a4"/>
      </w:pPr>
      <w:r w:rsidRPr="002F7635">
        <w:t>формулировать гипотезу об истинности собственных суждений и суждений других, аргументировать свою позицию, мнение;</w:t>
      </w:r>
    </w:p>
    <w:p w14:paraId="18CCECF1" w14:textId="77777777" w:rsidR="00DC6567" w:rsidRPr="002F7635" w:rsidRDefault="00DC6567" w:rsidP="006F1218">
      <w:pPr>
        <w:pStyle w:val="a4"/>
      </w:pPr>
      <w:r w:rsidRPr="002F7635">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08AAA741" w14:textId="77777777" w:rsidR="00DC6567" w:rsidRPr="002F7635" w:rsidRDefault="00DC6567" w:rsidP="006F1218">
      <w:pPr>
        <w:pStyle w:val="a4"/>
      </w:pPr>
      <w:r w:rsidRPr="002F7635">
        <w:t>оценивать на применимость и достоверность информацию, полученную в ходе исследования (эксперимента);</w:t>
      </w:r>
    </w:p>
    <w:p w14:paraId="15DF29F4" w14:textId="77777777" w:rsidR="00DC6567" w:rsidRPr="002F7635" w:rsidRDefault="00DC6567" w:rsidP="006F1218">
      <w:pPr>
        <w:pStyle w:val="a4"/>
      </w:pPr>
      <w:r w:rsidRPr="002F7635">
        <w:lastRenderedPageBreak/>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2D59381A" w14:textId="77777777" w:rsidR="00DC6567" w:rsidRPr="002F7635" w:rsidRDefault="00DC6567" w:rsidP="006F1218">
      <w:pPr>
        <w:pStyle w:val="a4"/>
      </w:pPr>
      <w:r w:rsidRPr="002F7635">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52CA1BB4" w14:textId="77777777" w:rsidR="00DC6567" w:rsidRPr="002F7635" w:rsidRDefault="00DC6567" w:rsidP="006F1218">
      <w:pPr>
        <w:pStyle w:val="Base"/>
      </w:pPr>
      <w:r w:rsidRPr="002F7635">
        <w:t>У обучающегося будут сформированы следующие умения работать с информацией как часть познавательных универсальных учебных действий:</w:t>
      </w:r>
    </w:p>
    <w:p w14:paraId="2E95B590" w14:textId="77777777" w:rsidR="00DC6567" w:rsidRPr="002F7635" w:rsidRDefault="00DC6567" w:rsidP="006F1218">
      <w:pPr>
        <w:pStyle w:val="a4"/>
      </w:pPr>
      <w:r w:rsidRPr="002F7635">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406321BD" w14:textId="77777777" w:rsidR="00DC6567" w:rsidRPr="002F7635" w:rsidRDefault="00DC6567" w:rsidP="006F1218">
      <w:pPr>
        <w:pStyle w:val="a4"/>
      </w:pPr>
      <w:r w:rsidRPr="002F7635">
        <w:t>выбирать, анализировать, систематизировать и интерпретировать информацию различных видов и форм представления;</w:t>
      </w:r>
    </w:p>
    <w:p w14:paraId="361233FD" w14:textId="77777777" w:rsidR="00DC6567" w:rsidRPr="002F7635" w:rsidRDefault="00DC6567" w:rsidP="006F1218">
      <w:pPr>
        <w:pStyle w:val="a4"/>
      </w:pPr>
      <w:r w:rsidRPr="002F7635">
        <w:t>находить сходные аргументы (подтверждающие или опровергающие одну и ту же идею, версию) в различных информационных источниках;</w:t>
      </w:r>
    </w:p>
    <w:p w14:paraId="73615310" w14:textId="77777777" w:rsidR="00DC6567" w:rsidRPr="002F7635" w:rsidRDefault="00DC6567" w:rsidP="006F1218">
      <w:pPr>
        <w:pStyle w:val="a4"/>
      </w:pPr>
      <w:r w:rsidRPr="002F7635">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7BC8B10" w14:textId="77777777" w:rsidR="00DC6567" w:rsidRPr="002F7635" w:rsidRDefault="00DC6567" w:rsidP="006F1218">
      <w:pPr>
        <w:pStyle w:val="a4"/>
      </w:pPr>
      <w:r w:rsidRPr="002F7635">
        <w:t>оценивать надёжность информации по критериям, предложенным педагогическим работником или сформулированным самостоятельно;</w:t>
      </w:r>
    </w:p>
    <w:p w14:paraId="172FE791" w14:textId="77777777" w:rsidR="00DC6567" w:rsidRPr="002F7635" w:rsidRDefault="00DC6567" w:rsidP="006F1218">
      <w:pPr>
        <w:pStyle w:val="a4"/>
      </w:pPr>
      <w:r w:rsidRPr="002F7635">
        <w:t>эффективно запоминать и систематизировать информацию.</w:t>
      </w:r>
    </w:p>
    <w:p w14:paraId="23D357CE" w14:textId="77777777" w:rsidR="00DC6567" w:rsidRPr="002F7635" w:rsidRDefault="00DC6567" w:rsidP="006F1218">
      <w:pPr>
        <w:pStyle w:val="Base"/>
      </w:pPr>
      <w:r w:rsidRPr="002F7635">
        <w:t>Овладение системой универсальных учебных познавательных действий обеспечивает сформированность когнитивных навыков у обучающихся.</w:t>
      </w:r>
    </w:p>
    <w:p w14:paraId="7DDC412A" w14:textId="77777777" w:rsidR="00DC6567" w:rsidRPr="002F7635" w:rsidRDefault="00DC6567" w:rsidP="006F1218">
      <w:pPr>
        <w:pStyle w:val="Base"/>
        <w:rPr>
          <w:szCs w:val="24"/>
        </w:rPr>
      </w:pPr>
      <w:r w:rsidRPr="002F7635">
        <w:rPr>
          <w:szCs w:val="24"/>
        </w:rPr>
        <w:t xml:space="preserve">У </w:t>
      </w:r>
      <w:r w:rsidRPr="00C30333">
        <w:rPr>
          <w:rStyle w:val="Base0"/>
        </w:rPr>
        <w:t>обучающегося будут сформированы следующие умения общения как часть коммуникативных универсальны</w:t>
      </w:r>
      <w:r w:rsidRPr="002F7635">
        <w:rPr>
          <w:szCs w:val="24"/>
        </w:rPr>
        <w:t>х учебных действий:</w:t>
      </w:r>
    </w:p>
    <w:p w14:paraId="05BCE578" w14:textId="77777777" w:rsidR="00DC6567" w:rsidRPr="002F7635" w:rsidRDefault="00DC6567" w:rsidP="006F1218">
      <w:pPr>
        <w:pStyle w:val="a4"/>
      </w:pPr>
      <w:r w:rsidRPr="002F7635">
        <w:t>воспринимать и формулировать суждения, выражать эмоции в соответствии с целями и условиями общения;</w:t>
      </w:r>
    </w:p>
    <w:p w14:paraId="3ABBCDCA" w14:textId="77777777" w:rsidR="00DC6567" w:rsidRPr="002F7635" w:rsidRDefault="00DC6567" w:rsidP="006F1218">
      <w:pPr>
        <w:pStyle w:val="a4"/>
      </w:pPr>
      <w:r w:rsidRPr="002F7635">
        <w:t>выражать себя (свою точку зрения) в устных и письменных текстах;</w:t>
      </w:r>
    </w:p>
    <w:p w14:paraId="51D283C4" w14:textId="77777777" w:rsidR="00DC6567" w:rsidRPr="002F7635" w:rsidRDefault="00DC6567" w:rsidP="006F1218">
      <w:pPr>
        <w:pStyle w:val="a4"/>
      </w:pPr>
      <w:r w:rsidRPr="002F7635">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415D7B0" w14:textId="77777777" w:rsidR="00DC6567" w:rsidRPr="002F7635" w:rsidRDefault="00DC6567" w:rsidP="006F1218">
      <w:pPr>
        <w:pStyle w:val="a4"/>
      </w:pPr>
      <w:r w:rsidRPr="002F7635">
        <w:t>понимать намерения других, проявлять уважительное отношение к собеседнику и в корректной форме формулировать свои возражения;</w:t>
      </w:r>
    </w:p>
    <w:p w14:paraId="25003A7B" w14:textId="77777777" w:rsidR="00DC6567" w:rsidRPr="002F7635" w:rsidRDefault="00DC6567" w:rsidP="006F1218">
      <w:pPr>
        <w:pStyle w:val="a4"/>
      </w:pPr>
      <w:r w:rsidRPr="002F7635">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14D0355C" w14:textId="77777777" w:rsidR="00DC6567" w:rsidRPr="002F7635" w:rsidRDefault="00DC6567" w:rsidP="006F1218">
      <w:pPr>
        <w:pStyle w:val="a4"/>
      </w:pPr>
      <w:r w:rsidRPr="002F7635">
        <w:t>сопоставлять свои суждения с суждениями других участников диалога, обнаруживать различие и сходство позиций;</w:t>
      </w:r>
    </w:p>
    <w:p w14:paraId="129BD880" w14:textId="77777777" w:rsidR="00DC6567" w:rsidRPr="002F7635" w:rsidRDefault="00DC6567" w:rsidP="006F1218">
      <w:pPr>
        <w:pStyle w:val="a4"/>
      </w:pPr>
      <w:r w:rsidRPr="002F7635">
        <w:t>публично представлять результаты выполненного опыта (эксперимента, исследования, проекта);</w:t>
      </w:r>
    </w:p>
    <w:p w14:paraId="7FCD6450" w14:textId="77777777" w:rsidR="00DC6567" w:rsidRPr="002F7635" w:rsidRDefault="00DC6567" w:rsidP="006F1218">
      <w:pPr>
        <w:pStyle w:val="a4"/>
      </w:pPr>
      <w:r w:rsidRPr="002F7635">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58E4BA6" w14:textId="77777777" w:rsidR="00DC6567" w:rsidRPr="002F7635" w:rsidRDefault="00DC6567" w:rsidP="006F1218">
      <w:pPr>
        <w:pStyle w:val="Base"/>
        <w:rPr>
          <w:lang w:val="x-none"/>
        </w:rPr>
      </w:pPr>
      <w:r w:rsidRPr="002F7635">
        <w:t>У обучающегося будут сформированы следующие умения совместной деятельности как часть коммуникативных универсальных учебных действий:</w:t>
      </w:r>
    </w:p>
    <w:p w14:paraId="3EF8D913" w14:textId="77777777" w:rsidR="00DC6567" w:rsidRPr="002F7635" w:rsidRDefault="00DC6567" w:rsidP="006F1218">
      <w:pPr>
        <w:pStyle w:val="a4"/>
      </w:pPr>
      <w:r w:rsidRPr="002F7635">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BAC8976" w14:textId="77777777" w:rsidR="00DC6567" w:rsidRPr="002F7635" w:rsidRDefault="00DC6567" w:rsidP="006F1218">
      <w:pPr>
        <w:pStyle w:val="a4"/>
      </w:pPr>
      <w:r w:rsidRPr="002F7635">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52272B8" w14:textId="77777777" w:rsidR="00DC6567" w:rsidRPr="002F7635" w:rsidRDefault="00DC6567" w:rsidP="006F1218">
      <w:pPr>
        <w:pStyle w:val="a4"/>
      </w:pPr>
      <w:r w:rsidRPr="002F7635">
        <w:t>уметь обобщать мнения нескольких людей, проявлять готовность руководить, выполнять поручения, подчиняться;</w:t>
      </w:r>
    </w:p>
    <w:p w14:paraId="2597EA9E" w14:textId="77777777" w:rsidR="00DC6567" w:rsidRPr="002F7635" w:rsidRDefault="00DC6567" w:rsidP="006F1218">
      <w:pPr>
        <w:pStyle w:val="a4"/>
      </w:pPr>
      <w:r w:rsidRPr="002F7635">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01066D8" w14:textId="77777777" w:rsidR="00DC6567" w:rsidRPr="002F7635" w:rsidRDefault="00DC6567" w:rsidP="006F1218">
      <w:pPr>
        <w:pStyle w:val="a4"/>
      </w:pPr>
      <w:r w:rsidRPr="002F7635">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0465632" w14:textId="77777777" w:rsidR="00DC6567" w:rsidRPr="002F7635" w:rsidRDefault="00DC6567" w:rsidP="006F1218">
      <w:pPr>
        <w:pStyle w:val="a4"/>
      </w:pPr>
      <w:r w:rsidRPr="002F7635">
        <w:t>оценивать качество своего вклада в общий продукт по критериям, самостоятельно сформулированным участниками взаимодействия;</w:t>
      </w:r>
    </w:p>
    <w:p w14:paraId="45657AF4" w14:textId="77777777" w:rsidR="00DC6567" w:rsidRPr="002F7635" w:rsidRDefault="00DC6567" w:rsidP="006F1218">
      <w:pPr>
        <w:pStyle w:val="a4"/>
      </w:pPr>
      <w:r w:rsidRPr="002F7635">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12AC4B8" w14:textId="77777777" w:rsidR="00DC6567" w:rsidRPr="002F7635" w:rsidRDefault="00DC6567" w:rsidP="006F1218">
      <w:pPr>
        <w:pStyle w:val="Base"/>
      </w:pPr>
      <w:r w:rsidRPr="002F7635">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40C9BE21" w14:textId="77777777" w:rsidR="00DC6567" w:rsidRPr="002F7635" w:rsidRDefault="00DC6567" w:rsidP="006F1218">
      <w:pPr>
        <w:pStyle w:val="Base"/>
      </w:pPr>
      <w:r w:rsidRPr="002F7635">
        <w:t>У обучающегося будут сформированы следующие умения самоорганизации как часть регулятивных универсальных учебных действий:</w:t>
      </w:r>
    </w:p>
    <w:p w14:paraId="168FD86D" w14:textId="77777777" w:rsidR="00DC6567" w:rsidRPr="002F7635" w:rsidRDefault="00DC6567" w:rsidP="006F1218">
      <w:pPr>
        <w:pStyle w:val="a4"/>
      </w:pPr>
      <w:r w:rsidRPr="002F7635">
        <w:t>выявлять проблемы для решения в жизненных и учебных ситуациях;</w:t>
      </w:r>
    </w:p>
    <w:p w14:paraId="276E784F" w14:textId="77777777" w:rsidR="00DC6567" w:rsidRPr="002F7635" w:rsidRDefault="00DC6567" w:rsidP="006F1218">
      <w:pPr>
        <w:pStyle w:val="a4"/>
      </w:pPr>
      <w:r w:rsidRPr="002F7635">
        <w:t>ориентироваться в различных подходах принятия решений (индивидуальное, принятие решения в группе, принятие решений группой);</w:t>
      </w:r>
    </w:p>
    <w:p w14:paraId="540A36B4" w14:textId="77777777" w:rsidR="00DC6567" w:rsidRPr="002F7635" w:rsidRDefault="00DC6567" w:rsidP="006F1218">
      <w:pPr>
        <w:pStyle w:val="a4"/>
      </w:pPr>
      <w:r w:rsidRPr="002F7635">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6E18696" w14:textId="77777777" w:rsidR="00DC6567" w:rsidRPr="002F7635" w:rsidRDefault="00DC6567" w:rsidP="006F1218">
      <w:pPr>
        <w:pStyle w:val="a4"/>
      </w:pPr>
      <w:r w:rsidRPr="002F7635">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4F4F140" w14:textId="77777777" w:rsidR="00DC6567" w:rsidRPr="002F7635" w:rsidRDefault="00DC6567" w:rsidP="006F1218">
      <w:pPr>
        <w:pStyle w:val="a4"/>
      </w:pPr>
      <w:r w:rsidRPr="002F7635">
        <w:t>делать выбор и брать ответственность за решение.</w:t>
      </w:r>
    </w:p>
    <w:p w14:paraId="33D7E60A" w14:textId="77777777" w:rsidR="00DC6567" w:rsidRPr="002F7635" w:rsidRDefault="00DC6567" w:rsidP="006F1218">
      <w:pPr>
        <w:pStyle w:val="a4"/>
      </w:pPr>
      <w:r w:rsidRPr="002F7635">
        <w:t>У обучающегося будут сформированы следующие умения самоконтроля как часть регулятивных универсальных учебных действий:</w:t>
      </w:r>
    </w:p>
    <w:p w14:paraId="7CA0D38A" w14:textId="77777777" w:rsidR="00DC6567" w:rsidRPr="002F7635" w:rsidRDefault="00DC6567" w:rsidP="006F1218">
      <w:pPr>
        <w:pStyle w:val="a4"/>
      </w:pPr>
      <w:r w:rsidRPr="002F7635">
        <w:t>владеть способами самоконтроля, самомотивации и рефлексии;</w:t>
      </w:r>
    </w:p>
    <w:p w14:paraId="40E04108" w14:textId="77777777" w:rsidR="00DC6567" w:rsidRPr="002F7635" w:rsidRDefault="00DC6567" w:rsidP="006F1218">
      <w:pPr>
        <w:pStyle w:val="a4"/>
      </w:pPr>
      <w:r w:rsidRPr="002F7635">
        <w:t>давать адекватную оценку ситуации и предлагать план её изменения;</w:t>
      </w:r>
    </w:p>
    <w:p w14:paraId="762B98F5" w14:textId="77777777" w:rsidR="00DC6567" w:rsidRPr="002F7635" w:rsidRDefault="00DC6567" w:rsidP="006F1218">
      <w:pPr>
        <w:pStyle w:val="a4"/>
      </w:pPr>
      <w:r w:rsidRPr="002F7635">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197F308" w14:textId="77777777" w:rsidR="00DC6567" w:rsidRPr="002F7635" w:rsidRDefault="00DC6567" w:rsidP="006F1218">
      <w:pPr>
        <w:pStyle w:val="a4"/>
      </w:pPr>
      <w:r w:rsidRPr="002F7635">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D532F7B" w14:textId="77777777" w:rsidR="00DC6567" w:rsidRPr="002F7635" w:rsidRDefault="00DC6567" w:rsidP="006F1218">
      <w:pPr>
        <w:pStyle w:val="a4"/>
      </w:pPr>
      <w:r w:rsidRPr="002F7635">
        <w:t>вносить коррективы в деятельность на основе новых обстоятельств, изменившихся ситуаций, установленных ошибок, возникших трудностей;</w:t>
      </w:r>
    </w:p>
    <w:p w14:paraId="3B5156A7" w14:textId="77777777" w:rsidR="00DC6567" w:rsidRPr="002F7635" w:rsidRDefault="00DC6567" w:rsidP="006F1218">
      <w:pPr>
        <w:pStyle w:val="a4"/>
      </w:pPr>
      <w:r w:rsidRPr="002F7635">
        <w:t>оценивать соответствие результата цели и условиям.</w:t>
      </w:r>
    </w:p>
    <w:p w14:paraId="3A762939" w14:textId="77777777" w:rsidR="00DC6567" w:rsidRPr="002F7635" w:rsidRDefault="00DC6567" w:rsidP="006F1218">
      <w:pPr>
        <w:pStyle w:val="Base"/>
      </w:pPr>
      <w:r w:rsidRPr="002F7635">
        <w:t>У обучающегося будут сформированы следующие умения эмоционального интеллекта как часть регулятивных универсальных учебных действий:</w:t>
      </w:r>
    </w:p>
    <w:p w14:paraId="62184067" w14:textId="77777777" w:rsidR="00DC6567" w:rsidRPr="002F7635" w:rsidRDefault="00DC6567" w:rsidP="006F1218">
      <w:pPr>
        <w:pStyle w:val="a4"/>
      </w:pPr>
      <w:r w:rsidRPr="002F7635">
        <w:t>различать, называть и управлять собственными эмоциями и эмоциями других;</w:t>
      </w:r>
    </w:p>
    <w:p w14:paraId="576BA14F" w14:textId="77777777" w:rsidR="00DC6567" w:rsidRPr="002F7635" w:rsidRDefault="00DC6567" w:rsidP="006F1218">
      <w:pPr>
        <w:pStyle w:val="a4"/>
      </w:pPr>
      <w:r w:rsidRPr="002F7635">
        <w:t>выявлять и анализировать причины эмоций;</w:t>
      </w:r>
    </w:p>
    <w:p w14:paraId="57183122" w14:textId="77777777" w:rsidR="00DC6567" w:rsidRPr="002F7635" w:rsidRDefault="00DC6567" w:rsidP="006F1218">
      <w:pPr>
        <w:pStyle w:val="a4"/>
      </w:pPr>
      <w:r w:rsidRPr="002F7635">
        <w:t>ставить себя на место другого человека, понимать мотивы и намерения другого;</w:t>
      </w:r>
    </w:p>
    <w:p w14:paraId="5621D299" w14:textId="77777777" w:rsidR="00DC6567" w:rsidRPr="002F7635" w:rsidRDefault="00DC6567" w:rsidP="006F1218">
      <w:pPr>
        <w:pStyle w:val="a4"/>
      </w:pPr>
      <w:r w:rsidRPr="002F7635">
        <w:t>регулировать способ выражения эмоций.</w:t>
      </w:r>
    </w:p>
    <w:p w14:paraId="6A990AFA" w14:textId="77777777" w:rsidR="00DC6567" w:rsidRPr="002F7635" w:rsidRDefault="00DC6567" w:rsidP="006F1218">
      <w:pPr>
        <w:pStyle w:val="a4"/>
      </w:pPr>
      <w:r w:rsidRPr="002F7635">
        <w:t>У обучающегося будут сформированы следующие умения принимать себя и других как часть регулятивных универсальных учебных действий:</w:t>
      </w:r>
    </w:p>
    <w:p w14:paraId="0C46F908" w14:textId="77777777" w:rsidR="00DC6567" w:rsidRPr="002F7635" w:rsidRDefault="00DC6567" w:rsidP="006F1218">
      <w:pPr>
        <w:pStyle w:val="a4"/>
      </w:pPr>
      <w:r w:rsidRPr="002F7635">
        <w:t>осознанно относиться к другому человеку, его мнению; признавать своё право на ошибку и такое же право другого;</w:t>
      </w:r>
    </w:p>
    <w:p w14:paraId="19CC6414" w14:textId="77777777" w:rsidR="00DC6567" w:rsidRPr="002F7635" w:rsidRDefault="00DC6567" w:rsidP="006F1218">
      <w:pPr>
        <w:pStyle w:val="a4"/>
      </w:pPr>
      <w:r w:rsidRPr="002F7635">
        <w:t>принимать себя и других, не осуждая;</w:t>
      </w:r>
    </w:p>
    <w:p w14:paraId="51280145" w14:textId="77777777" w:rsidR="00DC6567" w:rsidRPr="002F7635" w:rsidRDefault="00DC6567" w:rsidP="006F1218">
      <w:pPr>
        <w:pStyle w:val="a4"/>
      </w:pPr>
      <w:r w:rsidRPr="002F7635">
        <w:t>открытость себе и другим;</w:t>
      </w:r>
    </w:p>
    <w:p w14:paraId="06C5A224" w14:textId="77777777" w:rsidR="00DC6567" w:rsidRPr="002F7635" w:rsidRDefault="00DC6567" w:rsidP="006F1218">
      <w:pPr>
        <w:pStyle w:val="a4"/>
      </w:pPr>
      <w:r w:rsidRPr="002F7635">
        <w:t>осознавать невозможность контролировать всё вокруг.</w:t>
      </w:r>
    </w:p>
    <w:p w14:paraId="66E9EC08" w14:textId="77777777" w:rsidR="00DC6567" w:rsidRPr="002F7635" w:rsidRDefault="00DC6567" w:rsidP="006F1218">
      <w:pPr>
        <w:pStyle w:val="Base"/>
      </w:pPr>
      <w:r w:rsidRPr="002F7635">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710EE83" w14:textId="58D36D29" w:rsidR="0048374F" w:rsidRPr="006F1218" w:rsidRDefault="0048374F" w:rsidP="006F1218">
      <w:pPr>
        <w:pStyle w:val="2f6"/>
      </w:pPr>
      <w:bookmarkStart w:id="34" w:name="_Toc149647021"/>
      <w:bookmarkStart w:id="35" w:name="_Toc150046065"/>
      <w:r w:rsidRPr="006F1218">
        <w:t>Предметные результаты</w:t>
      </w:r>
      <w:bookmarkEnd w:id="34"/>
      <w:bookmarkEnd w:id="35"/>
    </w:p>
    <w:p w14:paraId="1F9AD7E1" w14:textId="77777777" w:rsidR="00DC6567" w:rsidRPr="002F7635" w:rsidRDefault="00DC6567" w:rsidP="006F1218">
      <w:pPr>
        <w:pStyle w:val="Base"/>
      </w:pPr>
      <w:r w:rsidRPr="002F7635">
        <w:t>Предметные результаты освоения программы по и</w:t>
      </w:r>
      <w:r w:rsidR="0048374F" w:rsidRPr="002F7635">
        <w:t>иностранному</w:t>
      </w:r>
      <w:r w:rsidRPr="002F7635">
        <w:t xml:space="preserve"> (английскому) языку ориентированы на применение знаний, умений и навыков</w:t>
      </w:r>
      <w:r w:rsidR="0048374F" w:rsidRPr="002F7635">
        <w:t xml:space="preserve"> </w:t>
      </w:r>
      <w:r w:rsidRPr="002F7635">
        <w:t xml:space="preserve">в учебных ситуациях и реальных жизненных условиях, должны отражать сформированность иноязычной коммуникативной компетенции на допороговом </w:t>
      </w:r>
      <w:r w:rsidRPr="002F7635">
        <w:lastRenderedPageBreak/>
        <w:t>уровне в совокупности её составляющих – речевой, языковой, социокультурной, компенсаторной, метапредметной (учебно-познавательной).</w:t>
      </w:r>
    </w:p>
    <w:p w14:paraId="1258A6BC" w14:textId="7C40EF69" w:rsidR="0048374F" w:rsidRPr="00917DFF" w:rsidRDefault="0048374F" w:rsidP="008C718A">
      <w:pPr>
        <w:pStyle w:val="affff1"/>
      </w:pPr>
      <w:bookmarkStart w:id="36" w:name="_Toc149647022"/>
      <w:bookmarkStart w:id="37" w:name="_Toc150046066"/>
      <w:bookmarkStart w:id="38" w:name="_Toc150047326"/>
      <w:r w:rsidRPr="00917DFF">
        <w:t xml:space="preserve">5 </w:t>
      </w:r>
      <w:r w:rsidRPr="00452522">
        <w:t>класс</w:t>
      </w:r>
      <w:bookmarkEnd w:id="36"/>
      <w:bookmarkEnd w:id="37"/>
      <w:bookmarkEnd w:id="38"/>
    </w:p>
    <w:p w14:paraId="6E014586" w14:textId="77777777" w:rsidR="00DC6567" w:rsidRPr="002F7635" w:rsidRDefault="00DC6567" w:rsidP="006F1218">
      <w:pPr>
        <w:pStyle w:val="Base"/>
      </w:pPr>
      <w:r w:rsidRPr="002F7635">
        <w:t>Предметные результаты освоения программы по иностранному (английскому) языку к концу обучения в 5 классе:</w:t>
      </w:r>
    </w:p>
    <w:p w14:paraId="41D50D9B" w14:textId="77777777" w:rsidR="00DC6567" w:rsidRPr="002F7635" w:rsidRDefault="00DC6567" w:rsidP="006F1218">
      <w:pPr>
        <w:pStyle w:val="a5"/>
        <w:numPr>
          <w:ilvl w:val="0"/>
          <w:numId w:val="22"/>
        </w:numPr>
        <w:ind w:left="720"/>
      </w:pPr>
      <w:r w:rsidRPr="002F7635">
        <w:t xml:space="preserve">владеть </w:t>
      </w:r>
      <w:r w:rsidRPr="00C30333">
        <w:t>основными</w:t>
      </w:r>
      <w:r w:rsidRPr="002F7635">
        <w:t xml:space="preserve"> видами речевой деятельности:</w:t>
      </w:r>
    </w:p>
    <w:p w14:paraId="2577CAC0" w14:textId="77777777" w:rsidR="00DC6567" w:rsidRPr="002F7635" w:rsidRDefault="00DC6567" w:rsidP="006F1218">
      <w:pPr>
        <w:pStyle w:val="a4"/>
      </w:pPr>
      <w:r w:rsidRPr="002F7635">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7FAA009D" w14:textId="77777777" w:rsidR="00DC6567" w:rsidRPr="002F7635" w:rsidRDefault="00DC6567" w:rsidP="006F1218">
      <w:pPr>
        <w:pStyle w:val="a4"/>
      </w:pPr>
      <w:r w:rsidRPr="002F7635">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w:t>
      </w:r>
      <w:r w:rsidR="003F422E">
        <w:t>-</w:t>
      </w:r>
      <w:r w:rsidRPr="002F7635">
        <w:t>6 фраз), излагать основное содержание прочитанного текста с вербальными и (или) зрительными опорами (объём – 5</w:t>
      </w:r>
      <w:r w:rsidR="003F422E">
        <w:t>-</w:t>
      </w:r>
      <w:r w:rsidRPr="002F7635">
        <w:t>6 фраз), кратко излагать результаты выполненной проектной работы (объём – до 6 фраз);</w:t>
      </w:r>
    </w:p>
    <w:p w14:paraId="37E67136" w14:textId="77777777" w:rsidR="00DC6567" w:rsidRPr="002F7635" w:rsidRDefault="00DC6567" w:rsidP="006F1218">
      <w:pPr>
        <w:pStyle w:val="a4"/>
      </w:pPr>
      <w:r w:rsidRPr="002F7635">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1E91E6EE" w14:textId="77777777" w:rsidR="00DC6567" w:rsidRPr="002F7635" w:rsidRDefault="00DC6567" w:rsidP="006F1218">
      <w:pPr>
        <w:pStyle w:val="a4"/>
      </w:pPr>
      <w:r w:rsidRPr="002F7635">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w:t>
      </w:r>
      <w:r w:rsidR="000A7562">
        <w:t>-</w:t>
      </w:r>
      <w:r w:rsidRPr="002F7635">
        <w:t xml:space="preserve">200 слов), читать про себя </w:t>
      </w:r>
      <w:r w:rsidR="0048374F" w:rsidRPr="002F7635">
        <w:t>не сплошные</w:t>
      </w:r>
      <w:r w:rsidRPr="002F7635">
        <w:t xml:space="preserve"> тексты (таблицы) и понимать представленную в них информацию;</w:t>
      </w:r>
    </w:p>
    <w:p w14:paraId="5E5508C8" w14:textId="77777777" w:rsidR="00DC6567" w:rsidRPr="002F7635" w:rsidRDefault="00DC6567" w:rsidP="006F1218">
      <w:pPr>
        <w:pStyle w:val="a4"/>
      </w:pPr>
      <w:r w:rsidRPr="002F7635">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7F3ED611" w14:textId="77777777" w:rsidR="00DC6567" w:rsidRPr="002F7635" w:rsidRDefault="00DC6567" w:rsidP="006F1218">
      <w:pPr>
        <w:pStyle w:val="a5"/>
      </w:pPr>
      <w:r w:rsidRPr="002F7635">
        <w:t xml:space="preserve">владеть фонетическими навыками: различать на слух и адекватно, без ошибок, ведущих к сбою </w:t>
      </w:r>
      <w:r w:rsidRPr="00C30333">
        <w:t>коммуникации</w:t>
      </w:r>
      <w:r w:rsidRPr="002F7635">
        <w:t>,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28A73C38" w14:textId="77777777" w:rsidR="00DC6567" w:rsidRPr="002F7635" w:rsidRDefault="00DC6567" w:rsidP="006F1218">
      <w:pPr>
        <w:pStyle w:val="a4"/>
      </w:pPr>
      <w:r w:rsidRPr="002F7635">
        <w:t>владеть орфографическими навыками: правильно писать изученные слова;</w:t>
      </w:r>
    </w:p>
    <w:p w14:paraId="32BDF581" w14:textId="77777777" w:rsidR="00DC6567" w:rsidRPr="002F7635" w:rsidRDefault="00DC6567" w:rsidP="006F1218">
      <w:pPr>
        <w:pStyle w:val="a4"/>
      </w:pPr>
      <w:r w:rsidRPr="002F7635">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C802271" w14:textId="3F8A7C45" w:rsidR="00DC6567" w:rsidRPr="002F7635" w:rsidRDefault="00DC6567" w:rsidP="006F1218">
      <w:pPr>
        <w:pStyle w:val="a5"/>
        <w:rPr>
          <w:lang w:val="x-none"/>
        </w:rPr>
      </w:pPr>
      <w:r w:rsidRPr="002F7635">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14:paraId="1AB614F5" w14:textId="77777777" w:rsidR="00DC6567" w:rsidRPr="002F7635" w:rsidRDefault="00DC6567" w:rsidP="006F1218">
      <w:pPr>
        <w:pStyle w:val="a4"/>
      </w:pPr>
      <w:r w:rsidRPr="002F7635">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w:t>
      </w:r>
      <w:r w:rsidRPr="002F7635">
        <w:lastRenderedPageBreak/>
        <w:t>имена прилагательные с суффиксами -ful, -ian/-an, наречия с суффиксом -ly, имена прилагательные, имена существительные и наречия с отрицательным префиксом un-;</w:t>
      </w:r>
    </w:p>
    <w:p w14:paraId="564EAE8E" w14:textId="77777777" w:rsidR="00DC6567" w:rsidRPr="002F7635" w:rsidRDefault="00DC6567" w:rsidP="006F1218">
      <w:pPr>
        <w:pStyle w:val="a4"/>
      </w:pPr>
      <w:r w:rsidRPr="002F7635">
        <w:t>распознавать и употреблять в устной и письменной речи изученные синонимы и интернациональные слова;</w:t>
      </w:r>
    </w:p>
    <w:p w14:paraId="238B563A" w14:textId="0AF97F72" w:rsidR="00DC6567" w:rsidRPr="002F7635" w:rsidRDefault="00DC6567" w:rsidP="006F1218">
      <w:pPr>
        <w:pStyle w:val="a5"/>
      </w:pPr>
      <w:r w:rsidRPr="002F7635">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377C457" w14:textId="77777777" w:rsidR="00DC6567" w:rsidRPr="002F7635" w:rsidRDefault="00DC6567" w:rsidP="006F1218">
      <w:pPr>
        <w:pStyle w:val="Base"/>
      </w:pPr>
      <w:r w:rsidRPr="002F7635">
        <w:t xml:space="preserve">распознавать в письменном и звучащем тексте и употреблять в </w:t>
      </w:r>
      <w:r w:rsidRPr="00452522">
        <w:rPr>
          <w:rStyle w:val="c16"/>
        </w:rPr>
        <w:t>устной</w:t>
      </w:r>
      <w:r w:rsidRPr="002F7635">
        <w:t xml:space="preserve"> и письменной речи:</w:t>
      </w:r>
    </w:p>
    <w:p w14:paraId="14B40C35" w14:textId="77777777" w:rsidR="00DC6567" w:rsidRPr="002F7635" w:rsidRDefault="00DC6567" w:rsidP="006F1218">
      <w:pPr>
        <w:pStyle w:val="a4"/>
      </w:pPr>
      <w:r w:rsidRPr="002F7635">
        <w:t>предложения с несколькими обстоятельствами, следующими в определённом порядке;</w:t>
      </w:r>
    </w:p>
    <w:p w14:paraId="5A45157C" w14:textId="77777777" w:rsidR="00DC6567" w:rsidRPr="002F7635" w:rsidRDefault="00DC6567" w:rsidP="006F1218">
      <w:pPr>
        <w:pStyle w:val="a4"/>
      </w:pPr>
      <w:r w:rsidRPr="002F7635">
        <w:t>вопросительные предложения (альтернативный и разделительный вопросы в Present/Past/Future Simple Tense);</w:t>
      </w:r>
    </w:p>
    <w:p w14:paraId="275613C9" w14:textId="77777777" w:rsidR="00DC6567" w:rsidRPr="002F7635" w:rsidRDefault="00DC6567" w:rsidP="006F1218">
      <w:pPr>
        <w:pStyle w:val="a4"/>
      </w:pPr>
      <w:r w:rsidRPr="002F7635">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14:paraId="2C41C26A" w14:textId="77777777" w:rsidR="00DC6567" w:rsidRPr="002F7635" w:rsidRDefault="00DC6567" w:rsidP="006F1218">
      <w:pPr>
        <w:pStyle w:val="a4"/>
      </w:pPr>
      <w:r w:rsidRPr="002F7635">
        <w:t>имена существительные во множественном числе, в том числе имена существительные, имеющие форму только множественного числа;</w:t>
      </w:r>
    </w:p>
    <w:p w14:paraId="71CC1F6B" w14:textId="77777777" w:rsidR="00DC6567" w:rsidRPr="002F7635" w:rsidRDefault="00DC6567" w:rsidP="006F1218">
      <w:pPr>
        <w:pStyle w:val="a4"/>
      </w:pPr>
      <w:r w:rsidRPr="002F7635">
        <w:t>имена существительные с причастиями настоящего и прошедшего времени;</w:t>
      </w:r>
    </w:p>
    <w:p w14:paraId="3EDE2D94" w14:textId="77777777" w:rsidR="00DC6567" w:rsidRPr="002F7635" w:rsidRDefault="00DC6567" w:rsidP="006F1218">
      <w:pPr>
        <w:pStyle w:val="a4"/>
      </w:pPr>
      <w:r w:rsidRPr="002F7635">
        <w:t>наречия в положительной, сравнительной и превосходной степенях, образованные по правилу, и исключения;</w:t>
      </w:r>
    </w:p>
    <w:p w14:paraId="6C875B35" w14:textId="0094BE5A" w:rsidR="00DC6567" w:rsidRPr="002F7635" w:rsidRDefault="00DC6567" w:rsidP="006F1218">
      <w:pPr>
        <w:pStyle w:val="a5"/>
        <w:rPr>
          <w:lang w:val="x-none"/>
        </w:rPr>
      </w:pPr>
      <w:r w:rsidRPr="002F7635">
        <w:t>владеть социокультурными знаниями и умениями:</w:t>
      </w:r>
    </w:p>
    <w:p w14:paraId="1FC2F54B" w14:textId="77777777" w:rsidR="00DC6567" w:rsidRPr="002F7635" w:rsidRDefault="00DC6567" w:rsidP="006F1218">
      <w:pPr>
        <w:pStyle w:val="a4"/>
      </w:pPr>
      <w:r w:rsidRPr="002F7635">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15490D99" w14:textId="77777777" w:rsidR="00DC6567" w:rsidRPr="002F7635" w:rsidRDefault="00DC6567" w:rsidP="006F1218">
      <w:pPr>
        <w:pStyle w:val="a4"/>
      </w:pPr>
      <w:r w:rsidRPr="002F7635">
        <w:t>знать (понимать) и использовать в устной и письменной речи наиболее употребительную лексику, обозначающую фоновую лексику и реалии страны (стран) изучаемого языка в рамках тематического содержания речи;</w:t>
      </w:r>
    </w:p>
    <w:p w14:paraId="2E9B67C5" w14:textId="77777777" w:rsidR="00DC6567" w:rsidRPr="002F7635" w:rsidRDefault="00DC6567" w:rsidP="006F1218">
      <w:pPr>
        <w:pStyle w:val="a4"/>
      </w:pPr>
      <w:r w:rsidRPr="002F7635">
        <w:t>правильно оформлять адрес, писать фамилии и имена (свои, родственников и друзей) на английском языке (в анкете, формуляре);</w:t>
      </w:r>
    </w:p>
    <w:p w14:paraId="1AE8CB75" w14:textId="77777777" w:rsidR="00DC6567" w:rsidRPr="002F7635" w:rsidRDefault="00DC6567" w:rsidP="006F1218">
      <w:pPr>
        <w:pStyle w:val="a4"/>
      </w:pPr>
      <w:r w:rsidRPr="002F7635">
        <w:t>обладать базовыми знаниями о социокультурном портрете родной страны и страны (стран) изучаемого языка;</w:t>
      </w:r>
    </w:p>
    <w:p w14:paraId="6FD207A4" w14:textId="77777777" w:rsidR="00DC6567" w:rsidRPr="002F7635" w:rsidRDefault="00DC6567" w:rsidP="006F1218">
      <w:pPr>
        <w:pStyle w:val="a4"/>
      </w:pPr>
      <w:r w:rsidRPr="002F7635">
        <w:t>кратко представлять Россию и страны (стран) изучаемого языка;</w:t>
      </w:r>
    </w:p>
    <w:p w14:paraId="677C0AFF" w14:textId="530C5318" w:rsidR="00DC6567" w:rsidRPr="002F7635" w:rsidRDefault="00DC6567" w:rsidP="006F1218">
      <w:pPr>
        <w:pStyle w:val="a5"/>
      </w:pPr>
      <w:r w:rsidRPr="002F7635">
        <w:t xml:space="preserve">владеть компенсаторными умениями: использовать при чтении и аудировании </w:t>
      </w:r>
      <w:r w:rsidRPr="00202C66">
        <w:t>языковую</w:t>
      </w:r>
      <w:r w:rsidRPr="002F7635">
        <w:t xml:space="preserve">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CBED28C" w14:textId="6B7C93FD" w:rsidR="00DC6567" w:rsidRPr="002F7635" w:rsidRDefault="00DC6567" w:rsidP="006F1218">
      <w:pPr>
        <w:pStyle w:val="a5"/>
      </w:pPr>
      <w:r w:rsidRPr="002F7635">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FA00CA4" w14:textId="04687E9A" w:rsidR="00DC6567" w:rsidRPr="002F7635" w:rsidRDefault="00DC6567" w:rsidP="006F1218">
      <w:pPr>
        <w:pStyle w:val="a5"/>
      </w:pPr>
      <w:r w:rsidRPr="002F7635">
        <w:t>использовать иноязычные словари и справочники, в том числе информационно-справочные системы в электронной форме.</w:t>
      </w:r>
    </w:p>
    <w:p w14:paraId="1A11C9DF" w14:textId="26E5A5C3" w:rsidR="0048374F" w:rsidRPr="00901EF4" w:rsidRDefault="0048374F" w:rsidP="008C718A">
      <w:pPr>
        <w:pStyle w:val="affff1"/>
      </w:pPr>
      <w:bookmarkStart w:id="39" w:name="_Toc149647023"/>
      <w:bookmarkStart w:id="40" w:name="_Toc150046067"/>
      <w:bookmarkStart w:id="41" w:name="_Toc150047327"/>
      <w:r w:rsidRPr="00901EF4">
        <w:t>6 класс</w:t>
      </w:r>
      <w:bookmarkEnd w:id="39"/>
      <w:bookmarkEnd w:id="40"/>
      <w:bookmarkEnd w:id="41"/>
    </w:p>
    <w:p w14:paraId="377A1EC5" w14:textId="6A1A014A" w:rsidR="00DC6567" w:rsidRPr="002F7635" w:rsidRDefault="00DC6567" w:rsidP="006F1218">
      <w:pPr>
        <w:pStyle w:val="Base"/>
      </w:pPr>
      <w:r w:rsidRPr="002F7635">
        <w:t xml:space="preserve">Предметные результаты освоения программы </w:t>
      </w:r>
      <w:r w:rsidR="00973896" w:rsidRPr="002F7635">
        <w:t>по-иностранному</w:t>
      </w:r>
      <w:r w:rsidRPr="002F7635">
        <w:t xml:space="preserve"> (английскому) языку к концу обучения в 6 классе:</w:t>
      </w:r>
    </w:p>
    <w:p w14:paraId="62FB2C3A" w14:textId="726DC4F0" w:rsidR="00DC6567" w:rsidRPr="002F7635" w:rsidRDefault="00DC6567" w:rsidP="006F1218">
      <w:pPr>
        <w:pStyle w:val="a5"/>
        <w:numPr>
          <w:ilvl w:val="0"/>
          <w:numId w:val="21"/>
        </w:numPr>
        <w:ind w:left="720" w:hanging="450"/>
      </w:pPr>
      <w:r w:rsidRPr="002F7635">
        <w:t xml:space="preserve">владеть </w:t>
      </w:r>
      <w:r w:rsidRPr="00202C66">
        <w:t>основными</w:t>
      </w:r>
      <w:r w:rsidRPr="002F7635">
        <w:t xml:space="preserve"> видами </w:t>
      </w:r>
      <w:r w:rsidRPr="006F1218">
        <w:t>речевой</w:t>
      </w:r>
      <w:r w:rsidRPr="002F7635">
        <w:t xml:space="preserve"> деятельности:</w:t>
      </w:r>
    </w:p>
    <w:p w14:paraId="58DCA3E8" w14:textId="77777777" w:rsidR="00DC6567" w:rsidRPr="002F7635" w:rsidRDefault="00DC6567" w:rsidP="006F1218">
      <w:pPr>
        <w:pStyle w:val="a4"/>
      </w:pPr>
      <w:r w:rsidRPr="002F7635">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2388D845" w14:textId="3D2CF67F" w:rsidR="00DC6567" w:rsidRPr="002F7635" w:rsidRDefault="00DC6567" w:rsidP="006F1218">
      <w:pPr>
        <w:pStyle w:val="a4"/>
      </w:pPr>
      <w:r w:rsidRPr="002F7635">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w:t>
      </w:r>
      <w:r w:rsidR="00202C66">
        <w:rPr>
          <w:lang w:val="ru-RU"/>
        </w:rPr>
        <w:t>-</w:t>
      </w:r>
      <w:r w:rsidRPr="002F7635">
        <w:t>8 фраз), излагать основное содержание прочитанного текста с вербальными и (или) зрительными опорами (объём</w:t>
      </w:r>
      <w:r w:rsidR="000C5C5A">
        <w:rPr>
          <w:lang w:val="ru-RU"/>
        </w:rPr>
        <w:t xml:space="preserve"> </w:t>
      </w:r>
      <w:r w:rsidRPr="002F7635">
        <w:t>– 7</w:t>
      </w:r>
      <w:r w:rsidR="00202C66">
        <w:rPr>
          <w:lang w:val="ru-RU"/>
        </w:rPr>
        <w:t>-</w:t>
      </w:r>
      <w:r w:rsidRPr="002F7635">
        <w:t>8 фраз); кратко излагать результаты выполненной проектной работы (объём – 7</w:t>
      </w:r>
      <w:r w:rsidR="00202C66">
        <w:rPr>
          <w:lang w:val="ru-RU"/>
        </w:rPr>
        <w:t>-</w:t>
      </w:r>
      <w:r w:rsidRPr="002F7635">
        <w:t>8 фраз);</w:t>
      </w:r>
    </w:p>
    <w:p w14:paraId="53DD9280" w14:textId="77777777" w:rsidR="00DC6567" w:rsidRPr="002F7635" w:rsidRDefault="00DC6567" w:rsidP="006F1218">
      <w:pPr>
        <w:pStyle w:val="a4"/>
      </w:pPr>
      <w:r w:rsidRPr="002F7635">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64A249E" w14:textId="0BE2901A" w:rsidR="00DC6567" w:rsidRPr="002F7635" w:rsidRDefault="00DC6567" w:rsidP="006F1218">
      <w:pPr>
        <w:pStyle w:val="a4"/>
      </w:pPr>
      <w:r w:rsidRPr="002F7635">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w:t>
      </w:r>
      <w:r w:rsidR="00202C66">
        <w:rPr>
          <w:lang w:val="ru-RU"/>
        </w:rPr>
        <w:t>-</w:t>
      </w:r>
      <w:r w:rsidRPr="002F7635">
        <w:t>300 слов), читать про себя несплошные тексты (таблицы) и понимать представленную в них информацию, определять тему текста по заголовку;</w:t>
      </w:r>
    </w:p>
    <w:p w14:paraId="156BC5BA" w14:textId="77777777" w:rsidR="00DC6567" w:rsidRPr="002F7635" w:rsidRDefault="00DC6567" w:rsidP="006F1218">
      <w:pPr>
        <w:pStyle w:val="a4"/>
      </w:pPr>
      <w:r w:rsidRPr="002F7635">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опорой на образец, план, ключевые слова, картинку (объём высказывания – до 70 слов);</w:t>
      </w:r>
    </w:p>
    <w:p w14:paraId="628D1BA7" w14:textId="46095BDE" w:rsidR="00DC6567" w:rsidRPr="002F7635" w:rsidRDefault="00DC6567" w:rsidP="006F1218">
      <w:pPr>
        <w:pStyle w:val="a5"/>
        <w:rPr>
          <w:lang w:val="x-none"/>
        </w:rPr>
      </w:pPr>
      <w:r w:rsidRPr="002F7635">
        <w:t>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A6AC084" w14:textId="77777777" w:rsidR="00DC6567" w:rsidRPr="002F7635" w:rsidRDefault="00DC6567" w:rsidP="006F1218">
      <w:pPr>
        <w:pStyle w:val="a4"/>
      </w:pPr>
      <w:r w:rsidRPr="002F7635">
        <w:t>владеть орфографическими навыками: правильно писать изученные слова;</w:t>
      </w:r>
    </w:p>
    <w:p w14:paraId="4C68628A" w14:textId="77777777" w:rsidR="00DC6567" w:rsidRPr="002F7635" w:rsidRDefault="00DC6567" w:rsidP="006F1218">
      <w:pPr>
        <w:pStyle w:val="a4"/>
      </w:pPr>
      <w:r w:rsidRPr="002F7635">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B993920" w14:textId="70161D73" w:rsidR="00DC6567" w:rsidRPr="002F7635" w:rsidRDefault="00DC6567" w:rsidP="006F1218">
      <w:pPr>
        <w:pStyle w:val="a5"/>
        <w:rPr>
          <w:lang w:val="x-none"/>
        </w:rPr>
      </w:pPr>
      <w:r w:rsidRPr="002F7635">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2031572B" w14:textId="77777777" w:rsidR="00DC6567" w:rsidRPr="002F7635" w:rsidRDefault="00DC6567" w:rsidP="006F1218">
      <w:pPr>
        <w:pStyle w:val="a4"/>
      </w:pPr>
      <w:r w:rsidRPr="002F7635">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14:paraId="1FE9DE98" w14:textId="77777777" w:rsidR="00DC6567" w:rsidRPr="002F7635" w:rsidRDefault="00DC6567" w:rsidP="006F1218">
      <w:pPr>
        <w:pStyle w:val="a4"/>
      </w:pPr>
      <w:r w:rsidRPr="002F7635">
        <w:t>распознавать и употреблять в устной и письменной речи изученные синонимы, антонимы и интернациональные слова;</w:t>
      </w:r>
    </w:p>
    <w:p w14:paraId="6A0D3C1E" w14:textId="77777777" w:rsidR="00DC6567" w:rsidRPr="002F7635" w:rsidRDefault="00DC6567" w:rsidP="006F1218">
      <w:pPr>
        <w:pStyle w:val="a4"/>
      </w:pPr>
      <w:r w:rsidRPr="002F7635">
        <w:t>распознавать и употреблять в устной и письменной речи различные средства связи для обеспечения целостности высказывания;</w:t>
      </w:r>
    </w:p>
    <w:p w14:paraId="18C82F01" w14:textId="3B3FB737" w:rsidR="00DC6567" w:rsidRPr="002F7635" w:rsidRDefault="00DC6567" w:rsidP="006F1218">
      <w:pPr>
        <w:pStyle w:val="a5"/>
      </w:pPr>
      <w:r w:rsidRPr="002F7635">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52C0069D" w14:textId="77777777" w:rsidR="00DC6567" w:rsidRPr="002F7635" w:rsidRDefault="00DC6567" w:rsidP="006F1218">
      <w:pPr>
        <w:pStyle w:val="Base"/>
      </w:pPr>
      <w:r w:rsidRPr="002F7635">
        <w:t>распознавать в письменном и звучащем тексте и употреблять в устной и письменной речи:</w:t>
      </w:r>
    </w:p>
    <w:p w14:paraId="2BCA994A" w14:textId="77777777" w:rsidR="00DC6567" w:rsidRPr="002F7635" w:rsidRDefault="00DC6567" w:rsidP="006F1218">
      <w:pPr>
        <w:pStyle w:val="a4"/>
      </w:pPr>
      <w:r w:rsidRPr="002F7635">
        <w:t>сложноподчинённые предложения с придаточными определительными с союзными словами who, which, that;</w:t>
      </w:r>
    </w:p>
    <w:p w14:paraId="16678713" w14:textId="77777777" w:rsidR="00DC6567" w:rsidRPr="002F7635" w:rsidRDefault="00DC6567" w:rsidP="006F1218">
      <w:pPr>
        <w:pStyle w:val="a4"/>
      </w:pPr>
      <w:r w:rsidRPr="002F7635">
        <w:t>сложноподчинённые предложения с придаточными времени с союзами for, since;</w:t>
      </w:r>
    </w:p>
    <w:p w14:paraId="1CB5998E" w14:textId="77777777" w:rsidR="00DC6567" w:rsidRPr="002F7635" w:rsidRDefault="00DC6567" w:rsidP="006F1218">
      <w:pPr>
        <w:pStyle w:val="a4"/>
      </w:pPr>
      <w:r w:rsidRPr="002F7635">
        <w:t>предложения с конструкциями as … as, not so … as;</w:t>
      </w:r>
    </w:p>
    <w:p w14:paraId="7DD09228" w14:textId="77777777" w:rsidR="00DC6567" w:rsidRPr="002F7635" w:rsidRDefault="00DC6567" w:rsidP="006F1218">
      <w:pPr>
        <w:pStyle w:val="a4"/>
      </w:pPr>
      <w:r w:rsidRPr="002F7635">
        <w:t>глаголы в видовременных формах действительного залога в изъявительном наклонении в Present/Past Continuous Tense;</w:t>
      </w:r>
    </w:p>
    <w:p w14:paraId="458403DD" w14:textId="77777777" w:rsidR="00DC6567" w:rsidRPr="002F7635" w:rsidRDefault="00DC6567" w:rsidP="006F1218">
      <w:pPr>
        <w:pStyle w:val="a4"/>
      </w:pPr>
      <w:r w:rsidRPr="002F7635">
        <w:t>все типы вопросительных предложений (общий, специальный, альтернативный, разделительный вопросы) в Present/ Past Continuous Tense;</w:t>
      </w:r>
    </w:p>
    <w:p w14:paraId="74950E86" w14:textId="77777777" w:rsidR="00DC6567" w:rsidRPr="007E361D" w:rsidRDefault="00DC6567" w:rsidP="006F1218">
      <w:pPr>
        <w:pStyle w:val="a4"/>
      </w:pPr>
      <w:r w:rsidRPr="002F7635">
        <w:t>модальные</w:t>
      </w:r>
      <w:r w:rsidRPr="007E361D">
        <w:t xml:space="preserve"> </w:t>
      </w:r>
      <w:r w:rsidRPr="002F7635">
        <w:t>глаголы</w:t>
      </w:r>
      <w:r w:rsidRPr="007E361D">
        <w:t xml:space="preserve"> </w:t>
      </w:r>
      <w:r w:rsidRPr="002F7635">
        <w:t>и</w:t>
      </w:r>
      <w:r w:rsidRPr="007E361D">
        <w:t xml:space="preserve"> </w:t>
      </w:r>
      <w:r w:rsidRPr="002F7635">
        <w:t>их</w:t>
      </w:r>
      <w:r w:rsidRPr="007E361D">
        <w:t xml:space="preserve"> </w:t>
      </w:r>
      <w:r w:rsidRPr="002F7635">
        <w:t>эквиваленты</w:t>
      </w:r>
      <w:r w:rsidRPr="007E361D">
        <w:t xml:space="preserve"> (can/be able to, must/ have to, may, should, need);</w:t>
      </w:r>
    </w:p>
    <w:p w14:paraId="155B1156" w14:textId="77777777" w:rsidR="00DC6567" w:rsidRPr="007E361D" w:rsidRDefault="00DC6567" w:rsidP="006F1218">
      <w:pPr>
        <w:pStyle w:val="a4"/>
      </w:pPr>
      <w:r w:rsidRPr="007E361D">
        <w:t>c</w:t>
      </w:r>
      <w:r w:rsidRPr="002F7635">
        <w:t>лова</w:t>
      </w:r>
      <w:r w:rsidRPr="007E361D">
        <w:t xml:space="preserve">, </w:t>
      </w:r>
      <w:r w:rsidRPr="002F7635">
        <w:t>выражающие</w:t>
      </w:r>
      <w:r w:rsidRPr="007E361D">
        <w:t xml:space="preserve"> </w:t>
      </w:r>
      <w:r w:rsidRPr="002F7635">
        <w:t>количество</w:t>
      </w:r>
      <w:r w:rsidRPr="007E361D">
        <w:t xml:space="preserve"> (little/a little, few/a few);</w:t>
      </w:r>
    </w:p>
    <w:p w14:paraId="61B4BE06" w14:textId="77777777" w:rsidR="00DC6567" w:rsidRPr="002F7635" w:rsidRDefault="00DC6567" w:rsidP="006F1218">
      <w:pPr>
        <w:pStyle w:val="a4"/>
      </w:pPr>
      <w:r w:rsidRPr="002F7635">
        <w:lastRenderedPageBreak/>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14:paraId="6DEAC558" w14:textId="245CC690" w:rsidR="00DC6567" w:rsidRPr="002F7635" w:rsidRDefault="00DC6567" w:rsidP="006F1218">
      <w:pPr>
        <w:pStyle w:val="a4"/>
      </w:pPr>
      <w:r w:rsidRPr="002F7635">
        <w:t>числительные для обозначения дат и больших чисел (100</w:t>
      </w:r>
      <w:r w:rsidR="00973896">
        <w:rPr>
          <w:lang w:val="ru-RU"/>
        </w:rPr>
        <w:t>-</w:t>
      </w:r>
      <w:r w:rsidRPr="002F7635">
        <w:t>1000);</w:t>
      </w:r>
    </w:p>
    <w:p w14:paraId="62A1A0A7" w14:textId="4BF1F886" w:rsidR="00DC6567" w:rsidRPr="002F7635" w:rsidRDefault="00DC6567" w:rsidP="006F1218">
      <w:pPr>
        <w:pStyle w:val="a5"/>
        <w:rPr>
          <w:lang w:val="x-none"/>
        </w:rPr>
      </w:pPr>
      <w:r w:rsidRPr="002F7635">
        <w:t>владеть социокультурными знаниями и умениями:</w:t>
      </w:r>
    </w:p>
    <w:p w14:paraId="6D9CFEDB" w14:textId="77777777" w:rsidR="00DC6567" w:rsidRPr="002F7635" w:rsidRDefault="00DC6567" w:rsidP="006F1218">
      <w:pPr>
        <w:pStyle w:val="a4"/>
      </w:pPr>
      <w:r w:rsidRPr="002F7635">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3AEA0FBF" w14:textId="77777777" w:rsidR="00DC6567" w:rsidRPr="002F7635" w:rsidRDefault="00DC6567" w:rsidP="006F1218">
      <w:pPr>
        <w:pStyle w:val="a4"/>
      </w:pPr>
      <w:r w:rsidRPr="002F7635">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p w14:paraId="406AD35A" w14:textId="77777777" w:rsidR="00DC6567" w:rsidRPr="002F7635" w:rsidRDefault="00DC6567" w:rsidP="006F1218">
      <w:pPr>
        <w:pStyle w:val="a4"/>
      </w:pPr>
      <w:r w:rsidRPr="002F7635">
        <w:t>обладать базовыми знаниями о социокультурном портрете родной страны и страны (стран) изучаемого языка;</w:t>
      </w:r>
    </w:p>
    <w:p w14:paraId="5D3AE9AD" w14:textId="77777777" w:rsidR="00DC6567" w:rsidRPr="002F7635" w:rsidRDefault="00DC6567" w:rsidP="006F1218">
      <w:pPr>
        <w:pStyle w:val="a4"/>
      </w:pPr>
      <w:r w:rsidRPr="002F7635">
        <w:t>кратко представлять Россию и страну (страны) изучаемого языка;</w:t>
      </w:r>
    </w:p>
    <w:p w14:paraId="382384B7" w14:textId="37114C2C" w:rsidR="00DC6567" w:rsidRPr="002F7635" w:rsidRDefault="00DC6567" w:rsidP="006F1218">
      <w:pPr>
        <w:pStyle w:val="a5"/>
      </w:pPr>
      <w:r w:rsidRPr="002F7635">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5A7256A" w14:textId="3B8969ED" w:rsidR="00DC6567" w:rsidRPr="002F7635" w:rsidRDefault="00DC6567" w:rsidP="006F1218">
      <w:pPr>
        <w:pStyle w:val="a5"/>
      </w:pPr>
      <w:r w:rsidRPr="002F7635">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853318B" w14:textId="194A2739" w:rsidR="00DC6567" w:rsidRPr="002F7635" w:rsidRDefault="00DC6567" w:rsidP="006F1218">
      <w:pPr>
        <w:pStyle w:val="a5"/>
      </w:pPr>
      <w:r w:rsidRPr="002F7635">
        <w:t>использовать иноязычные словари и справочники, в том числе информационно-справочные системы в электронной форме;</w:t>
      </w:r>
    </w:p>
    <w:p w14:paraId="6AA079C2" w14:textId="4789C445" w:rsidR="00DC6567" w:rsidRPr="002F7635" w:rsidRDefault="00DC6567" w:rsidP="006F1218">
      <w:pPr>
        <w:pStyle w:val="a5"/>
      </w:pPr>
      <w:r w:rsidRPr="002F7635">
        <w:t>достигать взаимопонимания в процессе устного и письменного общения с носителями иностранного языка, с людьми другой культуры;</w:t>
      </w:r>
    </w:p>
    <w:p w14:paraId="296C06A2" w14:textId="2962DF1F" w:rsidR="00DC6567" w:rsidRPr="002F7635" w:rsidRDefault="00DC6567" w:rsidP="006F1218">
      <w:pPr>
        <w:pStyle w:val="a5"/>
      </w:pPr>
      <w:r w:rsidRPr="00973896">
        <w:t>сравнивать</w:t>
      </w:r>
      <w:r w:rsidRPr="002F7635">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304731B2" w14:textId="5CE6AB53" w:rsidR="0048374F" w:rsidRPr="00901EF4" w:rsidRDefault="0048374F" w:rsidP="008C718A">
      <w:pPr>
        <w:pStyle w:val="affff1"/>
      </w:pPr>
      <w:bookmarkStart w:id="42" w:name="_Toc149647024"/>
      <w:bookmarkStart w:id="43" w:name="_Toc150046068"/>
      <w:bookmarkStart w:id="44" w:name="_Toc150047328"/>
      <w:r w:rsidRPr="00901EF4">
        <w:t>7 класс</w:t>
      </w:r>
      <w:bookmarkEnd w:id="42"/>
      <w:bookmarkEnd w:id="43"/>
      <w:bookmarkEnd w:id="44"/>
    </w:p>
    <w:p w14:paraId="364A4006" w14:textId="77777777" w:rsidR="00DC6567" w:rsidRPr="002F7635" w:rsidRDefault="00DC6567" w:rsidP="006F1218">
      <w:pPr>
        <w:pStyle w:val="Base"/>
      </w:pPr>
      <w:r w:rsidRPr="002F7635">
        <w:t>Предметные результаты освоения программы по иностранному (английскому) языку к концу обучения в 7 классе:</w:t>
      </w:r>
    </w:p>
    <w:p w14:paraId="5986EF29" w14:textId="0ADA81EF" w:rsidR="00DC6567" w:rsidRPr="002F7635" w:rsidRDefault="00DC6567" w:rsidP="006F1218">
      <w:pPr>
        <w:pStyle w:val="a5"/>
        <w:numPr>
          <w:ilvl w:val="0"/>
          <w:numId w:val="23"/>
        </w:numPr>
        <w:ind w:left="720" w:hanging="450"/>
      </w:pPr>
      <w:r w:rsidRPr="002F7635">
        <w:t>владеть основными видами речевой деятельности:</w:t>
      </w:r>
    </w:p>
    <w:p w14:paraId="2891CE97" w14:textId="213B091F" w:rsidR="00DC6567" w:rsidRPr="002F7635" w:rsidRDefault="00DC6567" w:rsidP="006F1218">
      <w:pPr>
        <w:pStyle w:val="a4"/>
      </w:pPr>
      <w:r w:rsidRPr="002F7635">
        <w:t xml:space="preserve">говорение: вести разные виды диалогов (диалог этикетного </w:t>
      </w:r>
      <w:r w:rsidR="00022FAA" w:rsidRPr="002F7635">
        <w:t>характера, диалог</w:t>
      </w:r>
      <w:r w:rsidRPr="002F7635">
        <w:t>-побуждение к действию, диалог-расспрос, комбинированный диалог, включающий различные виды диалогов) в рамках тематического содержания речи</w:t>
      </w:r>
      <w:r w:rsidR="00022FAA" w:rsidRPr="00022FAA">
        <w:rPr>
          <w:lang w:val="ru-RU"/>
        </w:rPr>
        <w:t xml:space="preserve"> </w:t>
      </w:r>
      <w:r w:rsidRPr="002F7635">
        <w:t>в стандартных ситуациях неофициального общения с вербальными</w:t>
      </w:r>
      <w:r w:rsidR="00560955">
        <w:t xml:space="preserve"> </w:t>
      </w:r>
      <w:r w:rsidRPr="002F7635">
        <w:t>и (или) зрительными опорами, с соблюдением норм речевого этикета, принятого</w:t>
      </w:r>
      <w:r w:rsidR="00022FAA" w:rsidRPr="00022FAA">
        <w:rPr>
          <w:lang w:val="ru-RU"/>
        </w:rPr>
        <w:t xml:space="preserve"> </w:t>
      </w:r>
      <w:r w:rsidRPr="002F7635">
        <w:t>в стране (странах) изучаемого языка (до 6 реплик со стороны каждого собеседника);</w:t>
      </w:r>
    </w:p>
    <w:p w14:paraId="7CAF3066" w14:textId="77777777" w:rsidR="00DC6567" w:rsidRPr="002F7635" w:rsidRDefault="00DC6567" w:rsidP="006F1218">
      <w:pPr>
        <w:pStyle w:val="a4"/>
      </w:pPr>
      <w:r w:rsidRPr="002F7635">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7E0A613" w14:textId="77777777" w:rsidR="00DC6567" w:rsidRPr="002F7635" w:rsidRDefault="00DC6567" w:rsidP="006F1218">
      <w:pPr>
        <w:pStyle w:val="a4"/>
      </w:pPr>
      <w:r w:rsidRPr="002F7635">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30500BD5" w14:textId="77777777" w:rsidR="00DC6567" w:rsidRPr="002F7635" w:rsidRDefault="00DC6567" w:rsidP="006F1218">
      <w:pPr>
        <w:pStyle w:val="a4"/>
      </w:pPr>
      <w:r w:rsidRPr="002F7635">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–до 350 слов), читать про себя </w:t>
      </w:r>
      <w:r w:rsidR="0048374F" w:rsidRPr="002F7635">
        <w:t>не сплошные</w:t>
      </w:r>
      <w:r w:rsidRPr="002F7635">
        <w:t xml:space="preserve"> тексты (таблицы, диаграммы) и </w:t>
      </w:r>
      <w:r w:rsidRPr="002F7635">
        <w:lastRenderedPageBreak/>
        <w:t>понимать представленную в них информацию, определять последовательность главных фактов (событий) в тексте;</w:t>
      </w:r>
    </w:p>
    <w:p w14:paraId="09E2B78F" w14:textId="77777777" w:rsidR="00DC6567" w:rsidRPr="002F7635" w:rsidRDefault="00DC6567" w:rsidP="006F1218">
      <w:pPr>
        <w:pStyle w:val="a4"/>
      </w:pPr>
      <w:r w:rsidRPr="002F7635">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опорой на образец, план, ключевые слова, таблицу (объём высказывания – до 90 слов);</w:t>
      </w:r>
    </w:p>
    <w:p w14:paraId="59A89FDF" w14:textId="52E9F57F" w:rsidR="00DC6567" w:rsidRPr="002F7635" w:rsidRDefault="00DC6567" w:rsidP="006F1218">
      <w:pPr>
        <w:pStyle w:val="a5"/>
      </w:pPr>
      <w:r w:rsidRPr="006E760E">
        <w:t>владеть</w:t>
      </w:r>
      <w:r w:rsidRPr="002F7635">
        <w:t xml:space="preserve"> </w:t>
      </w:r>
      <w:r w:rsidRPr="006E760E">
        <w:t>фонетическими</w:t>
      </w:r>
      <w:r w:rsidRPr="002F7635">
        <w:t xml:space="preserve"> навыками: различать на слух и адекватно, без ошибок, ведущих к сбою </w:t>
      </w:r>
      <w:r w:rsidRPr="006E760E">
        <w:t>коммуникации</w:t>
      </w:r>
      <w:r w:rsidRPr="002F7635">
        <w:t>,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50A0D52" w14:textId="77777777" w:rsidR="00DC6567" w:rsidRPr="002F7635" w:rsidRDefault="00DC6567" w:rsidP="006F1218">
      <w:pPr>
        <w:pStyle w:val="a4"/>
      </w:pPr>
      <w:r w:rsidRPr="002F7635">
        <w:t>владеть орфографическими навыками: правильно писать изученные слова;</w:t>
      </w:r>
    </w:p>
    <w:p w14:paraId="5DADDE6D" w14:textId="77777777" w:rsidR="00DC6567" w:rsidRPr="002F7635" w:rsidRDefault="00DC6567" w:rsidP="006F1218">
      <w:pPr>
        <w:pStyle w:val="a4"/>
      </w:pPr>
      <w:r w:rsidRPr="002F7635">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23ADB0E" w14:textId="430CDFAE" w:rsidR="00DC6567" w:rsidRPr="002F7635" w:rsidRDefault="00DC6567" w:rsidP="006F1218">
      <w:pPr>
        <w:pStyle w:val="a5"/>
      </w:pPr>
      <w:r w:rsidRPr="002F7635">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6F291A9" w14:textId="77777777" w:rsidR="00DC6567" w:rsidRPr="002F7635" w:rsidRDefault="00DC6567" w:rsidP="006F1218">
      <w:pPr>
        <w:pStyle w:val="a4"/>
      </w:pPr>
      <w:r w:rsidRPr="002F7635">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w:t>
      </w:r>
      <w:r w:rsidR="00560955">
        <w:t xml:space="preserve"> </w:t>
      </w:r>
      <w:r w:rsidRPr="002F7635">
        <w:t>с основой существительного с добавлением суффикса -ed (blue-eyed);</w:t>
      </w:r>
    </w:p>
    <w:p w14:paraId="32CAD7B0" w14:textId="77777777" w:rsidR="00DC6567" w:rsidRPr="002F7635" w:rsidRDefault="00DC6567" w:rsidP="006F1218">
      <w:pPr>
        <w:pStyle w:val="a4"/>
      </w:pPr>
      <w:r w:rsidRPr="002F7635">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2AC145DE" w14:textId="77777777" w:rsidR="00DC6567" w:rsidRPr="002F7635" w:rsidRDefault="00DC6567" w:rsidP="006F1218">
      <w:pPr>
        <w:pStyle w:val="a4"/>
      </w:pPr>
      <w:r w:rsidRPr="002F7635">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3A221B3" w14:textId="45D227BD" w:rsidR="00DC6567" w:rsidRPr="002F7635" w:rsidRDefault="00DC6567" w:rsidP="006F1218">
      <w:pPr>
        <w:pStyle w:val="a5"/>
        <w:rPr>
          <w:lang w:val="x-none"/>
        </w:rPr>
      </w:pPr>
      <w:r w:rsidRPr="002F7635">
        <w:t>знать и понимать особенности структуры простых и сложных предложений и различных коммуникативных типов предложений английского языка;</w:t>
      </w:r>
    </w:p>
    <w:p w14:paraId="0DF3B7E2" w14:textId="77777777" w:rsidR="00DC6567" w:rsidRPr="002F7635" w:rsidRDefault="00DC6567" w:rsidP="006F1218">
      <w:pPr>
        <w:pStyle w:val="Base"/>
      </w:pPr>
      <w:r w:rsidRPr="002F7635">
        <w:t>распознавать в письменном и звучащем тексте и употреблять в устной и письменной речи:</w:t>
      </w:r>
    </w:p>
    <w:p w14:paraId="59E20323" w14:textId="77777777" w:rsidR="00DC6567" w:rsidRPr="002F7635" w:rsidRDefault="00DC6567" w:rsidP="006F1218">
      <w:pPr>
        <w:pStyle w:val="a4"/>
      </w:pPr>
      <w:r w:rsidRPr="002F7635">
        <w:t>предложения со сложным дополнением (Complex Object);</w:t>
      </w:r>
    </w:p>
    <w:p w14:paraId="4E9F2BBB" w14:textId="77777777" w:rsidR="00DC6567" w:rsidRPr="002F7635" w:rsidRDefault="00DC6567" w:rsidP="006F1218">
      <w:pPr>
        <w:pStyle w:val="a4"/>
      </w:pPr>
      <w:r w:rsidRPr="002F7635">
        <w:t>условные предложения реального (Conditional 0, Conditional I) характера;</w:t>
      </w:r>
    </w:p>
    <w:p w14:paraId="4B5D92DA" w14:textId="77777777" w:rsidR="00DC6567" w:rsidRPr="002F7635" w:rsidRDefault="00DC6567" w:rsidP="006F1218">
      <w:pPr>
        <w:pStyle w:val="a4"/>
      </w:pPr>
      <w:r w:rsidRPr="002F7635">
        <w:t>предложения с конструкцией to be going to + инфинитив и формы Future Simple Tense и Present Continuous Tense для выражения будущего действия;</w:t>
      </w:r>
    </w:p>
    <w:p w14:paraId="5FD7A0F1" w14:textId="77777777" w:rsidR="00DC6567" w:rsidRPr="002F7635" w:rsidRDefault="00DC6567" w:rsidP="006F1218">
      <w:pPr>
        <w:pStyle w:val="a4"/>
      </w:pPr>
      <w:r w:rsidRPr="002F7635">
        <w:t>конструкцию used to + инфинитив глагола;</w:t>
      </w:r>
    </w:p>
    <w:p w14:paraId="6E461F08" w14:textId="77777777" w:rsidR="00DC6567" w:rsidRPr="002F7635" w:rsidRDefault="00DC6567" w:rsidP="006F1218">
      <w:pPr>
        <w:pStyle w:val="a4"/>
      </w:pPr>
      <w:r w:rsidRPr="002F7635">
        <w:t>глаголы в наиболее употребительных формах страдательного залога (Present/Past Simple Passive);</w:t>
      </w:r>
    </w:p>
    <w:p w14:paraId="13215BD0" w14:textId="77777777" w:rsidR="00DC6567" w:rsidRPr="002F7635" w:rsidRDefault="00DC6567" w:rsidP="006F1218">
      <w:pPr>
        <w:pStyle w:val="a4"/>
      </w:pPr>
      <w:r w:rsidRPr="002F7635">
        <w:t>предлоги, употребляемые с глаголами в страдательном залоге;</w:t>
      </w:r>
    </w:p>
    <w:p w14:paraId="01CBEF3E" w14:textId="77777777" w:rsidR="00DC6567" w:rsidRPr="002F7635" w:rsidRDefault="00DC6567" w:rsidP="006F1218">
      <w:pPr>
        <w:pStyle w:val="a4"/>
      </w:pPr>
      <w:r w:rsidRPr="002F7635">
        <w:t>модальный глагол might;</w:t>
      </w:r>
    </w:p>
    <w:p w14:paraId="07A5C53D" w14:textId="77777777" w:rsidR="00DC6567" w:rsidRPr="002F7635" w:rsidRDefault="00DC6567" w:rsidP="006F1218">
      <w:pPr>
        <w:pStyle w:val="a4"/>
      </w:pPr>
      <w:r w:rsidRPr="002F7635">
        <w:t>наречия, совпадающие по форме с прилагательными (fast, high; early);</w:t>
      </w:r>
    </w:p>
    <w:p w14:paraId="7D8C72FA" w14:textId="77777777" w:rsidR="00DC6567" w:rsidRPr="002F7635" w:rsidRDefault="00DC6567" w:rsidP="006F1218">
      <w:pPr>
        <w:pStyle w:val="a4"/>
      </w:pPr>
      <w:r w:rsidRPr="002F7635">
        <w:t>местоимения other/another, both, all, one;</w:t>
      </w:r>
    </w:p>
    <w:p w14:paraId="1023CC09" w14:textId="77777777" w:rsidR="00DC6567" w:rsidRPr="002F7635" w:rsidRDefault="00DC6567" w:rsidP="006F1218">
      <w:pPr>
        <w:pStyle w:val="a4"/>
      </w:pPr>
      <w:r w:rsidRPr="002F7635">
        <w:t>количественные числительные для обозначения больших чисел (до 1 000 000);</w:t>
      </w:r>
    </w:p>
    <w:p w14:paraId="48573D20" w14:textId="2A4B552E" w:rsidR="00DC6567" w:rsidRPr="002F7635" w:rsidRDefault="00DC6567" w:rsidP="006F1218">
      <w:pPr>
        <w:pStyle w:val="a5"/>
        <w:rPr>
          <w:lang w:val="x-none"/>
        </w:rPr>
      </w:pPr>
      <w:r w:rsidRPr="002F7635">
        <w:t>владеть социокультурными знаниями и умениями:</w:t>
      </w:r>
    </w:p>
    <w:p w14:paraId="55D0D5E2" w14:textId="77777777" w:rsidR="00DC6567" w:rsidRPr="002F7635" w:rsidRDefault="00DC6567" w:rsidP="006F1218">
      <w:pPr>
        <w:pStyle w:val="a4"/>
      </w:pPr>
      <w:r w:rsidRPr="002F7635">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47AA1019" w14:textId="77777777" w:rsidR="00DC6567" w:rsidRPr="002F7635" w:rsidRDefault="00DC6567" w:rsidP="006F1218">
      <w:pPr>
        <w:pStyle w:val="a4"/>
      </w:pPr>
      <w:r w:rsidRPr="002F7635">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w:t>
      </w:r>
    </w:p>
    <w:p w14:paraId="6238767B" w14:textId="77777777" w:rsidR="00DC6567" w:rsidRPr="002F7635" w:rsidRDefault="00DC6567" w:rsidP="006F1218">
      <w:pPr>
        <w:pStyle w:val="a4"/>
      </w:pPr>
      <w:r w:rsidRPr="002F7635">
        <w:t>обладать базовыми знаниями о социокультурном портрете и культурном наследии родной страны и страны (стран) изучаемого языка;</w:t>
      </w:r>
    </w:p>
    <w:p w14:paraId="2B264000" w14:textId="77777777" w:rsidR="00DC6567" w:rsidRPr="002F7635" w:rsidRDefault="00DC6567" w:rsidP="006F1218">
      <w:pPr>
        <w:pStyle w:val="a4"/>
      </w:pPr>
      <w:r w:rsidRPr="002F7635">
        <w:lastRenderedPageBreak/>
        <w:t>кратко представлять Россию и страну (страны) изучаемого языка;</w:t>
      </w:r>
    </w:p>
    <w:p w14:paraId="75720861" w14:textId="7CB5373F" w:rsidR="00DC6567" w:rsidRPr="002F7635" w:rsidRDefault="00DC6567" w:rsidP="006F1218">
      <w:pPr>
        <w:pStyle w:val="a5"/>
      </w:pPr>
      <w:r w:rsidRPr="002F7635">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2B85CE9" w14:textId="64E86B1A" w:rsidR="00DC6567" w:rsidRPr="002F7635" w:rsidRDefault="00DC6567" w:rsidP="006F1218">
      <w:pPr>
        <w:pStyle w:val="a5"/>
      </w:pPr>
      <w:r w:rsidRPr="002F7635">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5D1313B" w14:textId="489B1DF5" w:rsidR="00DC6567" w:rsidRPr="002F7635" w:rsidRDefault="00DC6567" w:rsidP="006F1218">
      <w:pPr>
        <w:pStyle w:val="a5"/>
      </w:pPr>
      <w:r w:rsidRPr="002F7635">
        <w:t xml:space="preserve">использовать иноязычные словари и </w:t>
      </w:r>
      <w:r w:rsidR="00FE7D54" w:rsidRPr="002F7635">
        <w:t>справочники, в</w:t>
      </w:r>
      <w:r w:rsidRPr="002F7635">
        <w:t xml:space="preserve"> том числе информационно-справочные системы в электронной форме;</w:t>
      </w:r>
    </w:p>
    <w:p w14:paraId="255A956D" w14:textId="5AA5F973" w:rsidR="00DC6567" w:rsidRPr="002F7635" w:rsidRDefault="00DC6567" w:rsidP="006F1218">
      <w:pPr>
        <w:pStyle w:val="a5"/>
      </w:pPr>
      <w:r w:rsidRPr="002F7635">
        <w:t>достигать взаимопонимания в процессе устного и письменного общения с носителями иностранного языка, с людьми другой культуры;</w:t>
      </w:r>
    </w:p>
    <w:p w14:paraId="1F234D24" w14:textId="20C01225" w:rsidR="00DC6567" w:rsidRPr="002F7635" w:rsidRDefault="00DC6567" w:rsidP="006F1218">
      <w:pPr>
        <w:pStyle w:val="a5"/>
      </w:pPr>
      <w:r w:rsidRPr="002F7635">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2853300D" w14:textId="3853AAD4" w:rsidR="0048374F" w:rsidRPr="00901EF4" w:rsidRDefault="0048374F" w:rsidP="008C718A">
      <w:pPr>
        <w:pStyle w:val="affff1"/>
      </w:pPr>
      <w:bookmarkStart w:id="45" w:name="_Toc149647025"/>
      <w:bookmarkStart w:id="46" w:name="_Toc150046069"/>
      <w:bookmarkStart w:id="47" w:name="_Toc150047329"/>
      <w:r w:rsidRPr="00901EF4">
        <w:t>8 класс</w:t>
      </w:r>
      <w:bookmarkEnd w:id="45"/>
      <w:bookmarkEnd w:id="46"/>
      <w:bookmarkEnd w:id="47"/>
    </w:p>
    <w:p w14:paraId="1A6731A0" w14:textId="5E87D145" w:rsidR="00DC6567" w:rsidRPr="002F7635" w:rsidRDefault="00DC6567" w:rsidP="006F1218">
      <w:pPr>
        <w:pStyle w:val="Base"/>
      </w:pPr>
      <w:r w:rsidRPr="002F7635">
        <w:t xml:space="preserve">Предметные результаты освоения программы </w:t>
      </w:r>
      <w:r w:rsidR="00FE7D54" w:rsidRPr="002F7635">
        <w:t>по-иностранному</w:t>
      </w:r>
      <w:r w:rsidRPr="002F7635">
        <w:t xml:space="preserve"> (английскому) языку к концу обучения в 8 классе:</w:t>
      </w:r>
    </w:p>
    <w:p w14:paraId="03E784DF" w14:textId="14AA666D" w:rsidR="00DC6567" w:rsidRPr="002F7635" w:rsidRDefault="00DC6567" w:rsidP="006F1218">
      <w:pPr>
        <w:pStyle w:val="a5"/>
        <w:numPr>
          <w:ilvl w:val="0"/>
          <w:numId w:val="24"/>
        </w:numPr>
        <w:tabs>
          <w:tab w:val="left" w:pos="720"/>
        </w:tabs>
        <w:ind w:left="810" w:hanging="540"/>
      </w:pPr>
      <w:r w:rsidRPr="002F7635">
        <w:t>владеть основными видами речевой деятельности:</w:t>
      </w:r>
    </w:p>
    <w:p w14:paraId="63E105E6" w14:textId="0D4E04F5" w:rsidR="00DC6567" w:rsidRPr="006F1218" w:rsidRDefault="00DC6567" w:rsidP="006F1218">
      <w:pPr>
        <w:pStyle w:val="a2"/>
      </w:pPr>
      <w:r w:rsidRPr="006F1218">
        <w:t>говорение: вести разные виды диалогов (диалог этикетного характера,</w:t>
      </w:r>
      <w:r w:rsidR="00FE7D54" w:rsidRPr="006F1218">
        <w:t xml:space="preserve"> </w:t>
      </w:r>
      <w:r w:rsidRPr="006F1218">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00FE7D54" w:rsidRPr="006F1218">
        <w:t xml:space="preserve"> </w:t>
      </w:r>
      <w:r w:rsidRPr="006F1218">
        <w:t xml:space="preserve">в стандартных ситуациях неофициального общения с </w:t>
      </w:r>
      <w:r w:rsidR="00FE7D54" w:rsidRPr="006F1218">
        <w:t>вербальными</w:t>
      </w:r>
      <w:r w:rsidRPr="006F1218">
        <w:t xml:space="preserve"> (или) зрительными опорами, с соблюдением норм речевого этикета, </w:t>
      </w:r>
      <w:r w:rsidR="00FE7D54" w:rsidRPr="006F1218">
        <w:t>принятого в</w:t>
      </w:r>
      <w:r w:rsidRPr="006F1218">
        <w:t xml:space="preserve"> стране (странах) изучаемого языка (до 7 реплик со стороны каждого собеседника);</w:t>
      </w:r>
    </w:p>
    <w:p w14:paraId="4AAC2CCF" w14:textId="0520DDA9" w:rsidR="00DC6567" w:rsidRPr="002F7635" w:rsidRDefault="00DC6567" w:rsidP="006F1218">
      <w:pPr>
        <w:pStyle w:val="a2"/>
      </w:pPr>
      <w:r w:rsidRPr="002F7635">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w:t>
      </w:r>
      <w:r w:rsidR="00BD7E30">
        <w:rPr>
          <w:lang w:val="ru-RU"/>
        </w:rPr>
        <w:t>-</w:t>
      </w:r>
      <w:r w:rsidRPr="002F7635">
        <w:t>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w:t>
      </w:r>
      <w:r w:rsidR="00BD7E30">
        <w:rPr>
          <w:lang w:val="ru-RU"/>
        </w:rPr>
        <w:t xml:space="preserve"> </w:t>
      </w:r>
      <w:r w:rsidRPr="002F7635">
        <w:t>9</w:t>
      </w:r>
      <w:r w:rsidR="00BD7E30">
        <w:rPr>
          <w:lang w:val="ru-RU"/>
        </w:rPr>
        <w:t>-</w:t>
      </w:r>
      <w:r w:rsidRPr="002F7635">
        <w:t>10 фраз), излагать результаты выполненной проектной работы (объём –</w:t>
      </w:r>
      <w:r w:rsidR="00BD7E30">
        <w:rPr>
          <w:lang w:val="ru-RU"/>
        </w:rPr>
        <w:t xml:space="preserve"> </w:t>
      </w:r>
      <w:r w:rsidRPr="002F7635">
        <w:t>9</w:t>
      </w:r>
      <w:r w:rsidR="00BD7E30">
        <w:rPr>
          <w:lang w:val="ru-RU"/>
        </w:rPr>
        <w:t>-</w:t>
      </w:r>
      <w:r w:rsidRPr="002F7635">
        <w:t>10 фраз);</w:t>
      </w:r>
    </w:p>
    <w:p w14:paraId="4A3FDC63" w14:textId="77777777" w:rsidR="00DC6567" w:rsidRPr="002F7635" w:rsidRDefault="00DC6567" w:rsidP="006F1218">
      <w:pPr>
        <w:pStyle w:val="a2"/>
      </w:pPr>
      <w:r w:rsidRPr="002F7635">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0EF69DFB" w14:textId="1AE870D8" w:rsidR="00DC6567" w:rsidRPr="002F7635" w:rsidRDefault="00DC6567" w:rsidP="006F1218">
      <w:pPr>
        <w:pStyle w:val="a2"/>
      </w:pPr>
      <w:r w:rsidRPr="002F7635">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w:t>
      </w:r>
      <w:r w:rsidR="00BD7E30">
        <w:rPr>
          <w:lang w:val="ru-RU"/>
        </w:rPr>
        <w:t>-</w:t>
      </w:r>
      <w:r w:rsidRPr="002F7635">
        <w:t>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26175BC2" w14:textId="77777777" w:rsidR="00DC6567" w:rsidRPr="00FE7D54" w:rsidRDefault="00DC6567" w:rsidP="006F1218">
      <w:pPr>
        <w:pStyle w:val="a2"/>
      </w:pPr>
      <w:r w:rsidRPr="00FE7D54">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опорой на образец, план, таблицу и (или) прочитанный (прослушанный) текст (объём высказывания – до 110 слов);</w:t>
      </w:r>
    </w:p>
    <w:p w14:paraId="6927F671" w14:textId="4E94B1B7" w:rsidR="00DC6567" w:rsidRPr="002F7635" w:rsidRDefault="00DC6567" w:rsidP="006F1218">
      <w:pPr>
        <w:pStyle w:val="a5"/>
        <w:rPr>
          <w:lang w:val="x-none"/>
        </w:rPr>
      </w:pPr>
      <w:r w:rsidRPr="002F7635">
        <w:t xml:space="preserve">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w:t>
      </w:r>
      <w:r w:rsidRPr="002F7635">
        <w:lastRenderedPageBreak/>
        <w:t>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3D264C81" w14:textId="77777777" w:rsidR="00DC6567" w:rsidRPr="002F7635" w:rsidRDefault="00DC6567" w:rsidP="006F1218">
      <w:pPr>
        <w:pStyle w:val="a2"/>
      </w:pPr>
      <w:r w:rsidRPr="002F7635">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151C995" w14:textId="174437C0" w:rsidR="00DC6567" w:rsidRPr="002F7635" w:rsidRDefault="00DC6567" w:rsidP="006F1218">
      <w:pPr>
        <w:pStyle w:val="a5"/>
        <w:rPr>
          <w:lang w:val="x-none"/>
        </w:rPr>
      </w:pPr>
      <w:r w:rsidRPr="002F7635">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9AF0F01" w14:textId="77777777" w:rsidR="00DC6567" w:rsidRPr="002F7635" w:rsidRDefault="00DC6567" w:rsidP="006F1218">
      <w:pPr>
        <w:pStyle w:val="a2"/>
      </w:pPr>
      <w:r w:rsidRPr="002F7635">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14:paraId="0BDF63D9" w14:textId="77777777" w:rsidR="00DC6567" w:rsidRPr="002F7635" w:rsidRDefault="00DC6567" w:rsidP="006F1218">
      <w:pPr>
        <w:pStyle w:val="a2"/>
      </w:pPr>
      <w:r w:rsidRPr="002F7635">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14:paraId="1406298B" w14:textId="77777777" w:rsidR="00DC6567" w:rsidRPr="002F7635" w:rsidRDefault="00DC6567" w:rsidP="006F1218">
      <w:pPr>
        <w:pStyle w:val="a2"/>
      </w:pPr>
      <w:r w:rsidRPr="002F7635">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4B746554" w14:textId="77777777" w:rsidR="00DC6567" w:rsidRPr="002F7635" w:rsidRDefault="00DC6567" w:rsidP="006F1218">
      <w:pPr>
        <w:pStyle w:val="a2"/>
      </w:pPr>
      <w:r w:rsidRPr="002F7635">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4B602B52" w14:textId="63F843B2" w:rsidR="00DC6567" w:rsidRPr="002F7635" w:rsidRDefault="00DC6567" w:rsidP="006F1218">
      <w:pPr>
        <w:pStyle w:val="a5"/>
        <w:rPr>
          <w:lang w:val="x-none"/>
        </w:rPr>
      </w:pPr>
      <w:r w:rsidRPr="002F7635">
        <w:t>знать и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436AC088" w14:textId="77777777" w:rsidR="00DC6567" w:rsidRPr="002F7635" w:rsidRDefault="00DC6567" w:rsidP="006F1218">
      <w:pPr>
        <w:pStyle w:val="a2"/>
      </w:pPr>
      <w:r w:rsidRPr="002F7635">
        <w:t>распознавать в письменном и звучащем тексте и употреблять в устной и письменной речи:</w:t>
      </w:r>
    </w:p>
    <w:p w14:paraId="7168EFC7" w14:textId="77777777" w:rsidR="00DC6567" w:rsidRPr="002F7635" w:rsidRDefault="00DC6567" w:rsidP="006F1218">
      <w:pPr>
        <w:pStyle w:val="a2"/>
      </w:pPr>
      <w:r w:rsidRPr="002F7635">
        <w:t>предложения со сложным дополнением (Complex Object);</w:t>
      </w:r>
    </w:p>
    <w:p w14:paraId="61C3A558" w14:textId="77777777" w:rsidR="00DC6567" w:rsidRPr="002F7635" w:rsidRDefault="00DC6567" w:rsidP="006F1218">
      <w:pPr>
        <w:pStyle w:val="a2"/>
      </w:pPr>
      <w:r w:rsidRPr="002F7635">
        <w:t>все типы вопросительных предложений в Past Perfect Tense;</w:t>
      </w:r>
    </w:p>
    <w:p w14:paraId="29AB0B25" w14:textId="77777777" w:rsidR="00DC6567" w:rsidRPr="002F7635" w:rsidRDefault="00DC6567" w:rsidP="006F1218">
      <w:pPr>
        <w:pStyle w:val="a2"/>
      </w:pPr>
      <w:r w:rsidRPr="002F7635">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21D74CAE" w14:textId="77777777" w:rsidR="00DC6567" w:rsidRPr="002F7635" w:rsidRDefault="00DC6567" w:rsidP="006F1218">
      <w:pPr>
        <w:pStyle w:val="a2"/>
      </w:pPr>
      <w:r w:rsidRPr="002F7635">
        <w:t>согласование времён в рамках сложного предложения;</w:t>
      </w:r>
    </w:p>
    <w:p w14:paraId="5BA57890" w14:textId="77777777" w:rsidR="00DC6567" w:rsidRPr="002F7635" w:rsidRDefault="00DC6567" w:rsidP="006F1218">
      <w:pPr>
        <w:pStyle w:val="a2"/>
      </w:pPr>
      <w:r w:rsidRPr="002F7635">
        <w:t>согласование подлежащего, выраженного собирательным существительным (family, police), со сказуемым;</w:t>
      </w:r>
    </w:p>
    <w:p w14:paraId="760F25D8" w14:textId="77777777" w:rsidR="00DC6567" w:rsidRPr="002F7635" w:rsidRDefault="00DC6567" w:rsidP="006F1218">
      <w:pPr>
        <w:pStyle w:val="a2"/>
      </w:pPr>
      <w:r w:rsidRPr="002F7635">
        <w:t>конструкции с глаголами на -ing: to love/hate doing something;</w:t>
      </w:r>
    </w:p>
    <w:p w14:paraId="3E2BC123" w14:textId="77777777" w:rsidR="00DC6567" w:rsidRPr="002F7635" w:rsidRDefault="00DC6567" w:rsidP="006F1218">
      <w:pPr>
        <w:pStyle w:val="a2"/>
      </w:pPr>
      <w:r w:rsidRPr="002F7635">
        <w:t>конструкции, содержащие глаголы-связки to be/to look/to feel/to seem;</w:t>
      </w:r>
    </w:p>
    <w:p w14:paraId="2F9D2452" w14:textId="77777777" w:rsidR="00DC6567" w:rsidRPr="002F7635" w:rsidRDefault="00DC6567" w:rsidP="006F1218">
      <w:pPr>
        <w:pStyle w:val="a2"/>
      </w:pPr>
      <w:r w:rsidRPr="002F7635">
        <w:t>конструкции be/get used to do something; be/get used doing something;</w:t>
      </w:r>
    </w:p>
    <w:p w14:paraId="3A873801" w14:textId="77777777" w:rsidR="00DC6567" w:rsidRPr="002F7635" w:rsidRDefault="00DC6567" w:rsidP="006F1218">
      <w:pPr>
        <w:pStyle w:val="a2"/>
      </w:pPr>
      <w:r w:rsidRPr="002F7635">
        <w:t>конструкцию both … and …;</w:t>
      </w:r>
    </w:p>
    <w:p w14:paraId="707C4C83" w14:textId="77777777" w:rsidR="00DC6567" w:rsidRPr="002F7635" w:rsidRDefault="00DC6567" w:rsidP="006F1218">
      <w:pPr>
        <w:pStyle w:val="a2"/>
      </w:pPr>
      <w:r w:rsidRPr="002F7635">
        <w:t>конструкции c глаголами to stop, to remember, to forget (разница в значении to stop doing smth и to stop to do smth);</w:t>
      </w:r>
    </w:p>
    <w:p w14:paraId="6B9028BC" w14:textId="77777777" w:rsidR="00DC6567" w:rsidRPr="002F7635" w:rsidRDefault="00DC6567" w:rsidP="006F1218">
      <w:pPr>
        <w:pStyle w:val="a2"/>
      </w:pPr>
      <w:r w:rsidRPr="002F7635">
        <w:t>глаголы в видовременных формах действительного залога в изъявительном наклонении (Past Perfect Tense, Present Perfect Continuous Tense, Future-in-the-Past);</w:t>
      </w:r>
    </w:p>
    <w:p w14:paraId="1477AAE9" w14:textId="77777777" w:rsidR="00DC6567" w:rsidRPr="002F7635" w:rsidRDefault="00DC6567" w:rsidP="006F1218">
      <w:pPr>
        <w:pStyle w:val="a2"/>
      </w:pPr>
      <w:r w:rsidRPr="002F7635">
        <w:t>модальные глаголы в косвенной речи в настоящем и прошедшем времени;</w:t>
      </w:r>
    </w:p>
    <w:p w14:paraId="4DE474CD" w14:textId="77777777" w:rsidR="00DC6567" w:rsidRPr="002F7635" w:rsidRDefault="00DC6567" w:rsidP="006F1218">
      <w:pPr>
        <w:pStyle w:val="a2"/>
      </w:pPr>
      <w:r w:rsidRPr="002F7635">
        <w:t>неличные формы глагола (инфинитив, герундий, причастия настоящего и прошедшего времени);</w:t>
      </w:r>
    </w:p>
    <w:p w14:paraId="5061B33D" w14:textId="77777777" w:rsidR="00DC6567" w:rsidRPr="002F7635" w:rsidRDefault="00DC6567" w:rsidP="006F1218">
      <w:pPr>
        <w:pStyle w:val="a2"/>
      </w:pPr>
      <w:r w:rsidRPr="002F7635">
        <w:t>наречия too – enough;</w:t>
      </w:r>
    </w:p>
    <w:p w14:paraId="4F261209" w14:textId="77777777" w:rsidR="00DC6567" w:rsidRPr="002F7635" w:rsidRDefault="00DC6567" w:rsidP="006F1218">
      <w:pPr>
        <w:pStyle w:val="a2"/>
      </w:pPr>
      <w:r w:rsidRPr="002F7635">
        <w:t>отрицательные местоимения no (и его производные nobody, nothing, etc.), none;</w:t>
      </w:r>
    </w:p>
    <w:p w14:paraId="028ECC2C" w14:textId="40398A2D" w:rsidR="00DC6567" w:rsidRPr="002F7635" w:rsidRDefault="00DC6567" w:rsidP="006F1218">
      <w:pPr>
        <w:pStyle w:val="a5"/>
        <w:rPr>
          <w:lang w:val="x-none"/>
        </w:rPr>
      </w:pPr>
      <w:r w:rsidRPr="002F7635">
        <w:t>владеть социокультурными знаниями и умениями:</w:t>
      </w:r>
    </w:p>
    <w:p w14:paraId="3B3B72DA" w14:textId="77777777" w:rsidR="00DC6567" w:rsidRPr="002F7635" w:rsidRDefault="00DC6567" w:rsidP="006F1218">
      <w:pPr>
        <w:pStyle w:val="a2"/>
      </w:pPr>
      <w:r w:rsidRPr="002F7635">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72B1D7E2" w14:textId="77777777" w:rsidR="00DC6567" w:rsidRPr="002F7635" w:rsidRDefault="00DC6567" w:rsidP="006F1218">
      <w:pPr>
        <w:pStyle w:val="a2"/>
      </w:pPr>
      <w:r w:rsidRPr="002F7635">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2BB3DCE8" w14:textId="77777777" w:rsidR="00DC6567" w:rsidRPr="002F7635" w:rsidRDefault="00DC6567" w:rsidP="006F1218">
      <w:pPr>
        <w:pStyle w:val="a2"/>
      </w:pPr>
      <w:r w:rsidRPr="002F7635">
        <w:t>оказывать помощь зарубежным гостям в ситуациях повседневного общения (объяснить местонахождение объекта, сообщить возможный маршрут);</w:t>
      </w:r>
    </w:p>
    <w:p w14:paraId="2E2E8806" w14:textId="167B1D95" w:rsidR="00DC6567" w:rsidRPr="002F7635" w:rsidRDefault="00DC6567" w:rsidP="006F1218">
      <w:pPr>
        <w:pStyle w:val="a5"/>
      </w:pPr>
      <w:r w:rsidRPr="002F7635">
        <w:lastRenderedPageBreak/>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A251C8E" w14:textId="24E1ED20" w:rsidR="00DC6567" w:rsidRPr="002F7635" w:rsidRDefault="00DC6567" w:rsidP="006F1218">
      <w:pPr>
        <w:pStyle w:val="a5"/>
      </w:pPr>
      <w:r w:rsidRPr="002F7635">
        <w:t>понимать речевые различия в ситуациях официального и неофициального общения в рамках отобранного тематического содержания и использовать</w:t>
      </w:r>
      <w:r w:rsidR="00560955">
        <w:t xml:space="preserve"> </w:t>
      </w:r>
      <w:r w:rsidRPr="002F7635">
        <w:t>лексико-грамматические средства с их учётом;</w:t>
      </w:r>
    </w:p>
    <w:p w14:paraId="0CC54D47" w14:textId="36E113FB" w:rsidR="00DC6567" w:rsidRPr="002F7635" w:rsidRDefault="00DC6567" w:rsidP="006F1218">
      <w:pPr>
        <w:pStyle w:val="a5"/>
      </w:pPr>
      <w:r w:rsidRPr="002F7635">
        <w:t>уметь рассматривать несколько вариантов решения коммуникативной задачи в продуктивных видах речевой деятельности (говорении и письменной речи);</w:t>
      </w:r>
    </w:p>
    <w:p w14:paraId="08326088" w14:textId="271E740E" w:rsidR="00DC6567" w:rsidRPr="002F7635" w:rsidRDefault="00DC6567" w:rsidP="006F1218">
      <w:pPr>
        <w:pStyle w:val="a5"/>
      </w:pPr>
      <w:r w:rsidRPr="002F7635">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FADFCAE" w14:textId="4C34B34C" w:rsidR="00DC6567" w:rsidRPr="002F7635" w:rsidRDefault="00DC6567" w:rsidP="006F1218">
      <w:pPr>
        <w:pStyle w:val="a5"/>
      </w:pPr>
      <w:r w:rsidRPr="002F7635">
        <w:t>использовать иноязычные словари и справочники, в том числе информационно-справочные системы в электронной форме;</w:t>
      </w:r>
    </w:p>
    <w:p w14:paraId="20C34653" w14:textId="51E93C80" w:rsidR="00DC6567" w:rsidRPr="002F7635" w:rsidRDefault="00DC6567" w:rsidP="006F1218">
      <w:pPr>
        <w:pStyle w:val="a5"/>
      </w:pPr>
      <w:r w:rsidRPr="002F7635">
        <w:t>достигать взаимопонимания в процессе устного и письменного общения с носителями иностранного языка, людьми другой культуры;</w:t>
      </w:r>
    </w:p>
    <w:p w14:paraId="7E6DB0F2" w14:textId="4B382C95" w:rsidR="00DC6567" w:rsidRPr="002F7635" w:rsidRDefault="00DC6567" w:rsidP="006F1218">
      <w:pPr>
        <w:pStyle w:val="a5"/>
      </w:pPr>
      <w:r w:rsidRPr="002F7635">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12A291A" w14:textId="1B8E3432" w:rsidR="0048374F" w:rsidRPr="00901EF4" w:rsidRDefault="0048374F" w:rsidP="008C718A">
      <w:pPr>
        <w:pStyle w:val="affff1"/>
      </w:pPr>
      <w:bookmarkStart w:id="48" w:name="_Toc149647026"/>
      <w:bookmarkStart w:id="49" w:name="_Toc150046070"/>
      <w:bookmarkStart w:id="50" w:name="_Toc150047330"/>
      <w:r w:rsidRPr="00901EF4">
        <w:t>9 класс</w:t>
      </w:r>
      <w:bookmarkEnd w:id="48"/>
      <w:bookmarkEnd w:id="49"/>
      <w:bookmarkEnd w:id="50"/>
    </w:p>
    <w:p w14:paraId="5977A794" w14:textId="77777777" w:rsidR="00DC6567" w:rsidRPr="002F7635" w:rsidRDefault="00DC6567" w:rsidP="006F1218">
      <w:pPr>
        <w:pStyle w:val="Base"/>
        <w:rPr>
          <w:lang w:val="x-none"/>
        </w:rPr>
      </w:pPr>
      <w:r w:rsidRPr="002F7635">
        <w:t>Предметные результаты освоения программы по иностранному (английскому) языку к концу обучения в 9 классе:</w:t>
      </w:r>
    </w:p>
    <w:p w14:paraId="5E64D080" w14:textId="2CA1F4EF" w:rsidR="00DC6567" w:rsidRPr="002F7635" w:rsidRDefault="00DC6567" w:rsidP="006F1218">
      <w:pPr>
        <w:pStyle w:val="a5"/>
        <w:numPr>
          <w:ilvl w:val="0"/>
          <w:numId w:val="26"/>
        </w:numPr>
        <w:ind w:left="720"/>
      </w:pPr>
      <w:r w:rsidRPr="002F7635">
        <w:t>владеть основными видами речевой деятельности:</w:t>
      </w:r>
    </w:p>
    <w:p w14:paraId="5C9FA261" w14:textId="7CD01B27" w:rsidR="00DC6567" w:rsidRPr="002F7635" w:rsidRDefault="00DC6567" w:rsidP="006F1218">
      <w:pPr>
        <w:pStyle w:val="a2"/>
      </w:pPr>
      <w:r w:rsidRPr="002F7635">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w:t>
      </w:r>
      <w:r w:rsidR="00E151C9">
        <w:rPr>
          <w:lang w:val="ru-RU"/>
        </w:rPr>
        <w:t>-</w:t>
      </w:r>
      <w:r w:rsidRPr="002F7635">
        <w:t>8 реплик со стороны каждого собеседника);</w:t>
      </w:r>
    </w:p>
    <w:p w14:paraId="732541F2" w14:textId="74D8A1D3" w:rsidR="00DC6567" w:rsidRPr="002F7635" w:rsidRDefault="00DC6567" w:rsidP="006F1218">
      <w:pPr>
        <w:pStyle w:val="a2"/>
      </w:pPr>
      <w:r w:rsidRPr="002F7635">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w:t>
      </w:r>
      <w:r w:rsidR="00E151C9">
        <w:rPr>
          <w:lang w:val="ru-RU"/>
        </w:rPr>
        <w:t>-</w:t>
      </w:r>
      <w:r w:rsidRPr="002F7635">
        <w:t>12 фраз), излагать основное содержание прочитанного (прослушанного) текста со зрительными и (или) вербальными опорами (объём – 10</w:t>
      </w:r>
      <w:r w:rsidR="00E151C9">
        <w:rPr>
          <w:lang w:val="ru-RU"/>
        </w:rPr>
        <w:t>-</w:t>
      </w:r>
      <w:r w:rsidRPr="002F7635">
        <w:t>12 фраз), излагать результаты выполненной проектной работы (объём – 10</w:t>
      </w:r>
      <w:r w:rsidR="00E151C9">
        <w:rPr>
          <w:lang w:val="ru-RU"/>
        </w:rPr>
        <w:t>-</w:t>
      </w:r>
      <w:r w:rsidRPr="002F7635">
        <w:t>12 фраз);</w:t>
      </w:r>
    </w:p>
    <w:p w14:paraId="775FD187" w14:textId="77777777" w:rsidR="00DC6567" w:rsidRPr="002F7635" w:rsidRDefault="00DC6567" w:rsidP="006F1218">
      <w:pPr>
        <w:pStyle w:val="a2"/>
      </w:pPr>
      <w:r w:rsidRPr="002F7635">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31F6288C" w14:textId="7069AB64" w:rsidR="00DC6567" w:rsidRPr="002F7635" w:rsidRDefault="00DC6567" w:rsidP="006F1218">
      <w:pPr>
        <w:pStyle w:val="a2"/>
      </w:pPr>
      <w:r w:rsidRPr="002F7635">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w:t>
      </w:r>
      <w:r w:rsidR="00E151C9">
        <w:rPr>
          <w:lang w:val="ru-RU"/>
        </w:rPr>
        <w:t>-</w:t>
      </w:r>
      <w:r w:rsidRPr="002F7635">
        <w:t xml:space="preserve">600 слов), читать про себя </w:t>
      </w:r>
      <w:r w:rsidR="00F05C89" w:rsidRPr="002F7635">
        <w:t>не сплошные</w:t>
      </w:r>
      <w:r w:rsidRPr="002F7635">
        <w:t xml:space="preserve"> тексты (таблицы, диаграммы) и понимать представленную в них информацию, обобщать и оценивать полученную при чтении информацию;</w:t>
      </w:r>
    </w:p>
    <w:p w14:paraId="4B7E4A1E" w14:textId="059F95F4" w:rsidR="00DC6567" w:rsidRPr="002F7635" w:rsidRDefault="00DC6567" w:rsidP="006F1218">
      <w:pPr>
        <w:pStyle w:val="a2"/>
      </w:pPr>
      <w:r w:rsidRPr="002F7635">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опорой на образец, план, таблицу, прочитанный (прослушанный) текст (объём высказывания – до 120 слов), заполнять таблицу, кратко фиксируя содержание прочитанного </w:t>
      </w:r>
      <w:r w:rsidRPr="002F7635">
        <w:lastRenderedPageBreak/>
        <w:t>(прослушанного) текста, письменно представлять результаты выполненной проектной работы (объём – 100</w:t>
      </w:r>
      <w:r w:rsidR="00E151C9">
        <w:rPr>
          <w:lang w:val="ru-RU"/>
        </w:rPr>
        <w:t>-</w:t>
      </w:r>
      <w:r w:rsidRPr="002F7635">
        <w:t>120 слов);</w:t>
      </w:r>
    </w:p>
    <w:p w14:paraId="46EE30C6" w14:textId="1FDB8851" w:rsidR="00DC6567" w:rsidRPr="002F7635" w:rsidRDefault="00DC6567" w:rsidP="006F1218">
      <w:pPr>
        <w:pStyle w:val="a5"/>
      </w:pPr>
      <w:r w:rsidRPr="002F7635">
        <w:t xml:space="preserve">владеть фонетическими навыками: различать на слух и адекватно, без ошибок, ведущих к сбою коммуникации, </w:t>
      </w:r>
      <w:r w:rsidRPr="00E151C9">
        <w:t>произносить</w:t>
      </w:r>
      <w:r w:rsidRPr="002F7635">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AD1E788" w14:textId="77777777" w:rsidR="00DC6567" w:rsidRPr="002F7635" w:rsidRDefault="00DC6567" w:rsidP="006F1218">
      <w:pPr>
        <w:pStyle w:val="a2"/>
      </w:pPr>
      <w:r w:rsidRPr="002F7635">
        <w:t>владеть орфографическими навыками: правильно писать изученные слова;</w:t>
      </w:r>
    </w:p>
    <w:p w14:paraId="21AC30D0" w14:textId="77777777" w:rsidR="00DC6567" w:rsidRPr="002F7635" w:rsidRDefault="00DC6567" w:rsidP="006F1218">
      <w:pPr>
        <w:pStyle w:val="a2"/>
      </w:pPr>
      <w:r w:rsidRPr="002F7635">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5D95E52" w14:textId="22159150" w:rsidR="00DC6567" w:rsidRPr="002F7635" w:rsidRDefault="00DC6567" w:rsidP="006F1218">
      <w:pPr>
        <w:pStyle w:val="a5"/>
        <w:rPr>
          <w:lang w:val="x-none"/>
        </w:rPr>
      </w:pPr>
      <w:r w:rsidRPr="002F7635">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F0469EC" w14:textId="77777777" w:rsidR="00DC6567" w:rsidRPr="002F7635" w:rsidRDefault="00DC6567" w:rsidP="006F1218">
      <w:pPr>
        <w:pStyle w:val="a2"/>
      </w:pPr>
      <w:r w:rsidRPr="002F7635">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14:paraId="47605F6C" w14:textId="77777777" w:rsidR="00DC6567" w:rsidRPr="002F7635" w:rsidRDefault="00DC6567" w:rsidP="006F1218">
      <w:pPr>
        <w:pStyle w:val="a2"/>
      </w:pPr>
      <w:r w:rsidRPr="002F7635">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57398029" w14:textId="77777777" w:rsidR="00DC6567" w:rsidRPr="002F7635" w:rsidRDefault="00DC6567" w:rsidP="006F1218">
      <w:pPr>
        <w:pStyle w:val="a2"/>
      </w:pPr>
      <w:r w:rsidRPr="002F7635">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3F67B23" w14:textId="751B2E5F" w:rsidR="00DC6567" w:rsidRPr="002F7635" w:rsidRDefault="00DC6567" w:rsidP="006F1218">
      <w:pPr>
        <w:pStyle w:val="a5"/>
        <w:rPr>
          <w:lang w:val="x-none"/>
        </w:rPr>
      </w:pPr>
      <w:r w:rsidRPr="002F7635">
        <w:t>знать и понимать особенности структуры простых и сложных предложений и различных коммуникативных типов предложений английского языка;</w:t>
      </w:r>
    </w:p>
    <w:p w14:paraId="31DECA2D" w14:textId="77777777" w:rsidR="00DC6567" w:rsidRPr="002F7635" w:rsidRDefault="00DC6567" w:rsidP="006F1218">
      <w:pPr>
        <w:pStyle w:val="a2"/>
      </w:pPr>
      <w:r w:rsidRPr="002F7635">
        <w:t>распознавать в письменном и звучащем тексте и употреблять в устной и письменной речи:</w:t>
      </w:r>
    </w:p>
    <w:p w14:paraId="4AFEFFBB" w14:textId="77777777" w:rsidR="00DC6567" w:rsidRPr="002F7635" w:rsidRDefault="00DC6567" w:rsidP="006F1218">
      <w:pPr>
        <w:pStyle w:val="a2"/>
      </w:pPr>
      <w:r w:rsidRPr="002F7635">
        <w:t>предложения со сложным дополнением (Complex Object) (I want to have my hair cut.);</w:t>
      </w:r>
    </w:p>
    <w:p w14:paraId="33A58B8A" w14:textId="77777777" w:rsidR="00DC6567" w:rsidRPr="002F7635" w:rsidRDefault="00DC6567" w:rsidP="006F1218">
      <w:pPr>
        <w:pStyle w:val="a2"/>
      </w:pPr>
      <w:r w:rsidRPr="002F7635">
        <w:t>предложения с I wish;</w:t>
      </w:r>
    </w:p>
    <w:p w14:paraId="70E70878" w14:textId="77777777" w:rsidR="00DC6567" w:rsidRPr="002F7635" w:rsidRDefault="00DC6567" w:rsidP="006F1218">
      <w:pPr>
        <w:pStyle w:val="a2"/>
      </w:pPr>
      <w:r w:rsidRPr="002F7635">
        <w:t>условные предложения нереального характера (Conditional II);</w:t>
      </w:r>
    </w:p>
    <w:p w14:paraId="6A3CCD8A" w14:textId="77777777" w:rsidR="00DC6567" w:rsidRPr="002F7635" w:rsidRDefault="00DC6567" w:rsidP="006F1218">
      <w:pPr>
        <w:pStyle w:val="a2"/>
      </w:pPr>
      <w:r w:rsidRPr="002F7635">
        <w:t>конструкцию для выражения предпочтения I prefer …/I’d prefer …/I’d rather…;</w:t>
      </w:r>
    </w:p>
    <w:p w14:paraId="39A62157" w14:textId="77777777" w:rsidR="00DC6567" w:rsidRPr="002F7635" w:rsidRDefault="00DC6567" w:rsidP="006F1218">
      <w:pPr>
        <w:pStyle w:val="a2"/>
      </w:pPr>
      <w:r w:rsidRPr="002F7635">
        <w:t>предложения с конструкцией either … or, neither … nor;</w:t>
      </w:r>
    </w:p>
    <w:p w14:paraId="3559EA43" w14:textId="77777777" w:rsidR="00DC6567" w:rsidRPr="002F7635" w:rsidRDefault="00DC6567" w:rsidP="006F1218">
      <w:pPr>
        <w:pStyle w:val="a2"/>
      </w:pPr>
      <w:r w:rsidRPr="002F7635">
        <w:t>формы страдательного залога Present Perfect Passive;</w:t>
      </w:r>
    </w:p>
    <w:p w14:paraId="557CD625" w14:textId="77777777" w:rsidR="00DC6567" w:rsidRPr="002F7635" w:rsidRDefault="00DC6567" w:rsidP="006F1218">
      <w:pPr>
        <w:pStyle w:val="a2"/>
      </w:pPr>
      <w:r w:rsidRPr="002F7635">
        <w:t>порядок следования имён прилагательных (nice long blond hair);</w:t>
      </w:r>
    </w:p>
    <w:p w14:paraId="3130200F" w14:textId="6DF12C1B" w:rsidR="00DC6567" w:rsidRPr="002F7635" w:rsidRDefault="00DC6567" w:rsidP="006F1218">
      <w:pPr>
        <w:pStyle w:val="a5"/>
        <w:rPr>
          <w:lang w:val="x-none"/>
        </w:rPr>
      </w:pPr>
      <w:r w:rsidRPr="002F7635">
        <w:t>владеть социокультурными знаниями и умениями:</w:t>
      </w:r>
    </w:p>
    <w:p w14:paraId="1E4AB864" w14:textId="77777777" w:rsidR="00DC6567" w:rsidRPr="002F7635" w:rsidRDefault="00DC6567" w:rsidP="006F1218">
      <w:pPr>
        <w:pStyle w:val="a2"/>
      </w:pPr>
      <w:r w:rsidRPr="002F7635">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p w14:paraId="33909F1C" w14:textId="77777777" w:rsidR="00DC6567" w:rsidRPr="002F7635" w:rsidRDefault="00DC6567" w:rsidP="006F1218">
      <w:pPr>
        <w:pStyle w:val="a2"/>
      </w:pPr>
      <w:r w:rsidRPr="002F7635">
        <w:t>выражать модальные значения, чувства и эмоции;</w:t>
      </w:r>
    </w:p>
    <w:p w14:paraId="4E34B349" w14:textId="77777777" w:rsidR="00DC6567" w:rsidRPr="002F7635" w:rsidRDefault="00DC6567" w:rsidP="006F1218">
      <w:pPr>
        <w:pStyle w:val="a2"/>
      </w:pPr>
      <w:r w:rsidRPr="002F7635">
        <w:t>иметь элементарные представления о различных вариантах английского языка;</w:t>
      </w:r>
    </w:p>
    <w:p w14:paraId="56CEE79C" w14:textId="77777777" w:rsidR="00DC6567" w:rsidRPr="002F7635" w:rsidRDefault="00DC6567" w:rsidP="006F1218">
      <w:pPr>
        <w:pStyle w:val="a2"/>
      </w:pPr>
      <w:r w:rsidRPr="002F7635">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 (страны) изучаемого языка, оказывать помощь зарубежным гостям в ситуациях повседневного общения;</w:t>
      </w:r>
    </w:p>
    <w:p w14:paraId="5A9841AF" w14:textId="5096915D" w:rsidR="00DC6567" w:rsidRPr="002F7635" w:rsidRDefault="00DC6567" w:rsidP="006F1218">
      <w:pPr>
        <w:pStyle w:val="a5"/>
      </w:pPr>
      <w:r w:rsidRPr="002F7635">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w:t>
      </w:r>
      <w:r w:rsidRPr="002F7635">
        <w:lastRenderedPageBreak/>
        <w:t>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E1CB3A3" w14:textId="0CB16D95" w:rsidR="00DC6567" w:rsidRPr="002F7635" w:rsidRDefault="00DC6567" w:rsidP="006F1218">
      <w:pPr>
        <w:pStyle w:val="a5"/>
      </w:pPr>
      <w:r w:rsidRPr="002F7635">
        <w:t>уметь рассматривать несколько вариантов решения коммуникативной задачи в продуктивных видах речевой деятельности (говорении и письменной речи);</w:t>
      </w:r>
    </w:p>
    <w:p w14:paraId="4E243E9E" w14:textId="0F7809EC" w:rsidR="00DC6567" w:rsidRPr="002F7635" w:rsidRDefault="00DC6567" w:rsidP="006F1218">
      <w:pPr>
        <w:pStyle w:val="a5"/>
      </w:pPr>
      <w:r w:rsidRPr="002F7635">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5F831B66" w14:textId="7DDA2DD7" w:rsidR="00DC6567" w:rsidRPr="002F7635" w:rsidRDefault="00DC6567" w:rsidP="006F1218">
      <w:pPr>
        <w:pStyle w:val="a5"/>
      </w:pPr>
      <w:r w:rsidRPr="002F7635">
        <w:t>использовать иноязычные словари и справочники, в том числе информационно-справочные системы в электронной форме;</w:t>
      </w:r>
    </w:p>
    <w:p w14:paraId="43BEF664" w14:textId="5F850E30" w:rsidR="00DC6567" w:rsidRPr="002F7635" w:rsidRDefault="00DC6567" w:rsidP="006F1218">
      <w:pPr>
        <w:pStyle w:val="a5"/>
      </w:pPr>
      <w:r w:rsidRPr="002F7635">
        <w:t>достигать взаимопонимания в процессе устного и письменного общения с носителями иностранного языка, людьми другой культуры;</w:t>
      </w:r>
    </w:p>
    <w:p w14:paraId="0FFF281B" w14:textId="3FB00A39" w:rsidR="00DC6567" w:rsidRPr="002F7635" w:rsidRDefault="00DC6567" w:rsidP="006F1218">
      <w:pPr>
        <w:pStyle w:val="a5"/>
      </w:pPr>
      <w:r w:rsidRPr="002F7635">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634A3203" w14:textId="29F002F5" w:rsidR="00CA5980" w:rsidRPr="00771393" w:rsidRDefault="00771393" w:rsidP="006F1218">
      <w:pPr>
        <w:pStyle w:val="19"/>
      </w:pPr>
      <w:bookmarkStart w:id="51" w:name="_Toc149647027"/>
      <w:bookmarkStart w:id="52" w:name="_Toc150046071"/>
      <w:bookmarkStart w:id="53" w:name="_Toc150046854"/>
      <w:bookmarkStart w:id="54" w:name="_Toc150047086"/>
      <w:bookmarkStart w:id="55" w:name="_Toc150047331"/>
      <w:r w:rsidRPr="00771393">
        <w:lastRenderedPageBreak/>
        <w:t xml:space="preserve">Перечень обязательных оценочных процедур </w:t>
      </w:r>
      <w:r w:rsidR="0026604E" w:rsidRPr="00771393">
        <w:br/>
      </w:r>
      <w:r w:rsidRPr="00771393">
        <w:t>по английскому языку</w:t>
      </w:r>
      <w:bookmarkEnd w:id="51"/>
      <w:bookmarkEnd w:id="52"/>
      <w:bookmarkEnd w:id="53"/>
      <w:bookmarkEnd w:id="54"/>
      <w:bookmarkEnd w:id="55"/>
    </w:p>
    <w:tbl>
      <w:tblPr>
        <w:tblpPr w:leftFromText="180" w:rightFromText="180" w:vertAnchor="text" w:horzAnchor="margin" w:tblpXSpec="center" w:tblpY="170"/>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097"/>
        <w:gridCol w:w="1868"/>
        <w:gridCol w:w="1553"/>
        <w:gridCol w:w="1887"/>
        <w:gridCol w:w="2536"/>
        <w:gridCol w:w="1260"/>
      </w:tblGrid>
      <w:tr w:rsidR="00CA5980" w:rsidRPr="002F7635" w14:paraId="542075D8" w14:textId="77777777" w:rsidTr="00B16DD8">
        <w:trPr>
          <w:cantSplit/>
        </w:trPr>
        <w:tc>
          <w:tcPr>
            <w:tcW w:w="1098" w:type="dxa"/>
            <w:shd w:val="clear" w:color="auto" w:fill="FFFFFF" w:themeFill="background1"/>
            <w:vAlign w:val="center"/>
          </w:tcPr>
          <w:p w14:paraId="306D8CCF" w14:textId="77777777"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Класс</w:t>
            </w:r>
          </w:p>
        </w:tc>
        <w:tc>
          <w:tcPr>
            <w:tcW w:w="1868" w:type="dxa"/>
            <w:shd w:val="clear" w:color="auto" w:fill="FFFFFF" w:themeFill="background1"/>
            <w:vAlign w:val="center"/>
          </w:tcPr>
          <w:p w14:paraId="75BFB45E" w14:textId="72B9FE5A"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 xml:space="preserve">Наименование учебного </w:t>
            </w:r>
            <w:r w:rsidR="00556D83">
              <w:rPr>
                <w:rFonts w:ascii="Times New Roman" w:eastAsia="Times New Roman" w:hAnsi="Times New Roman" w:cs="Times New Roman"/>
                <w:b/>
                <w:color w:val="000000"/>
                <w:sz w:val="24"/>
                <w:szCs w:val="24"/>
                <w:lang w:eastAsia="ru-RU"/>
              </w:rPr>
              <w:br/>
            </w:r>
            <w:r w:rsidRPr="002F7635">
              <w:rPr>
                <w:rFonts w:ascii="Times New Roman" w:eastAsia="Times New Roman" w:hAnsi="Times New Roman" w:cs="Times New Roman"/>
                <w:b/>
                <w:color w:val="000000"/>
                <w:sz w:val="24"/>
                <w:szCs w:val="24"/>
                <w:lang w:eastAsia="ru-RU"/>
              </w:rPr>
              <w:t>предмета</w:t>
            </w:r>
          </w:p>
        </w:tc>
        <w:tc>
          <w:tcPr>
            <w:tcW w:w="0" w:type="auto"/>
            <w:shd w:val="clear" w:color="auto" w:fill="FFFFFF" w:themeFill="background1"/>
            <w:vAlign w:val="center"/>
          </w:tcPr>
          <w:p w14:paraId="56776BD0" w14:textId="19DA9CB1"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Количество</w:t>
            </w:r>
            <w:r w:rsidR="00560955">
              <w:rPr>
                <w:rFonts w:ascii="Times New Roman" w:eastAsia="Times New Roman" w:hAnsi="Times New Roman" w:cs="Times New Roman"/>
                <w:b/>
                <w:color w:val="000000"/>
                <w:sz w:val="24"/>
                <w:szCs w:val="24"/>
                <w:lang w:eastAsia="ru-RU"/>
              </w:rPr>
              <w:t xml:space="preserve"> </w:t>
            </w:r>
            <w:r w:rsidRPr="002F7635">
              <w:rPr>
                <w:rFonts w:ascii="Times New Roman" w:eastAsia="Times New Roman" w:hAnsi="Times New Roman" w:cs="Times New Roman"/>
                <w:b/>
                <w:color w:val="000000"/>
                <w:sz w:val="24"/>
                <w:szCs w:val="24"/>
                <w:lang w:eastAsia="ru-RU"/>
              </w:rPr>
              <w:t>часов</w:t>
            </w:r>
            <w:r w:rsidR="00560955">
              <w:rPr>
                <w:rFonts w:ascii="Times New Roman" w:eastAsia="Times New Roman" w:hAnsi="Times New Roman" w:cs="Times New Roman"/>
                <w:b/>
                <w:color w:val="000000"/>
                <w:sz w:val="24"/>
                <w:szCs w:val="24"/>
                <w:lang w:eastAsia="ru-RU"/>
              </w:rPr>
              <w:t xml:space="preserve"> </w:t>
            </w:r>
            <w:r w:rsidR="00556D83">
              <w:rPr>
                <w:rFonts w:ascii="Times New Roman" w:eastAsia="Times New Roman" w:hAnsi="Times New Roman" w:cs="Times New Roman"/>
                <w:b/>
                <w:color w:val="000000"/>
                <w:sz w:val="24"/>
                <w:szCs w:val="24"/>
                <w:lang w:eastAsia="ru-RU"/>
              </w:rPr>
              <w:br/>
            </w:r>
            <w:r w:rsidRPr="002F7635">
              <w:rPr>
                <w:rFonts w:ascii="Times New Roman" w:eastAsia="Times New Roman" w:hAnsi="Times New Roman" w:cs="Times New Roman"/>
                <w:b/>
                <w:color w:val="000000"/>
                <w:sz w:val="24"/>
                <w:szCs w:val="24"/>
                <w:lang w:eastAsia="ru-RU"/>
              </w:rPr>
              <w:t>в неделю</w:t>
            </w:r>
          </w:p>
        </w:tc>
        <w:tc>
          <w:tcPr>
            <w:tcW w:w="0" w:type="auto"/>
            <w:shd w:val="clear" w:color="auto" w:fill="FFFFFF" w:themeFill="background1"/>
            <w:vAlign w:val="center"/>
          </w:tcPr>
          <w:p w14:paraId="3E6FF988" w14:textId="77777777"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Общее</w:t>
            </w:r>
          </w:p>
          <w:p w14:paraId="68C4B09E" w14:textId="77777777"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количество часов за год</w:t>
            </w:r>
          </w:p>
        </w:tc>
        <w:tc>
          <w:tcPr>
            <w:tcW w:w="0" w:type="auto"/>
            <w:tcBorders>
              <w:bottom w:val="single" w:sz="4" w:space="0" w:color="auto"/>
            </w:tcBorders>
            <w:shd w:val="clear" w:color="auto" w:fill="FFFFFF" w:themeFill="background1"/>
            <w:vAlign w:val="center"/>
          </w:tcPr>
          <w:p w14:paraId="5CB891E9" w14:textId="7B4825AF"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Наименование</w:t>
            </w:r>
            <w:r w:rsidR="00560955">
              <w:rPr>
                <w:rFonts w:ascii="Times New Roman" w:eastAsia="Times New Roman" w:hAnsi="Times New Roman" w:cs="Times New Roman"/>
                <w:b/>
                <w:color w:val="000000"/>
                <w:sz w:val="24"/>
                <w:szCs w:val="24"/>
                <w:lang w:eastAsia="ru-RU"/>
              </w:rPr>
              <w:t xml:space="preserve"> </w:t>
            </w:r>
            <w:r w:rsidRPr="002F7635">
              <w:rPr>
                <w:rFonts w:ascii="Times New Roman" w:eastAsia="Times New Roman" w:hAnsi="Times New Roman" w:cs="Times New Roman"/>
                <w:b/>
                <w:color w:val="000000"/>
                <w:sz w:val="24"/>
                <w:szCs w:val="24"/>
                <w:lang w:eastAsia="ru-RU"/>
              </w:rPr>
              <w:t xml:space="preserve">оценочной </w:t>
            </w:r>
            <w:r w:rsidR="00556D83">
              <w:rPr>
                <w:rFonts w:ascii="Times New Roman" w:eastAsia="Times New Roman" w:hAnsi="Times New Roman" w:cs="Times New Roman"/>
                <w:b/>
                <w:color w:val="000000"/>
                <w:sz w:val="24"/>
                <w:szCs w:val="24"/>
                <w:lang w:eastAsia="ru-RU"/>
              </w:rPr>
              <w:br/>
            </w:r>
            <w:r w:rsidRPr="002F7635">
              <w:rPr>
                <w:rFonts w:ascii="Times New Roman" w:eastAsia="Times New Roman" w:hAnsi="Times New Roman" w:cs="Times New Roman"/>
                <w:b/>
                <w:color w:val="000000"/>
                <w:sz w:val="24"/>
                <w:szCs w:val="24"/>
                <w:lang w:eastAsia="ru-RU"/>
              </w:rPr>
              <w:t>процедуры</w:t>
            </w:r>
          </w:p>
        </w:tc>
        <w:tc>
          <w:tcPr>
            <w:tcW w:w="0" w:type="auto"/>
            <w:tcBorders>
              <w:bottom w:val="single" w:sz="4" w:space="0" w:color="auto"/>
            </w:tcBorders>
            <w:shd w:val="clear" w:color="auto" w:fill="FFFFFF" w:themeFill="background1"/>
            <w:vAlign w:val="center"/>
          </w:tcPr>
          <w:p w14:paraId="2FC282CB" w14:textId="740191ED" w:rsidR="00CA5980" w:rsidRPr="002F7635" w:rsidRDefault="00CA5980" w:rsidP="00556D83">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Форма</w:t>
            </w:r>
            <w:r w:rsidR="00560955">
              <w:rPr>
                <w:rFonts w:ascii="Times New Roman" w:eastAsia="Times New Roman" w:hAnsi="Times New Roman" w:cs="Times New Roman"/>
                <w:b/>
                <w:color w:val="000000"/>
                <w:sz w:val="24"/>
                <w:szCs w:val="24"/>
                <w:lang w:eastAsia="ru-RU"/>
              </w:rPr>
              <w:t xml:space="preserve"> </w:t>
            </w:r>
            <w:r w:rsidR="00556D83">
              <w:rPr>
                <w:rFonts w:ascii="Times New Roman" w:eastAsia="Times New Roman" w:hAnsi="Times New Roman" w:cs="Times New Roman"/>
                <w:b/>
                <w:color w:val="000000"/>
                <w:sz w:val="24"/>
                <w:szCs w:val="24"/>
                <w:lang w:val="en-US" w:eastAsia="ru-RU"/>
              </w:rPr>
              <w:br/>
            </w:r>
            <w:r w:rsidRPr="002F7635">
              <w:rPr>
                <w:rFonts w:ascii="Times New Roman" w:eastAsia="Times New Roman" w:hAnsi="Times New Roman" w:cs="Times New Roman"/>
                <w:b/>
                <w:color w:val="000000"/>
                <w:sz w:val="24"/>
                <w:szCs w:val="24"/>
                <w:lang w:eastAsia="ru-RU"/>
              </w:rPr>
              <w:t>контроля</w:t>
            </w:r>
          </w:p>
        </w:tc>
      </w:tr>
      <w:tr w:rsidR="00CA5980" w:rsidRPr="002F7635" w14:paraId="69BA3F58" w14:textId="77777777" w:rsidTr="00B16DD8">
        <w:tc>
          <w:tcPr>
            <w:tcW w:w="1098" w:type="dxa"/>
            <w:vMerge w:val="restart"/>
            <w:shd w:val="clear" w:color="auto" w:fill="FFFFFF" w:themeFill="background1"/>
            <w:vAlign w:val="center"/>
          </w:tcPr>
          <w:p w14:paraId="7C55BFF9" w14:textId="77777777" w:rsidR="00CA5980" w:rsidRPr="002F7635" w:rsidRDefault="00CA5980" w:rsidP="00CA5980">
            <w:pPr>
              <w:tabs>
                <w:tab w:val="left" w:pos="540"/>
              </w:tabs>
              <w:spacing w:after="0" w:line="240" w:lineRule="auto"/>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5 класс</w:t>
            </w:r>
          </w:p>
        </w:tc>
        <w:tc>
          <w:tcPr>
            <w:tcW w:w="1868" w:type="dxa"/>
            <w:vMerge w:val="restart"/>
            <w:shd w:val="clear" w:color="auto" w:fill="FFFFFF" w:themeFill="background1"/>
            <w:vAlign w:val="center"/>
          </w:tcPr>
          <w:p w14:paraId="00B2B1DE" w14:textId="77777777" w:rsidR="00CA5980" w:rsidRPr="00C32BCB" w:rsidRDefault="00CA5980" w:rsidP="00C32BCB">
            <w:pPr>
              <w:pStyle w:val="affff4"/>
              <w:framePr w:hSpace="0" w:wrap="auto" w:vAnchor="margin" w:hAnchor="text" w:xAlign="left" w:yAlign="inline"/>
              <w:jc w:val="center"/>
            </w:pPr>
            <w:r w:rsidRPr="00C32BCB">
              <w:t>английский язык</w:t>
            </w:r>
          </w:p>
        </w:tc>
        <w:tc>
          <w:tcPr>
            <w:tcW w:w="0" w:type="auto"/>
            <w:vMerge w:val="restart"/>
            <w:shd w:val="clear" w:color="auto" w:fill="FFFFFF" w:themeFill="background1"/>
            <w:vAlign w:val="center"/>
          </w:tcPr>
          <w:p w14:paraId="625E2F3E" w14:textId="689B09D0" w:rsidR="00CA5980" w:rsidRPr="00C32BCB" w:rsidRDefault="00432193" w:rsidP="00C32BCB">
            <w:pPr>
              <w:pStyle w:val="affff4"/>
              <w:framePr w:hSpace="0" w:wrap="auto" w:vAnchor="margin" w:hAnchor="text" w:xAlign="left" w:yAlign="inline"/>
              <w:jc w:val="center"/>
            </w:pPr>
            <w:r>
              <w:t>3</w:t>
            </w:r>
          </w:p>
        </w:tc>
        <w:tc>
          <w:tcPr>
            <w:tcW w:w="0" w:type="auto"/>
            <w:vMerge w:val="restart"/>
            <w:shd w:val="clear" w:color="auto" w:fill="FFFFFF" w:themeFill="background1"/>
            <w:vAlign w:val="center"/>
          </w:tcPr>
          <w:p w14:paraId="5247540F" w14:textId="23E93E3F" w:rsidR="00CA5980" w:rsidRPr="00C32BCB" w:rsidRDefault="00432193" w:rsidP="00C32BCB">
            <w:pPr>
              <w:pStyle w:val="affff4"/>
              <w:framePr w:hSpace="0" w:wrap="auto" w:vAnchor="margin" w:hAnchor="text" w:xAlign="left" w:yAlign="inline"/>
              <w:jc w:val="center"/>
            </w:pPr>
            <w:r>
              <w:t>102</w:t>
            </w:r>
          </w:p>
        </w:tc>
        <w:tc>
          <w:tcPr>
            <w:tcW w:w="0" w:type="auto"/>
            <w:tcBorders>
              <w:bottom w:val="dotted" w:sz="4" w:space="0" w:color="auto"/>
            </w:tcBorders>
            <w:shd w:val="clear" w:color="auto" w:fill="FFFFFF" w:themeFill="background1"/>
            <w:vAlign w:val="center"/>
          </w:tcPr>
          <w:p w14:paraId="1570B664" w14:textId="77777777" w:rsidR="00CA5980" w:rsidRPr="00C32BCB" w:rsidRDefault="00CA5980" w:rsidP="00C32BCB">
            <w:pPr>
              <w:pStyle w:val="affff4"/>
              <w:framePr w:hSpace="0" w:wrap="auto" w:vAnchor="margin" w:hAnchor="text" w:xAlign="left" w:yAlign="inline"/>
              <w:jc w:val="center"/>
            </w:pPr>
            <w:r w:rsidRPr="00C32BCB">
              <w:t>Входное тестирование</w:t>
            </w:r>
          </w:p>
        </w:tc>
        <w:tc>
          <w:tcPr>
            <w:tcW w:w="0" w:type="auto"/>
            <w:tcBorders>
              <w:bottom w:val="dotted" w:sz="4" w:space="0" w:color="auto"/>
            </w:tcBorders>
            <w:shd w:val="clear" w:color="auto" w:fill="FFFFFF" w:themeFill="background1"/>
            <w:vAlign w:val="center"/>
          </w:tcPr>
          <w:p w14:paraId="2011E63C"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23CDBC13" w14:textId="77777777" w:rsidTr="00B16DD8">
        <w:tc>
          <w:tcPr>
            <w:tcW w:w="1098" w:type="dxa"/>
            <w:vMerge/>
            <w:shd w:val="clear" w:color="auto" w:fill="FFFFFF" w:themeFill="background1"/>
            <w:vAlign w:val="center"/>
          </w:tcPr>
          <w:p w14:paraId="291D11F9" w14:textId="77777777" w:rsidR="00CA5980" w:rsidRPr="002F7635" w:rsidRDefault="00CA5980" w:rsidP="00CA5980">
            <w:pPr>
              <w:tabs>
                <w:tab w:val="left" w:pos="540"/>
              </w:tabs>
              <w:spacing w:after="0" w:line="240" w:lineRule="auto"/>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5B4752B9"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5A3D782B"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0337F838"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dotted" w:sz="4" w:space="0" w:color="auto"/>
            </w:tcBorders>
            <w:shd w:val="clear" w:color="auto" w:fill="FFFFFF" w:themeFill="background1"/>
            <w:vAlign w:val="center"/>
          </w:tcPr>
          <w:p w14:paraId="153A33B8" w14:textId="77777777" w:rsidR="00CA5980" w:rsidRPr="00C32BCB" w:rsidRDefault="00CA5980" w:rsidP="00C32BCB">
            <w:pPr>
              <w:pStyle w:val="affff4"/>
              <w:framePr w:hSpace="0" w:wrap="auto" w:vAnchor="margin" w:hAnchor="text" w:xAlign="left" w:yAlign="inline"/>
              <w:jc w:val="center"/>
            </w:pPr>
            <w:r w:rsidRPr="00C32BCB">
              <w:t xml:space="preserve">Контрольная работа за </w:t>
            </w:r>
            <w:r w:rsidRPr="00C32BCB">
              <w:rPr>
                <w:lang w:val="en-US"/>
              </w:rPr>
              <w:t>I</w:t>
            </w:r>
            <w:r w:rsidRPr="00C32BCB">
              <w:t xml:space="preserve"> триместр</w:t>
            </w:r>
          </w:p>
        </w:tc>
        <w:tc>
          <w:tcPr>
            <w:tcW w:w="0" w:type="auto"/>
            <w:tcBorders>
              <w:top w:val="dotted" w:sz="4" w:space="0" w:color="auto"/>
              <w:bottom w:val="dotted" w:sz="4" w:space="0" w:color="auto"/>
            </w:tcBorders>
            <w:shd w:val="clear" w:color="auto" w:fill="FFFFFF" w:themeFill="background1"/>
            <w:vAlign w:val="center"/>
          </w:tcPr>
          <w:p w14:paraId="74DED63C"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11E44655" w14:textId="77777777" w:rsidTr="00B16DD8">
        <w:tc>
          <w:tcPr>
            <w:tcW w:w="1098" w:type="dxa"/>
            <w:vMerge/>
            <w:shd w:val="clear" w:color="auto" w:fill="FFFFFF" w:themeFill="background1"/>
            <w:vAlign w:val="center"/>
          </w:tcPr>
          <w:p w14:paraId="26B4FD8B" w14:textId="77777777" w:rsidR="00CA5980" w:rsidRPr="002F7635" w:rsidRDefault="00CA5980" w:rsidP="00CA5980">
            <w:pPr>
              <w:tabs>
                <w:tab w:val="left" w:pos="540"/>
              </w:tabs>
              <w:spacing w:after="0" w:line="240" w:lineRule="auto"/>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086F92C5"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3B5E37CE"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288FA212"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dotted" w:sz="4" w:space="0" w:color="auto"/>
            </w:tcBorders>
            <w:shd w:val="clear" w:color="auto" w:fill="FFFFFF" w:themeFill="background1"/>
            <w:vAlign w:val="center"/>
          </w:tcPr>
          <w:p w14:paraId="294943EA" w14:textId="77777777" w:rsidR="00CA5980" w:rsidRPr="00C32BCB" w:rsidRDefault="00CA5980" w:rsidP="00C32BCB">
            <w:pPr>
              <w:pStyle w:val="affff4"/>
              <w:framePr w:hSpace="0" w:wrap="auto" w:vAnchor="margin" w:hAnchor="text" w:xAlign="left" w:yAlign="inline"/>
              <w:jc w:val="center"/>
            </w:pPr>
            <w:r w:rsidRPr="00C32BCB">
              <w:t xml:space="preserve">Контрольная работа за </w:t>
            </w:r>
            <w:r w:rsidRPr="00C32BCB">
              <w:rPr>
                <w:lang w:val="en-US"/>
              </w:rPr>
              <w:t>2</w:t>
            </w:r>
            <w:r w:rsidRPr="00C32BCB">
              <w:t xml:space="preserve"> триместр</w:t>
            </w:r>
          </w:p>
        </w:tc>
        <w:tc>
          <w:tcPr>
            <w:tcW w:w="0" w:type="auto"/>
            <w:tcBorders>
              <w:top w:val="dotted" w:sz="4" w:space="0" w:color="auto"/>
              <w:bottom w:val="dotted" w:sz="4" w:space="0" w:color="auto"/>
            </w:tcBorders>
            <w:shd w:val="clear" w:color="auto" w:fill="FFFFFF" w:themeFill="background1"/>
            <w:vAlign w:val="center"/>
          </w:tcPr>
          <w:p w14:paraId="7ABF2466"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3FCB3F81" w14:textId="77777777" w:rsidTr="00B16DD8">
        <w:tc>
          <w:tcPr>
            <w:tcW w:w="1098" w:type="dxa"/>
            <w:vMerge/>
            <w:shd w:val="clear" w:color="auto" w:fill="FFFFFF" w:themeFill="background1"/>
            <w:vAlign w:val="center"/>
          </w:tcPr>
          <w:p w14:paraId="7D6AE64B" w14:textId="77777777" w:rsidR="00CA5980" w:rsidRPr="002F7635" w:rsidRDefault="00CA5980" w:rsidP="00CA5980">
            <w:pPr>
              <w:tabs>
                <w:tab w:val="left" w:pos="540"/>
              </w:tabs>
              <w:spacing w:after="0" w:line="240" w:lineRule="auto"/>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0911CD07"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0AF329BD"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2D94E0DF"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single" w:sz="4" w:space="0" w:color="auto"/>
            </w:tcBorders>
            <w:shd w:val="clear" w:color="auto" w:fill="FFFFFF" w:themeFill="background1"/>
            <w:vAlign w:val="center"/>
          </w:tcPr>
          <w:p w14:paraId="4383A11B" w14:textId="77777777" w:rsidR="00CA5980" w:rsidRPr="00C32BCB" w:rsidRDefault="00CA5980" w:rsidP="00C32BCB">
            <w:pPr>
              <w:pStyle w:val="affff4"/>
              <w:framePr w:hSpace="0" w:wrap="auto" w:vAnchor="margin" w:hAnchor="text" w:xAlign="left" w:yAlign="inline"/>
              <w:jc w:val="center"/>
            </w:pPr>
            <w:r w:rsidRPr="00C32BCB">
              <w:t>Итоговая контрольная работа</w:t>
            </w:r>
          </w:p>
        </w:tc>
        <w:tc>
          <w:tcPr>
            <w:tcW w:w="0" w:type="auto"/>
            <w:tcBorders>
              <w:top w:val="dotted" w:sz="4" w:space="0" w:color="auto"/>
              <w:bottom w:val="single" w:sz="4" w:space="0" w:color="auto"/>
            </w:tcBorders>
            <w:shd w:val="clear" w:color="auto" w:fill="FFFFFF" w:themeFill="background1"/>
            <w:vAlign w:val="center"/>
          </w:tcPr>
          <w:p w14:paraId="2BC85756"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0646F0" w:rsidRPr="002F7635" w14:paraId="17D82AB9" w14:textId="77777777" w:rsidTr="00B16DD8">
        <w:trPr>
          <w:trHeight w:val="516"/>
        </w:trPr>
        <w:tc>
          <w:tcPr>
            <w:tcW w:w="1098" w:type="dxa"/>
            <w:vMerge w:val="restart"/>
            <w:shd w:val="clear" w:color="auto" w:fill="FFFFFF" w:themeFill="background1"/>
            <w:vAlign w:val="center"/>
          </w:tcPr>
          <w:p w14:paraId="735019B8" w14:textId="77777777" w:rsidR="000646F0" w:rsidRPr="002F7635" w:rsidRDefault="000646F0" w:rsidP="00CA5980">
            <w:pPr>
              <w:tabs>
                <w:tab w:val="left" w:pos="540"/>
              </w:tabs>
              <w:spacing w:after="0" w:line="240" w:lineRule="auto"/>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6 класс</w:t>
            </w:r>
          </w:p>
        </w:tc>
        <w:tc>
          <w:tcPr>
            <w:tcW w:w="1868" w:type="dxa"/>
            <w:vMerge w:val="restart"/>
            <w:shd w:val="clear" w:color="auto" w:fill="FFFFFF" w:themeFill="background1"/>
            <w:vAlign w:val="center"/>
          </w:tcPr>
          <w:p w14:paraId="62F78A39" w14:textId="77777777" w:rsidR="000646F0" w:rsidRPr="00C32BCB" w:rsidRDefault="000646F0" w:rsidP="00C32BCB">
            <w:pPr>
              <w:pStyle w:val="affff4"/>
              <w:framePr w:hSpace="0" w:wrap="auto" w:vAnchor="margin" w:hAnchor="text" w:xAlign="left" w:yAlign="inline"/>
              <w:jc w:val="center"/>
            </w:pPr>
            <w:r w:rsidRPr="00C32BCB">
              <w:t>английский язык</w:t>
            </w:r>
          </w:p>
        </w:tc>
        <w:tc>
          <w:tcPr>
            <w:tcW w:w="0" w:type="auto"/>
            <w:vMerge w:val="restart"/>
            <w:shd w:val="clear" w:color="auto" w:fill="FFFFFF" w:themeFill="background1"/>
            <w:vAlign w:val="center"/>
          </w:tcPr>
          <w:p w14:paraId="4D7E9994" w14:textId="6D211B0B" w:rsidR="000646F0" w:rsidRPr="00C32BCB" w:rsidRDefault="006C0138" w:rsidP="00C32BCB">
            <w:pPr>
              <w:pStyle w:val="affff4"/>
              <w:framePr w:hSpace="0" w:wrap="auto" w:vAnchor="margin" w:hAnchor="text" w:xAlign="left" w:yAlign="inline"/>
              <w:jc w:val="center"/>
            </w:pPr>
            <w:r>
              <w:t>4</w:t>
            </w:r>
          </w:p>
        </w:tc>
        <w:tc>
          <w:tcPr>
            <w:tcW w:w="0" w:type="auto"/>
            <w:vMerge w:val="restart"/>
            <w:shd w:val="clear" w:color="auto" w:fill="FFFFFF" w:themeFill="background1"/>
            <w:vAlign w:val="center"/>
          </w:tcPr>
          <w:p w14:paraId="0CD699B0" w14:textId="01F43D3B" w:rsidR="000646F0" w:rsidRPr="00C32BCB" w:rsidRDefault="00DD5781" w:rsidP="00C32BCB">
            <w:pPr>
              <w:pStyle w:val="affff4"/>
              <w:framePr w:hSpace="0" w:wrap="auto" w:vAnchor="margin" w:hAnchor="text" w:xAlign="left" w:yAlign="inline"/>
              <w:jc w:val="center"/>
            </w:pPr>
            <w:r>
              <w:t>136</w:t>
            </w:r>
          </w:p>
        </w:tc>
        <w:tc>
          <w:tcPr>
            <w:tcW w:w="0" w:type="auto"/>
            <w:shd w:val="clear" w:color="auto" w:fill="FFFFFF" w:themeFill="background1"/>
            <w:vAlign w:val="center"/>
          </w:tcPr>
          <w:p w14:paraId="1FD29D07" w14:textId="77777777" w:rsidR="000646F0" w:rsidRPr="00C32BCB" w:rsidRDefault="000646F0" w:rsidP="00C32BCB">
            <w:pPr>
              <w:pStyle w:val="affff4"/>
              <w:framePr w:hSpace="0" w:wrap="auto" w:vAnchor="margin" w:hAnchor="text" w:xAlign="left" w:yAlign="inline"/>
              <w:jc w:val="center"/>
            </w:pPr>
            <w:r w:rsidRPr="00C32BCB">
              <w:t xml:space="preserve">Контрольная работа за </w:t>
            </w:r>
            <w:r w:rsidRPr="00C32BCB">
              <w:rPr>
                <w:lang w:val="en-US"/>
              </w:rPr>
              <w:t>I</w:t>
            </w:r>
            <w:r w:rsidRPr="00C32BCB">
              <w:t xml:space="preserve"> триместр</w:t>
            </w:r>
          </w:p>
        </w:tc>
        <w:tc>
          <w:tcPr>
            <w:tcW w:w="0" w:type="auto"/>
            <w:shd w:val="clear" w:color="auto" w:fill="FFFFFF" w:themeFill="background1"/>
            <w:vAlign w:val="center"/>
          </w:tcPr>
          <w:p w14:paraId="6DDECFD6" w14:textId="77777777" w:rsidR="000646F0" w:rsidRPr="00C32BCB" w:rsidRDefault="000646F0" w:rsidP="00C32BCB">
            <w:pPr>
              <w:pStyle w:val="affff4"/>
              <w:framePr w:hSpace="0" w:wrap="auto" w:vAnchor="margin" w:hAnchor="text" w:xAlign="left" w:yAlign="inline"/>
              <w:jc w:val="center"/>
            </w:pPr>
            <w:r w:rsidRPr="00C32BCB">
              <w:t>письменный</w:t>
            </w:r>
          </w:p>
        </w:tc>
      </w:tr>
      <w:tr w:rsidR="00CA5980" w:rsidRPr="002F7635" w14:paraId="229AD854" w14:textId="77777777" w:rsidTr="00B16DD8">
        <w:tc>
          <w:tcPr>
            <w:tcW w:w="1098" w:type="dxa"/>
            <w:vMerge/>
            <w:shd w:val="clear" w:color="auto" w:fill="FFFFFF" w:themeFill="background1"/>
            <w:vAlign w:val="center"/>
          </w:tcPr>
          <w:p w14:paraId="5AEBB6EC" w14:textId="77777777" w:rsidR="00CA5980" w:rsidRPr="002F7635" w:rsidRDefault="00CA5980" w:rsidP="00CA5980">
            <w:pPr>
              <w:tabs>
                <w:tab w:val="left" w:pos="540"/>
              </w:tabs>
              <w:spacing w:after="0" w:line="240" w:lineRule="auto"/>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1FD57306"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5AAA673F"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5647D352"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dotted" w:sz="4" w:space="0" w:color="auto"/>
            </w:tcBorders>
            <w:shd w:val="clear" w:color="auto" w:fill="FFFFFF" w:themeFill="background1"/>
            <w:vAlign w:val="center"/>
          </w:tcPr>
          <w:p w14:paraId="1C82DF29" w14:textId="77777777" w:rsidR="00CA5980" w:rsidRPr="00C32BCB" w:rsidRDefault="00CA5980" w:rsidP="00C32BCB">
            <w:pPr>
              <w:pStyle w:val="affff4"/>
              <w:framePr w:hSpace="0" w:wrap="auto" w:vAnchor="margin" w:hAnchor="text" w:xAlign="left" w:yAlign="inline"/>
              <w:jc w:val="center"/>
            </w:pPr>
            <w:r w:rsidRPr="00C32BCB">
              <w:t xml:space="preserve">Контрольная работа за </w:t>
            </w:r>
            <w:r w:rsidRPr="00C32BCB">
              <w:rPr>
                <w:lang w:val="en-US"/>
              </w:rPr>
              <w:t>2</w:t>
            </w:r>
            <w:r w:rsidRPr="00C32BCB">
              <w:t xml:space="preserve"> триместр</w:t>
            </w:r>
          </w:p>
        </w:tc>
        <w:tc>
          <w:tcPr>
            <w:tcW w:w="0" w:type="auto"/>
            <w:tcBorders>
              <w:top w:val="dotted" w:sz="4" w:space="0" w:color="auto"/>
              <w:bottom w:val="dotted" w:sz="4" w:space="0" w:color="auto"/>
            </w:tcBorders>
            <w:shd w:val="clear" w:color="auto" w:fill="FFFFFF" w:themeFill="background1"/>
            <w:vAlign w:val="center"/>
          </w:tcPr>
          <w:p w14:paraId="63B7F0B9"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2A36B7A1" w14:textId="77777777" w:rsidTr="00B16DD8">
        <w:tc>
          <w:tcPr>
            <w:tcW w:w="1098" w:type="dxa"/>
            <w:vMerge/>
            <w:shd w:val="clear" w:color="auto" w:fill="FFFFFF" w:themeFill="background1"/>
            <w:vAlign w:val="center"/>
          </w:tcPr>
          <w:p w14:paraId="2969D04E" w14:textId="77777777" w:rsidR="00CA5980" w:rsidRPr="002F7635" w:rsidRDefault="00CA5980" w:rsidP="00CA5980">
            <w:pPr>
              <w:tabs>
                <w:tab w:val="left" w:pos="540"/>
              </w:tabs>
              <w:spacing w:after="0" w:line="240" w:lineRule="auto"/>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5B69063E"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6721646B"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07164C4B"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single" w:sz="4" w:space="0" w:color="auto"/>
            </w:tcBorders>
            <w:shd w:val="clear" w:color="auto" w:fill="FFFFFF" w:themeFill="background1"/>
            <w:vAlign w:val="center"/>
          </w:tcPr>
          <w:p w14:paraId="7D79908A" w14:textId="77777777" w:rsidR="00CA5980" w:rsidRPr="00C32BCB" w:rsidRDefault="00CA5980" w:rsidP="00C32BCB">
            <w:pPr>
              <w:pStyle w:val="affff4"/>
              <w:framePr w:hSpace="0" w:wrap="auto" w:vAnchor="margin" w:hAnchor="text" w:xAlign="left" w:yAlign="inline"/>
              <w:jc w:val="center"/>
            </w:pPr>
            <w:r w:rsidRPr="00C32BCB">
              <w:t>Итоговая контрольная работа</w:t>
            </w:r>
          </w:p>
        </w:tc>
        <w:tc>
          <w:tcPr>
            <w:tcW w:w="0" w:type="auto"/>
            <w:tcBorders>
              <w:top w:val="dotted" w:sz="4" w:space="0" w:color="auto"/>
              <w:bottom w:val="single" w:sz="4" w:space="0" w:color="auto"/>
            </w:tcBorders>
            <w:shd w:val="clear" w:color="auto" w:fill="FFFFFF" w:themeFill="background1"/>
            <w:vAlign w:val="center"/>
          </w:tcPr>
          <w:p w14:paraId="3BAB0049"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0646F0" w:rsidRPr="002F7635" w14:paraId="55924C2D" w14:textId="77777777" w:rsidTr="00B16DD8">
        <w:trPr>
          <w:trHeight w:val="516"/>
        </w:trPr>
        <w:tc>
          <w:tcPr>
            <w:tcW w:w="1098" w:type="dxa"/>
            <w:vMerge w:val="restart"/>
            <w:shd w:val="clear" w:color="auto" w:fill="FFFFFF" w:themeFill="background1"/>
            <w:vAlign w:val="center"/>
          </w:tcPr>
          <w:p w14:paraId="102F5D6E" w14:textId="77777777" w:rsidR="000646F0" w:rsidRPr="002F7635" w:rsidRDefault="000646F0" w:rsidP="00CA5980">
            <w:pPr>
              <w:tabs>
                <w:tab w:val="left" w:pos="540"/>
              </w:tabs>
              <w:spacing w:after="0" w:line="240" w:lineRule="auto"/>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7 класс</w:t>
            </w:r>
          </w:p>
        </w:tc>
        <w:tc>
          <w:tcPr>
            <w:tcW w:w="1868" w:type="dxa"/>
            <w:vMerge w:val="restart"/>
            <w:shd w:val="clear" w:color="auto" w:fill="FFFFFF" w:themeFill="background1"/>
            <w:vAlign w:val="center"/>
          </w:tcPr>
          <w:p w14:paraId="041FF272" w14:textId="77777777" w:rsidR="000646F0" w:rsidRPr="00C32BCB" w:rsidRDefault="000646F0" w:rsidP="00C32BCB">
            <w:pPr>
              <w:pStyle w:val="affff4"/>
              <w:framePr w:hSpace="0" w:wrap="auto" w:vAnchor="margin" w:hAnchor="text" w:xAlign="left" w:yAlign="inline"/>
              <w:jc w:val="center"/>
            </w:pPr>
            <w:r w:rsidRPr="00C32BCB">
              <w:t>английский язык</w:t>
            </w:r>
          </w:p>
        </w:tc>
        <w:tc>
          <w:tcPr>
            <w:tcW w:w="0" w:type="auto"/>
            <w:vMerge w:val="restart"/>
            <w:shd w:val="clear" w:color="auto" w:fill="FFFFFF" w:themeFill="background1"/>
            <w:vAlign w:val="center"/>
          </w:tcPr>
          <w:p w14:paraId="58A4BCB4" w14:textId="77777777" w:rsidR="000646F0" w:rsidRPr="00C32BCB" w:rsidRDefault="000646F0" w:rsidP="00C32BCB">
            <w:pPr>
              <w:pStyle w:val="affff4"/>
              <w:framePr w:hSpace="0" w:wrap="auto" w:vAnchor="margin" w:hAnchor="text" w:xAlign="left" w:yAlign="inline"/>
              <w:jc w:val="center"/>
            </w:pPr>
            <w:r w:rsidRPr="00C32BCB">
              <w:t>4</w:t>
            </w:r>
          </w:p>
        </w:tc>
        <w:tc>
          <w:tcPr>
            <w:tcW w:w="0" w:type="auto"/>
            <w:vMerge w:val="restart"/>
            <w:shd w:val="clear" w:color="auto" w:fill="FFFFFF" w:themeFill="background1"/>
            <w:vAlign w:val="center"/>
          </w:tcPr>
          <w:p w14:paraId="42E8358F" w14:textId="77777777" w:rsidR="000646F0" w:rsidRPr="00C32BCB" w:rsidRDefault="000646F0" w:rsidP="00C32BCB">
            <w:pPr>
              <w:pStyle w:val="affff4"/>
              <w:framePr w:hSpace="0" w:wrap="auto" w:vAnchor="margin" w:hAnchor="text" w:xAlign="left" w:yAlign="inline"/>
              <w:jc w:val="center"/>
            </w:pPr>
            <w:r w:rsidRPr="00C32BCB">
              <w:t>136</w:t>
            </w:r>
          </w:p>
        </w:tc>
        <w:tc>
          <w:tcPr>
            <w:tcW w:w="0" w:type="auto"/>
            <w:shd w:val="clear" w:color="auto" w:fill="FFFFFF" w:themeFill="background1"/>
            <w:vAlign w:val="center"/>
          </w:tcPr>
          <w:p w14:paraId="615B8591" w14:textId="77777777" w:rsidR="000646F0" w:rsidRPr="00C32BCB" w:rsidRDefault="000646F0" w:rsidP="00C32BCB">
            <w:pPr>
              <w:pStyle w:val="affff4"/>
              <w:framePr w:hSpace="0" w:wrap="auto" w:vAnchor="margin" w:hAnchor="text" w:xAlign="left" w:yAlign="inline"/>
              <w:jc w:val="center"/>
            </w:pPr>
            <w:r w:rsidRPr="00C32BCB">
              <w:t xml:space="preserve">Контрольная работа за </w:t>
            </w:r>
            <w:r w:rsidRPr="00C32BCB">
              <w:rPr>
                <w:lang w:val="en-US"/>
              </w:rPr>
              <w:t>I</w:t>
            </w:r>
            <w:r w:rsidRPr="00C32BCB">
              <w:t xml:space="preserve"> триместр</w:t>
            </w:r>
          </w:p>
        </w:tc>
        <w:tc>
          <w:tcPr>
            <w:tcW w:w="0" w:type="auto"/>
            <w:shd w:val="clear" w:color="auto" w:fill="FFFFFF" w:themeFill="background1"/>
            <w:vAlign w:val="center"/>
          </w:tcPr>
          <w:p w14:paraId="0F1FE49E" w14:textId="77777777" w:rsidR="000646F0" w:rsidRPr="00C32BCB" w:rsidRDefault="000646F0" w:rsidP="00C32BCB">
            <w:pPr>
              <w:pStyle w:val="affff4"/>
              <w:framePr w:hSpace="0" w:wrap="auto" w:vAnchor="margin" w:hAnchor="text" w:xAlign="left" w:yAlign="inline"/>
              <w:jc w:val="center"/>
            </w:pPr>
            <w:r w:rsidRPr="00C32BCB">
              <w:t>письменный</w:t>
            </w:r>
          </w:p>
        </w:tc>
      </w:tr>
      <w:tr w:rsidR="00CA5980" w:rsidRPr="002F7635" w14:paraId="7D4AB6DD" w14:textId="77777777" w:rsidTr="00B16DD8">
        <w:tc>
          <w:tcPr>
            <w:tcW w:w="1098" w:type="dxa"/>
            <w:vMerge/>
            <w:shd w:val="clear" w:color="auto" w:fill="FFFFFF" w:themeFill="background1"/>
            <w:vAlign w:val="center"/>
          </w:tcPr>
          <w:p w14:paraId="68813ED3" w14:textId="77777777" w:rsidR="00CA5980" w:rsidRPr="002F7635" w:rsidRDefault="00CA598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415414BF"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51ACB309"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695D3D54"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dotted" w:sz="4" w:space="0" w:color="auto"/>
            </w:tcBorders>
            <w:shd w:val="clear" w:color="auto" w:fill="FFFFFF" w:themeFill="background1"/>
            <w:vAlign w:val="center"/>
          </w:tcPr>
          <w:p w14:paraId="3906B049" w14:textId="77777777" w:rsidR="00CA5980" w:rsidRPr="00C32BCB" w:rsidRDefault="00CA5980" w:rsidP="00C32BCB">
            <w:pPr>
              <w:pStyle w:val="affff4"/>
              <w:framePr w:hSpace="0" w:wrap="auto" w:vAnchor="margin" w:hAnchor="text" w:xAlign="left" w:yAlign="inline"/>
              <w:jc w:val="center"/>
            </w:pPr>
            <w:r w:rsidRPr="00C32BCB">
              <w:t xml:space="preserve">Контрольная работа за </w:t>
            </w:r>
            <w:r w:rsidRPr="00C32BCB">
              <w:rPr>
                <w:lang w:val="en-US"/>
              </w:rPr>
              <w:t>2</w:t>
            </w:r>
            <w:r w:rsidRPr="00C32BCB">
              <w:t xml:space="preserve"> триместр</w:t>
            </w:r>
          </w:p>
        </w:tc>
        <w:tc>
          <w:tcPr>
            <w:tcW w:w="0" w:type="auto"/>
            <w:tcBorders>
              <w:top w:val="dotted" w:sz="4" w:space="0" w:color="auto"/>
              <w:bottom w:val="dotted" w:sz="4" w:space="0" w:color="auto"/>
            </w:tcBorders>
            <w:shd w:val="clear" w:color="auto" w:fill="FFFFFF" w:themeFill="background1"/>
            <w:vAlign w:val="center"/>
          </w:tcPr>
          <w:p w14:paraId="50A5A228"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3D152D66" w14:textId="77777777" w:rsidTr="00B16DD8">
        <w:tc>
          <w:tcPr>
            <w:tcW w:w="1098" w:type="dxa"/>
            <w:vMerge/>
            <w:tcBorders>
              <w:bottom w:val="single" w:sz="4" w:space="0" w:color="auto"/>
            </w:tcBorders>
            <w:shd w:val="clear" w:color="auto" w:fill="FFFFFF" w:themeFill="background1"/>
            <w:vAlign w:val="center"/>
          </w:tcPr>
          <w:p w14:paraId="3656306D" w14:textId="77777777" w:rsidR="00CA5980" w:rsidRPr="002F7635" w:rsidRDefault="00CA598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p>
        </w:tc>
        <w:tc>
          <w:tcPr>
            <w:tcW w:w="1868" w:type="dxa"/>
            <w:vMerge/>
            <w:tcBorders>
              <w:bottom w:val="single" w:sz="4" w:space="0" w:color="auto"/>
            </w:tcBorders>
            <w:shd w:val="clear" w:color="auto" w:fill="FFFFFF" w:themeFill="background1"/>
            <w:vAlign w:val="center"/>
          </w:tcPr>
          <w:p w14:paraId="238C8E0E" w14:textId="77777777" w:rsidR="00CA5980" w:rsidRPr="00C32BCB" w:rsidRDefault="00CA5980" w:rsidP="00C32BCB">
            <w:pPr>
              <w:pStyle w:val="affff4"/>
              <w:framePr w:hSpace="0" w:wrap="auto" w:vAnchor="margin" w:hAnchor="text" w:xAlign="left" w:yAlign="inline"/>
              <w:jc w:val="center"/>
            </w:pPr>
          </w:p>
        </w:tc>
        <w:tc>
          <w:tcPr>
            <w:tcW w:w="0" w:type="auto"/>
            <w:vMerge/>
            <w:tcBorders>
              <w:bottom w:val="single" w:sz="4" w:space="0" w:color="auto"/>
            </w:tcBorders>
            <w:shd w:val="clear" w:color="auto" w:fill="FFFFFF" w:themeFill="background1"/>
            <w:vAlign w:val="center"/>
          </w:tcPr>
          <w:p w14:paraId="62327B5C" w14:textId="77777777" w:rsidR="00CA5980" w:rsidRPr="00C32BCB" w:rsidRDefault="00CA5980" w:rsidP="00C32BCB">
            <w:pPr>
              <w:pStyle w:val="affff4"/>
              <w:framePr w:hSpace="0" w:wrap="auto" w:vAnchor="margin" w:hAnchor="text" w:xAlign="left" w:yAlign="inline"/>
              <w:jc w:val="center"/>
            </w:pPr>
          </w:p>
        </w:tc>
        <w:tc>
          <w:tcPr>
            <w:tcW w:w="0" w:type="auto"/>
            <w:vMerge/>
            <w:tcBorders>
              <w:bottom w:val="single" w:sz="4" w:space="0" w:color="auto"/>
            </w:tcBorders>
            <w:shd w:val="clear" w:color="auto" w:fill="FFFFFF" w:themeFill="background1"/>
            <w:vAlign w:val="center"/>
          </w:tcPr>
          <w:p w14:paraId="45B3752D"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bottom w:val="single" w:sz="4" w:space="0" w:color="auto"/>
            </w:tcBorders>
            <w:shd w:val="clear" w:color="auto" w:fill="FFFFFF" w:themeFill="background1"/>
            <w:vAlign w:val="center"/>
          </w:tcPr>
          <w:p w14:paraId="10A329C0" w14:textId="77777777" w:rsidR="00CA5980" w:rsidRPr="00C32BCB" w:rsidRDefault="00CA5980" w:rsidP="00C32BCB">
            <w:pPr>
              <w:pStyle w:val="affff4"/>
              <w:framePr w:hSpace="0" w:wrap="auto" w:vAnchor="margin" w:hAnchor="text" w:xAlign="left" w:yAlign="inline"/>
              <w:jc w:val="center"/>
            </w:pPr>
            <w:r w:rsidRPr="00C32BCB">
              <w:t>Итоговая контрольная работа</w:t>
            </w:r>
          </w:p>
        </w:tc>
        <w:tc>
          <w:tcPr>
            <w:tcW w:w="0" w:type="auto"/>
            <w:tcBorders>
              <w:top w:val="dotted" w:sz="4" w:space="0" w:color="auto"/>
              <w:bottom w:val="single" w:sz="4" w:space="0" w:color="auto"/>
            </w:tcBorders>
            <w:shd w:val="clear" w:color="auto" w:fill="FFFFFF" w:themeFill="background1"/>
            <w:vAlign w:val="center"/>
          </w:tcPr>
          <w:p w14:paraId="5E855B87"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0646F0" w:rsidRPr="002F7635" w14:paraId="4285A62E" w14:textId="77777777" w:rsidTr="00B16DD8">
        <w:trPr>
          <w:trHeight w:val="516"/>
        </w:trPr>
        <w:tc>
          <w:tcPr>
            <w:tcW w:w="1098" w:type="dxa"/>
            <w:vMerge w:val="restart"/>
            <w:shd w:val="clear" w:color="auto" w:fill="FFFFFF" w:themeFill="background1"/>
            <w:vAlign w:val="center"/>
          </w:tcPr>
          <w:p w14:paraId="707B7659" w14:textId="77777777" w:rsidR="000646F0" w:rsidRPr="002F7635" w:rsidRDefault="000646F0" w:rsidP="00CA5980">
            <w:pPr>
              <w:tabs>
                <w:tab w:val="left" w:pos="540"/>
              </w:tabs>
              <w:spacing w:after="0" w:line="240" w:lineRule="auto"/>
              <w:jc w:val="center"/>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8 класс</w:t>
            </w:r>
          </w:p>
        </w:tc>
        <w:tc>
          <w:tcPr>
            <w:tcW w:w="1868" w:type="dxa"/>
            <w:vMerge w:val="restart"/>
            <w:shd w:val="clear" w:color="auto" w:fill="FFFFFF" w:themeFill="background1"/>
            <w:vAlign w:val="center"/>
          </w:tcPr>
          <w:p w14:paraId="4B781B6F" w14:textId="77777777" w:rsidR="000646F0" w:rsidRPr="00C32BCB" w:rsidRDefault="000646F0" w:rsidP="00C32BCB">
            <w:pPr>
              <w:pStyle w:val="affff4"/>
              <w:framePr w:hSpace="0" w:wrap="auto" w:vAnchor="margin" w:hAnchor="text" w:xAlign="left" w:yAlign="inline"/>
              <w:jc w:val="center"/>
            </w:pPr>
            <w:r w:rsidRPr="00C32BCB">
              <w:t>английский язык</w:t>
            </w:r>
          </w:p>
        </w:tc>
        <w:tc>
          <w:tcPr>
            <w:tcW w:w="0" w:type="auto"/>
            <w:vMerge w:val="restart"/>
            <w:shd w:val="clear" w:color="auto" w:fill="FFFFFF" w:themeFill="background1"/>
            <w:vAlign w:val="center"/>
          </w:tcPr>
          <w:p w14:paraId="59C148C4" w14:textId="77777777" w:rsidR="000646F0" w:rsidRPr="00C32BCB" w:rsidRDefault="000646F0" w:rsidP="00C32BCB">
            <w:pPr>
              <w:pStyle w:val="affff4"/>
              <w:framePr w:hSpace="0" w:wrap="auto" w:vAnchor="margin" w:hAnchor="text" w:xAlign="left" w:yAlign="inline"/>
              <w:jc w:val="center"/>
            </w:pPr>
            <w:r w:rsidRPr="00C32BCB">
              <w:t>4</w:t>
            </w:r>
          </w:p>
        </w:tc>
        <w:tc>
          <w:tcPr>
            <w:tcW w:w="0" w:type="auto"/>
            <w:vMerge w:val="restart"/>
            <w:tcBorders>
              <w:right w:val="single" w:sz="4" w:space="0" w:color="auto"/>
            </w:tcBorders>
            <w:shd w:val="clear" w:color="auto" w:fill="FFFFFF" w:themeFill="background1"/>
            <w:vAlign w:val="center"/>
          </w:tcPr>
          <w:p w14:paraId="67116011" w14:textId="77777777" w:rsidR="000646F0" w:rsidRPr="00C32BCB" w:rsidRDefault="000646F0" w:rsidP="00C32BCB">
            <w:pPr>
              <w:pStyle w:val="affff4"/>
              <w:framePr w:hSpace="0" w:wrap="auto" w:vAnchor="margin" w:hAnchor="text" w:xAlign="left" w:yAlign="inline"/>
              <w:jc w:val="center"/>
            </w:pPr>
            <w:r w:rsidRPr="00C32BCB">
              <w:t>136</w:t>
            </w:r>
          </w:p>
        </w:tc>
        <w:tc>
          <w:tcPr>
            <w:tcW w:w="0" w:type="auto"/>
            <w:tcBorders>
              <w:top w:val="single" w:sz="4" w:space="0" w:color="auto"/>
              <w:left w:val="single" w:sz="4" w:space="0" w:color="auto"/>
              <w:right w:val="single" w:sz="4" w:space="0" w:color="auto"/>
            </w:tcBorders>
            <w:shd w:val="clear" w:color="auto" w:fill="FFFFFF" w:themeFill="background1"/>
            <w:vAlign w:val="center"/>
          </w:tcPr>
          <w:p w14:paraId="209F565A" w14:textId="77777777" w:rsidR="000646F0" w:rsidRPr="00C32BCB" w:rsidRDefault="000646F0" w:rsidP="00C32BCB">
            <w:pPr>
              <w:pStyle w:val="affff4"/>
              <w:framePr w:hSpace="0" w:wrap="auto" w:vAnchor="margin" w:hAnchor="text" w:xAlign="left" w:yAlign="inline"/>
              <w:jc w:val="center"/>
            </w:pPr>
            <w:r w:rsidRPr="00C32BCB">
              <w:t xml:space="preserve">Контрольная работа за </w:t>
            </w:r>
            <w:r w:rsidRPr="00C32BCB">
              <w:rPr>
                <w:lang w:val="en-US"/>
              </w:rPr>
              <w:t>I</w:t>
            </w:r>
            <w:r w:rsidRPr="00C32BCB">
              <w:t xml:space="preserve"> триместр</w:t>
            </w:r>
          </w:p>
        </w:tc>
        <w:tc>
          <w:tcPr>
            <w:tcW w:w="0" w:type="auto"/>
            <w:tcBorders>
              <w:top w:val="single" w:sz="4" w:space="0" w:color="auto"/>
              <w:left w:val="single" w:sz="4" w:space="0" w:color="auto"/>
              <w:right w:val="single" w:sz="4" w:space="0" w:color="auto"/>
            </w:tcBorders>
            <w:shd w:val="clear" w:color="auto" w:fill="FFFFFF" w:themeFill="background1"/>
            <w:vAlign w:val="center"/>
          </w:tcPr>
          <w:p w14:paraId="1BC07CEF" w14:textId="77777777" w:rsidR="000646F0" w:rsidRPr="00C32BCB" w:rsidRDefault="000646F0" w:rsidP="00C32BCB">
            <w:pPr>
              <w:pStyle w:val="affff4"/>
              <w:framePr w:hSpace="0" w:wrap="auto" w:vAnchor="margin" w:hAnchor="text" w:xAlign="left" w:yAlign="inline"/>
              <w:jc w:val="center"/>
            </w:pPr>
            <w:r w:rsidRPr="00C32BCB">
              <w:t>письменный</w:t>
            </w:r>
          </w:p>
        </w:tc>
      </w:tr>
      <w:tr w:rsidR="00CA5980" w:rsidRPr="002F7635" w14:paraId="1FCE0445" w14:textId="77777777" w:rsidTr="00B16DD8">
        <w:tc>
          <w:tcPr>
            <w:tcW w:w="1098" w:type="dxa"/>
            <w:vMerge/>
            <w:shd w:val="clear" w:color="auto" w:fill="FFFFFF" w:themeFill="background1"/>
            <w:vAlign w:val="center"/>
          </w:tcPr>
          <w:p w14:paraId="1C4505E2" w14:textId="77777777" w:rsidR="00CA5980" w:rsidRPr="002F7635" w:rsidRDefault="00CA598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1EFF7A68"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4A07B050" w14:textId="77777777" w:rsidR="00CA5980" w:rsidRPr="00C32BCB" w:rsidRDefault="00CA5980" w:rsidP="00C32BCB">
            <w:pPr>
              <w:pStyle w:val="affff4"/>
              <w:framePr w:hSpace="0" w:wrap="auto" w:vAnchor="margin" w:hAnchor="text" w:xAlign="left" w:yAlign="inline"/>
              <w:jc w:val="center"/>
            </w:pPr>
          </w:p>
        </w:tc>
        <w:tc>
          <w:tcPr>
            <w:tcW w:w="0" w:type="auto"/>
            <w:vMerge/>
            <w:tcBorders>
              <w:right w:val="single" w:sz="4" w:space="0" w:color="auto"/>
            </w:tcBorders>
            <w:shd w:val="clear" w:color="auto" w:fill="FFFFFF" w:themeFill="background1"/>
            <w:vAlign w:val="center"/>
          </w:tcPr>
          <w:p w14:paraId="2403C04F"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left w:val="single" w:sz="4" w:space="0" w:color="auto"/>
              <w:bottom w:val="dotted" w:sz="4" w:space="0" w:color="auto"/>
            </w:tcBorders>
            <w:shd w:val="clear" w:color="auto" w:fill="FFFFFF" w:themeFill="background1"/>
            <w:vAlign w:val="center"/>
          </w:tcPr>
          <w:p w14:paraId="3EF568F9" w14:textId="77777777" w:rsidR="00CA5980" w:rsidRPr="00C32BCB" w:rsidRDefault="00CA5980" w:rsidP="00C32BCB">
            <w:pPr>
              <w:pStyle w:val="affff4"/>
              <w:framePr w:hSpace="0" w:wrap="auto" w:vAnchor="margin" w:hAnchor="text" w:xAlign="left" w:yAlign="inline"/>
              <w:jc w:val="center"/>
            </w:pPr>
            <w:r w:rsidRPr="00C32BCB">
              <w:t xml:space="preserve">Контрольная работа за </w:t>
            </w:r>
            <w:r w:rsidRPr="00C32BCB">
              <w:rPr>
                <w:lang w:val="en-US"/>
              </w:rPr>
              <w:t>2</w:t>
            </w:r>
            <w:r w:rsidRPr="00C32BCB">
              <w:t xml:space="preserve"> триместр</w:t>
            </w:r>
          </w:p>
        </w:tc>
        <w:tc>
          <w:tcPr>
            <w:tcW w:w="0" w:type="auto"/>
            <w:tcBorders>
              <w:top w:val="dotted" w:sz="4" w:space="0" w:color="auto"/>
              <w:bottom w:val="dotted" w:sz="4" w:space="0" w:color="auto"/>
            </w:tcBorders>
            <w:shd w:val="clear" w:color="auto" w:fill="FFFFFF" w:themeFill="background1"/>
            <w:vAlign w:val="center"/>
          </w:tcPr>
          <w:p w14:paraId="67C8DCDD"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7BCADC3E" w14:textId="77777777" w:rsidTr="00B16DD8">
        <w:tc>
          <w:tcPr>
            <w:tcW w:w="1098" w:type="dxa"/>
            <w:vMerge/>
            <w:shd w:val="clear" w:color="auto" w:fill="FFFFFF" w:themeFill="background1"/>
            <w:vAlign w:val="center"/>
          </w:tcPr>
          <w:p w14:paraId="3D8699D1" w14:textId="77777777" w:rsidR="00CA5980" w:rsidRPr="002F7635" w:rsidRDefault="00CA598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6FC7BD17"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5CAE1736" w14:textId="77777777" w:rsidR="00CA5980" w:rsidRPr="00C32BCB" w:rsidRDefault="00CA5980" w:rsidP="00C32BCB">
            <w:pPr>
              <w:pStyle w:val="affff4"/>
              <w:framePr w:hSpace="0" w:wrap="auto" w:vAnchor="margin" w:hAnchor="text" w:xAlign="left" w:yAlign="inline"/>
              <w:jc w:val="center"/>
            </w:pPr>
          </w:p>
        </w:tc>
        <w:tc>
          <w:tcPr>
            <w:tcW w:w="0" w:type="auto"/>
            <w:vMerge/>
            <w:tcBorders>
              <w:right w:val="single" w:sz="4" w:space="0" w:color="auto"/>
            </w:tcBorders>
            <w:shd w:val="clear" w:color="auto" w:fill="FFFFFF" w:themeFill="background1"/>
            <w:vAlign w:val="center"/>
          </w:tcPr>
          <w:p w14:paraId="1DBD5633"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left w:val="single" w:sz="4" w:space="0" w:color="auto"/>
              <w:bottom w:val="dotted" w:sz="4" w:space="0" w:color="auto"/>
            </w:tcBorders>
            <w:shd w:val="clear" w:color="auto" w:fill="FFFFFF" w:themeFill="background1"/>
            <w:vAlign w:val="center"/>
          </w:tcPr>
          <w:p w14:paraId="03A0A55E" w14:textId="77777777" w:rsidR="00CA5980" w:rsidRPr="00C32BCB" w:rsidRDefault="00CA5980" w:rsidP="00C32BCB">
            <w:pPr>
              <w:pStyle w:val="affff4"/>
              <w:framePr w:hSpace="0" w:wrap="auto" w:vAnchor="margin" w:hAnchor="text" w:xAlign="left" w:yAlign="inline"/>
              <w:jc w:val="center"/>
            </w:pPr>
            <w:r w:rsidRPr="00C32BCB">
              <w:t>Итоговая контрольная работа</w:t>
            </w:r>
          </w:p>
        </w:tc>
        <w:tc>
          <w:tcPr>
            <w:tcW w:w="0" w:type="auto"/>
            <w:tcBorders>
              <w:top w:val="dotted" w:sz="4" w:space="0" w:color="auto"/>
              <w:bottom w:val="dotted" w:sz="4" w:space="0" w:color="auto"/>
            </w:tcBorders>
            <w:shd w:val="clear" w:color="auto" w:fill="FFFFFF" w:themeFill="background1"/>
            <w:vAlign w:val="center"/>
          </w:tcPr>
          <w:p w14:paraId="44F4BB86"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0646F0" w:rsidRPr="002F7635" w14:paraId="77CC2B9A" w14:textId="77777777" w:rsidTr="00B16DD8">
        <w:trPr>
          <w:trHeight w:val="516"/>
        </w:trPr>
        <w:tc>
          <w:tcPr>
            <w:tcW w:w="1098" w:type="dxa"/>
            <w:vMerge w:val="restart"/>
            <w:shd w:val="clear" w:color="auto" w:fill="FFFFFF" w:themeFill="background1"/>
            <w:vAlign w:val="center"/>
          </w:tcPr>
          <w:p w14:paraId="30702B30" w14:textId="77777777" w:rsidR="000646F0" w:rsidRPr="002F7635" w:rsidRDefault="000646F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9 класс</w:t>
            </w:r>
          </w:p>
        </w:tc>
        <w:tc>
          <w:tcPr>
            <w:tcW w:w="1868" w:type="dxa"/>
            <w:vMerge w:val="restart"/>
            <w:shd w:val="clear" w:color="auto" w:fill="FFFFFF" w:themeFill="background1"/>
            <w:vAlign w:val="center"/>
          </w:tcPr>
          <w:p w14:paraId="5A35A33B" w14:textId="77777777" w:rsidR="000646F0" w:rsidRPr="00C32BCB" w:rsidRDefault="000646F0" w:rsidP="00C32BCB">
            <w:pPr>
              <w:pStyle w:val="affff4"/>
              <w:framePr w:hSpace="0" w:wrap="auto" w:vAnchor="margin" w:hAnchor="text" w:xAlign="left" w:yAlign="inline"/>
              <w:jc w:val="center"/>
            </w:pPr>
            <w:r w:rsidRPr="00C32BCB">
              <w:t>английский язык</w:t>
            </w:r>
          </w:p>
        </w:tc>
        <w:tc>
          <w:tcPr>
            <w:tcW w:w="0" w:type="auto"/>
            <w:vMerge w:val="restart"/>
            <w:shd w:val="clear" w:color="auto" w:fill="FFFFFF" w:themeFill="background1"/>
            <w:vAlign w:val="center"/>
          </w:tcPr>
          <w:p w14:paraId="56C4039F" w14:textId="2F13C57E" w:rsidR="000646F0" w:rsidRPr="00C32BCB" w:rsidRDefault="00432193" w:rsidP="00C32BCB">
            <w:pPr>
              <w:pStyle w:val="affff4"/>
              <w:framePr w:hSpace="0" w:wrap="auto" w:vAnchor="margin" w:hAnchor="text" w:xAlign="left" w:yAlign="inline"/>
              <w:jc w:val="center"/>
            </w:pPr>
            <w:r>
              <w:t>3</w:t>
            </w:r>
          </w:p>
        </w:tc>
        <w:tc>
          <w:tcPr>
            <w:tcW w:w="0" w:type="auto"/>
            <w:vMerge w:val="restart"/>
            <w:tcBorders>
              <w:right w:val="single" w:sz="4" w:space="0" w:color="auto"/>
            </w:tcBorders>
            <w:shd w:val="clear" w:color="auto" w:fill="FFFFFF" w:themeFill="background1"/>
            <w:vAlign w:val="center"/>
          </w:tcPr>
          <w:p w14:paraId="38CBC7E6" w14:textId="305A9A8B" w:rsidR="000646F0" w:rsidRPr="00432193" w:rsidRDefault="00432193" w:rsidP="00C32BCB">
            <w:pPr>
              <w:pStyle w:val="affff4"/>
              <w:framePr w:hSpace="0" w:wrap="auto" w:vAnchor="margin" w:hAnchor="text" w:xAlign="left" w:yAlign="inline"/>
              <w:jc w:val="center"/>
              <w:rPr>
                <w:lang w:val="en-US"/>
              </w:rPr>
            </w:pPr>
            <w:r>
              <w:t>10</w:t>
            </w:r>
            <w:r>
              <w:rPr>
                <w:lang w:val="en-US"/>
              </w:rPr>
              <w:t>2</w:t>
            </w:r>
          </w:p>
        </w:tc>
        <w:tc>
          <w:tcPr>
            <w:tcW w:w="0" w:type="auto"/>
            <w:tcBorders>
              <w:top w:val="dotted" w:sz="4" w:space="0" w:color="auto"/>
              <w:left w:val="single" w:sz="4" w:space="0" w:color="auto"/>
            </w:tcBorders>
            <w:shd w:val="clear" w:color="auto" w:fill="FFFFFF" w:themeFill="background1"/>
            <w:vAlign w:val="center"/>
          </w:tcPr>
          <w:p w14:paraId="7CC093EC" w14:textId="77777777" w:rsidR="000646F0" w:rsidRPr="00C32BCB" w:rsidRDefault="000646F0" w:rsidP="00C32BCB">
            <w:pPr>
              <w:pStyle w:val="affff4"/>
              <w:framePr w:hSpace="0" w:wrap="auto" w:vAnchor="margin" w:hAnchor="text" w:xAlign="left" w:yAlign="inline"/>
              <w:jc w:val="center"/>
            </w:pPr>
            <w:r w:rsidRPr="00C32BCB">
              <w:t xml:space="preserve">Контрольная работа за </w:t>
            </w:r>
            <w:r w:rsidRPr="00C32BCB">
              <w:rPr>
                <w:lang w:val="en-US"/>
              </w:rPr>
              <w:t>I</w:t>
            </w:r>
            <w:r w:rsidRPr="00C32BCB">
              <w:t xml:space="preserve"> триместр</w:t>
            </w:r>
          </w:p>
        </w:tc>
        <w:tc>
          <w:tcPr>
            <w:tcW w:w="0" w:type="auto"/>
            <w:tcBorders>
              <w:top w:val="dotted" w:sz="4" w:space="0" w:color="auto"/>
            </w:tcBorders>
            <w:shd w:val="clear" w:color="auto" w:fill="FFFFFF" w:themeFill="background1"/>
            <w:vAlign w:val="center"/>
          </w:tcPr>
          <w:p w14:paraId="02F7CEFB" w14:textId="77777777" w:rsidR="000646F0" w:rsidRPr="00C32BCB" w:rsidRDefault="000646F0" w:rsidP="00C32BCB">
            <w:pPr>
              <w:pStyle w:val="affff4"/>
              <w:framePr w:hSpace="0" w:wrap="auto" w:vAnchor="margin" w:hAnchor="text" w:xAlign="left" w:yAlign="inline"/>
              <w:jc w:val="center"/>
            </w:pPr>
            <w:r w:rsidRPr="00C32BCB">
              <w:t>письменный</w:t>
            </w:r>
          </w:p>
        </w:tc>
      </w:tr>
      <w:tr w:rsidR="00CA5980" w:rsidRPr="002F7635" w14:paraId="0ED44BB2" w14:textId="77777777" w:rsidTr="00B16DD8">
        <w:tc>
          <w:tcPr>
            <w:tcW w:w="1098" w:type="dxa"/>
            <w:vMerge/>
            <w:shd w:val="clear" w:color="auto" w:fill="FFFFFF" w:themeFill="background1"/>
            <w:vAlign w:val="center"/>
          </w:tcPr>
          <w:p w14:paraId="6EB1AA88" w14:textId="77777777" w:rsidR="00CA5980" w:rsidRPr="002F7635" w:rsidRDefault="00CA598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30E8106E"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51CB0A86" w14:textId="77777777" w:rsidR="00CA5980" w:rsidRPr="00C32BCB" w:rsidRDefault="00CA5980" w:rsidP="00C32BCB">
            <w:pPr>
              <w:pStyle w:val="affff4"/>
              <w:framePr w:hSpace="0" w:wrap="auto" w:vAnchor="margin" w:hAnchor="text" w:xAlign="left" w:yAlign="inline"/>
              <w:jc w:val="center"/>
            </w:pPr>
          </w:p>
        </w:tc>
        <w:tc>
          <w:tcPr>
            <w:tcW w:w="0" w:type="auto"/>
            <w:vMerge/>
            <w:tcBorders>
              <w:right w:val="single" w:sz="4" w:space="0" w:color="auto"/>
            </w:tcBorders>
            <w:shd w:val="clear" w:color="auto" w:fill="FFFFFF" w:themeFill="background1"/>
            <w:vAlign w:val="center"/>
          </w:tcPr>
          <w:p w14:paraId="755FAA37"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left w:val="single" w:sz="4" w:space="0" w:color="auto"/>
              <w:bottom w:val="dotted" w:sz="4" w:space="0" w:color="auto"/>
            </w:tcBorders>
            <w:shd w:val="clear" w:color="auto" w:fill="FFFFFF" w:themeFill="background1"/>
            <w:vAlign w:val="center"/>
          </w:tcPr>
          <w:p w14:paraId="721203A0" w14:textId="77777777" w:rsidR="00CA5980" w:rsidRPr="00C32BCB" w:rsidRDefault="00CA5980" w:rsidP="00C32BCB">
            <w:pPr>
              <w:pStyle w:val="affff4"/>
              <w:framePr w:hSpace="0" w:wrap="auto" w:vAnchor="margin" w:hAnchor="text" w:xAlign="left" w:yAlign="inline"/>
              <w:jc w:val="center"/>
            </w:pPr>
            <w:r w:rsidRPr="00C32BCB">
              <w:t xml:space="preserve">Контрольная работа за </w:t>
            </w:r>
            <w:r w:rsidRPr="00C32BCB">
              <w:rPr>
                <w:lang w:val="en-US"/>
              </w:rPr>
              <w:t>2</w:t>
            </w:r>
            <w:r w:rsidRPr="00C32BCB">
              <w:t xml:space="preserve"> триместр</w:t>
            </w:r>
          </w:p>
        </w:tc>
        <w:tc>
          <w:tcPr>
            <w:tcW w:w="0" w:type="auto"/>
            <w:tcBorders>
              <w:top w:val="dotted" w:sz="4" w:space="0" w:color="auto"/>
              <w:bottom w:val="dotted" w:sz="4" w:space="0" w:color="auto"/>
            </w:tcBorders>
            <w:shd w:val="clear" w:color="auto" w:fill="FFFFFF" w:themeFill="background1"/>
            <w:vAlign w:val="center"/>
          </w:tcPr>
          <w:p w14:paraId="382216DF"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7399F048" w14:textId="77777777" w:rsidTr="00B16DD8">
        <w:tc>
          <w:tcPr>
            <w:tcW w:w="1098" w:type="dxa"/>
            <w:vMerge/>
            <w:shd w:val="clear" w:color="auto" w:fill="FFFFFF" w:themeFill="background1"/>
            <w:vAlign w:val="center"/>
          </w:tcPr>
          <w:p w14:paraId="0168A79C" w14:textId="77777777" w:rsidR="00CA5980" w:rsidRPr="002F7635" w:rsidRDefault="00CA5980" w:rsidP="00CA5980">
            <w:pPr>
              <w:tabs>
                <w:tab w:val="left" w:pos="540"/>
              </w:tabs>
              <w:spacing w:after="0" w:line="240" w:lineRule="auto"/>
              <w:jc w:val="both"/>
              <w:rPr>
                <w:rFonts w:ascii="Times New Roman" w:eastAsia="Times New Roman" w:hAnsi="Times New Roman" w:cs="Times New Roman"/>
                <w:b/>
                <w:color w:val="000000"/>
                <w:sz w:val="24"/>
                <w:szCs w:val="24"/>
                <w:lang w:eastAsia="ru-RU"/>
              </w:rPr>
            </w:pPr>
          </w:p>
        </w:tc>
        <w:tc>
          <w:tcPr>
            <w:tcW w:w="1868" w:type="dxa"/>
            <w:vMerge/>
            <w:shd w:val="clear" w:color="auto" w:fill="FFFFFF" w:themeFill="background1"/>
            <w:vAlign w:val="center"/>
          </w:tcPr>
          <w:p w14:paraId="26F2CB23" w14:textId="77777777" w:rsidR="00CA5980" w:rsidRPr="00C32BCB" w:rsidRDefault="00CA5980" w:rsidP="00C32BCB">
            <w:pPr>
              <w:pStyle w:val="affff4"/>
              <w:framePr w:hSpace="0" w:wrap="auto" w:vAnchor="margin" w:hAnchor="text" w:xAlign="left" w:yAlign="inline"/>
              <w:jc w:val="center"/>
            </w:pPr>
          </w:p>
        </w:tc>
        <w:tc>
          <w:tcPr>
            <w:tcW w:w="0" w:type="auto"/>
            <w:vMerge/>
            <w:shd w:val="clear" w:color="auto" w:fill="FFFFFF" w:themeFill="background1"/>
            <w:vAlign w:val="center"/>
          </w:tcPr>
          <w:p w14:paraId="4B67D1C9" w14:textId="77777777" w:rsidR="00CA5980" w:rsidRPr="00C32BCB" w:rsidRDefault="00CA5980" w:rsidP="00C32BCB">
            <w:pPr>
              <w:pStyle w:val="affff4"/>
              <w:framePr w:hSpace="0" w:wrap="auto" w:vAnchor="margin" w:hAnchor="text" w:xAlign="left" w:yAlign="inline"/>
              <w:jc w:val="center"/>
            </w:pPr>
          </w:p>
        </w:tc>
        <w:tc>
          <w:tcPr>
            <w:tcW w:w="0" w:type="auto"/>
            <w:vMerge/>
            <w:tcBorders>
              <w:right w:val="single" w:sz="4" w:space="0" w:color="auto"/>
            </w:tcBorders>
            <w:shd w:val="clear" w:color="auto" w:fill="FFFFFF" w:themeFill="background1"/>
            <w:vAlign w:val="center"/>
          </w:tcPr>
          <w:p w14:paraId="68E7E9B7" w14:textId="77777777" w:rsidR="00CA5980" w:rsidRPr="00C32BCB" w:rsidRDefault="00CA5980" w:rsidP="00C32BCB">
            <w:pPr>
              <w:pStyle w:val="affff4"/>
              <w:framePr w:hSpace="0" w:wrap="auto" w:vAnchor="margin" w:hAnchor="text" w:xAlign="left" w:yAlign="inline"/>
              <w:jc w:val="center"/>
            </w:pPr>
          </w:p>
        </w:tc>
        <w:tc>
          <w:tcPr>
            <w:tcW w:w="0" w:type="auto"/>
            <w:tcBorders>
              <w:top w:val="dotted" w:sz="4" w:space="0" w:color="auto"/>
              <w:left w:val="single" w:sz="4" w:space="0" w:color="auto"/>
              <w:bottom w:val="dotted" w:sz="4" w:space="0" w:color="auto"/>
            </w:tcBorders>
            <w:shd w:val="clear" w:color="auto" w:fill="FFFFFF" w:themeFill="background1"/>
            <w:vAlign w:val="center"/>
          </w:tcPr>
          <w:p w14:paraId="23FE03F9" w14:textId="77777777" w:rsidR="00CA5980" w:rsidRPr="00C32BCB" w:rsidRDefault="00CA5980" w:rsidP="00C32BCB">
            <w:pPr>
              <w:pStyle w:val="affff4"/>
              <w:framePr w:hSpace="0" w:wrap="auto" w:vAnchor="margin" w:hAnchor="text" w:xAlign="left" w:yAlign="inline"/>
              <w:jc w:val="center"/>
            </w:pPr>
            <w:r w:rsidRPr="00C32BCB">
              <w:t>Итоговая контрольная работа</w:t>
            </w:r>
          </w:p>
        </w:tc>
        <w:tc>
          <w:tcPr>
            <w:tcW w:w="0" w:type="auto"/>
            <w:tcBorders>
              <w:top w:val="dotted" w:sz="4" w:space="0" w:color="auto"/>
              <w:bottom w:val="dotted" w:sz="4" w:space="0" w:color="auto"/>
            </w:tcBorders>
            <w:shd w:val="clear" w:color="auto" w:fill="FFFFFF" w:themeFill="background1"/>
            <w:vAlign w:val="center"/>
          </w:tcPr>
          <w:p w14:paraId="62EB2FE9" w14:textId="77777777" w:rsidR="00CA5980" w:rsidRPr="00C32BCB" w:rsidRDefault="00CA5980" w:rsidP="00C32BCB">
            <w:pPr>
              <w:pStyle w:val="affff4"/>
              <w:framePr w:hSpace="0" w:wrap="auto" w:vAnchor="margin" w:hAnchor="text" w:xAlign="left" w:yAlign="inline"/>
              <w:jc w:val="center"/>
            </w:pPr>
            <w:r w:rsidRPr="00C32BCB">
              <w:t>письменный</w:t>
            </w:r>
          </w:p>
        </w:tc>
      </w:tr>
      <w:tr w:rsidR="00CA5980" w:rsidRPr="002F7635" w14:paraId="5D1D9EDF" w14:textId="77777777" w:rsidTr="00B16DD8">
        <w:tc>
          <w:tcPr>
            <w:tcW w:w="0" w:type="auto"/>
            <w:gridSpan w:val="3"/>
            <w:shd w:val="clear" w:color="auto" w:fill="FFFFFF" w:themeFill="background1"/>
            <w:vAlign w:val="center"/>
          </w:tcPr>
          <w:p w14:paraId="73A3F6E9" w14:textId="77777777" w:rsidR="00CA5980" w:rsidRPr="002F7635" w:rsidRDefault="00CA5980" w:rsidP="00CA5980">
            <w:pPr>
              <w:tabs>
                <w:tab w:val="left" w:pos="540"/>
              </w:tabs>
              <w:spacing w:after="0" w:line="240" w:lineRule="auto"/>
              <w:jc w:val="right"/>
              <w:rPr>
                <w:rFonts w:ascii="Times New Roman" w:eastAsia="Times New Roman" w:hAnsi="Times New Roman" w:cs="Times New Roman"/>
                <w:b/>
                <w:color w:val="000000"/>
                <w:sz w:val="24"/>
                <w:szCs w:val="24"/>
                <w:lang w:eastAsia="ru-RU"/>
              </w:rPr>
            </w:pPr>
            <w:r w:rsidRPr="002F7635">
              <w:rPr>
                <w:rFonts w:ascii="Times New Roman" w:eastAsia="Times New Roman" w:hAnsi="Times New Roman" w:cs="Times New Roman"/>
                <w:b/>
                <w:color w:val="000000"/>
                <w:sz w:val="24"/>
                <w:szCs w:val="24"/>
                <w:lang w:eastAsia="ru-RU"/>
              </w:rPr>
              <w:t>Итого</w:t>
            </w:r>
          </w:p>
        </w:tc>
        <w:tc>
          <w:tcPr>
            <w:tcW w:w="0" w:type="auto"/>
            <w:shd w:val="clear" w:color="auto" w:fill="FFFFFF" w:themeFill="background1"/>
            <w:vAlign w:val="center"/>
          </w:tcPr>
          <w:p w14:paraId="7444331D" w14:textId="305E4D42" w:rsidR="00CA5980" w:rsidRPr="00432193" w:rsidRDefault="00432193" w:rsidP="00556D83">
            <w:pPr>
              <w:tabs>
                <w:tab w:val="left" w:pos="540"/>
              </w:tabs>
              <w:spacing w:after="0" w:line="240" w:lineRule="auto"/>
              <w:jc w:val="center"/>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578</w:t>
            </w:r>
          </w:p>
        </w:tc>
        <w:tc>
          <w:tcPr>
            <w:tcW w:w="0" w:type="auto"/>
            <w:shd w:val="clear" w:color="auto" w:fill="FFFFFF" w:themeFill="background1"/>
            <w:vAlign w:val="center"/>
          </w:tcPr>
          <w:p w14:paraId="7769E415" w14:textId="77777777" w:rsidR="00CA5980" w:rsidRPr="002F7635" w:rsidRDefault="00CA5980" w:rsidP="00CA5980">
            <w:pPr>
              <w:tabs>
                <w:tab w:val="left" w:pos="540"/>
              </w:tabs>
              <w:spacing w:after="0" w:line="240" w:lineRule="auto"/>
              <w:jc w:val="center"/>
              <w:rPr>
                <w:rFonts w:ascii="Times New Roman" w:eastAsia="Times New Roman" w:hAnsi="Times New Roman" w:cs="Times New Roman"/>
                <w:b/>
                <w:color w:val="000000"/>
                <w:sz w:val="24"/>
                <w:szCs w:val="24"/>
                <w:lang w:eastAsia="ru-RU"/>
              </w:rPr>
            </w:pPr>
          </w:p>
        </w:tc>
        <w:tc>
          <w:tcPr>
            <w:tcW w:w="0" w:type="auto"/>
            <w:shd w:val="clear" w:color="auto" w:fill="FFFFFF" w:themeFill="background1"/>
            <w:vAlign w:val="center"/>
          </w:tcPr>
          <w:p w14:paraId="345FDFE8" w14:textId="77777777" w:rsidR="00CA5980" w:rsidRPr="002F7635" w:rsidRDefault="00CA5980" w:rsidP="00CA5980">
            <w:pPr>
              <w:tabs>
                <w:tab w:val="left" w:pos="540"/>
              </w:tabs>
              <w:spacing w:after="0" w:line="240" w:lineRule="auto"/>
              <w:jc w:val="center"/>
              <w:rPr>
                <w:rFonts w:ascii="Times New Roman" w:eastAsia="Times New Roman" w:hAnsi="Times New Roman" w:cs="Times New Roman"/>
                <w:b/>
                <w:color w:val="000000"/>
                <w:sz w:val="24"/>
                <w:szCs w:val="24"/>
                <w:lang w:eastAsia="ru-RU"/>
              </w:rPr>
            </w:pPr>
          </w:p>
        </w:tc>
      </w:tr>
    </w:tbl>
    <w:p w14:paraId="691E5F5D" w14:textId="6BE8C6A5" w:rsidR="00CA5980" w:rsidRPr="00771393" w:rsidRDefault="00771393" w:rsidP="006F1218">
      <w:pPr>
        <w:pStyle w:val="19"/>
      </w:pPr>
      <w:bookmarkStart w:id="56" w:name="_Toc149647028"/>
      <w:bookmarkStart w:id="57" w:name="_Toc150046072"/>
      <w:bookmarkStart w:id="58" w:name="_Toc150046855"/>
      <w:bookmarkStart w:id="59" w:name="_Toc150047087"/>
      <w:bookmarkStart w:id="60" w:name="_Toc150047332"/>
      <w:r w:rsidRPr="00771393">
        <w:lastRenderedPageBreak/>
        <w:t>Тематическое планирование по английскому языку</w:t>
      </w:r>
      <w:bookmarkEnd w:id="56"/>
      <w:bookmarkEnd w:id="57"/>
      <w:bookmarkEnd w:id="58"/>
      <w:bookmarkEnd w:id="59"/>
      <w:bookmarkEnd w:id="60"/>
    </w:p>
    <w:p w14:paraId="4D3D7250" w14:textId="4353F664" w:rsidR="00CA5980" w:rsidRDefault="00CA5980" w:rsidP="008C718A">
      <w:pPr>
        <w:pStyle w:val="affff1"/>
      </w:pPr>
      <w:bookmarkStart w:id="61" w:name="_Toc149647029"/>
      <w:bookmarkStart w:id="62" w:name="_Toc150046073"/>
      <w:bookmarkStart w:id="63" w:name="_Toc150047333"/>
      <w:r w:rsidRPr="002F7635">
        <w:t>5 класс</w:t>
      </w:r>
      <w:bookmarkEnd w:id="61"/>
      <w:bookmarkEnd w:id="62"/>
      <w:bookmarkEnd w:id="63"/>
    </w:p>
    <w:tbl>
      <w:tblPr>
        <w:tblStyle w:val="afd"/>
        <w:tblW w:w="0" w:type="auto"/>
        <w:tblLook w:val="04A0" w:firstRow="1" w:lastRow="0" w:firstColumn="1" w:lastColumn="0" w:noHBand="0" w:noVBand="1"/>
      </w:tblPr>
      <w:tblGrid>
        <w:gridCol w:w="863"/>
        <w:gridCol w:w="2995"/>
        <w:gridCol w:w="794"/>
        <w:gridCol w:w="1634"/>
        <w:gridCol w:w="4208"/>
      </w:tblGrid>
      <w:tr w:rsidR="00024040" w14:paraId="3F7EC49E" w14:textId="77777777" w:rsidTr="009C0458">
        <w:tc>
          <w:tcPr>
            <w:tcW w:w="1008" w:type="dxa"/>
            <w:vMerge w:val="restart"/>
            <w:vAlign w:val="center"/>
          </w:tcPr>
          <w:p w14:paraId="369595D8" w14:textId="7818AEC8" w:rsidR="00024040" w:rsidRDefault="00024040" w:rsidP="001A519E">
            <w:pPr>
              <w:pStyle w:val="affff4"/>
              <w:framePr w:wrap="around"/>
              <w:jc w:val="center"/>
              <w:rPr>
                <w:lang w:val="x-none"/>
              </w:rPr>
            </w:pPr>
            <w:r w:rsidRPr="002F7635">
              <w:rPr>
                <w:b/>
                <w:w w:val="97"/>
                <w:lang w:val="en-US"/>
              </w:rPr>
              <w:lastRenderedPageBreak/>
              <w:t>№</w:t>
            </w:r>
            <w:r>
              <w:rPr>
                <w:lang w:val="en-US"/>
              </w:rPr>
              <w:t xml:space="preserve"> </w:t>
            </w:r>
            <w:r w:rsidRPr="002F7635">
              <w:rPr>
                <w:b/>
                <w:w w:val="97"/>
                <w:lang w:val="en-US"/>
              </w:rPr>
              <w:t>п/п</w:t>
            </w:r>
          </w:p>
        </w:tc>
        <w:tc>
          <w:tcPr>
            <w:tcW w:w="3600" w:type="dxa"/>
            <w:vMerge w:val="restart"/>
            <w:vAlign w:val="center"/>
          </w:tcPr>
          <w:p w14:paraId="23A26081" w14:textId="06F41181" w:rsidR="00024040" w:rsidRDefault="00024040" w:rsidP="001A519E">
            <w:pPr>
              <w:pStyle w:val="affff4"/>
              <w:framePr w:wrap="around"/>
              <w:jc w:val="center"/>
              <w:rPr>
                <w:lang w:val="x-none"/>
              </w:rPr>
            </w:pPr>
            <w:r w:rsidRPr="002F7635">
              <w:rPr>
                <w:b/>
                <w:w w:val="97"/>
              </w:rPr>
              <w:t xml:space="preserve">Наименование разделов </w:t>
            </w:r>
            <w:r>
              <w:rPr>
                <w:b/>
                <w:w w:val="97"/>
              </w:rPr>
              <w:br/>
            </w:r>
            <w:r w:rsidRPr="002F7635">
              <w:rPr>
                <w:b/>
                <w:w w:val="97"/>
              </w:rPr>
              <w:t>и тем программы</w:t>
            </w:r>
          </w:p>
        </w:tc>
        <w:tc>
          <w:tcPr>
            <w:tcW w:w="1515" w:type="dxa"/>
            <w:gridSpan w:val="2"/>
            <w:vAlign w:val="center"/>
          </w:tcPr>
          <w:p w14:paraId="3394B468" w14:textId="2341A4C3" w:rsidR="00024040" w:rsidRDefault="00024040" w:rsidP="001A519E">
            <w:pPr>
              <w:pStyle w:val="affff4"/>
              <w:framePr w:wrap="around"/>
              <w:jc w:val="center"/>
              <w:rPr>
                <w:lang w:val="x-none"/>
              </w:rPr>
            </w:pPr>
            <w:r w:rsidRPr="002F7635">
              <w:rPr>
                <w:b/>
                <w:w w:val="97"/>
              </w:rPr>
              <w:t>Количество часов</w:t>
            </w:r>
          </w:p>
        </w:tc>
        <w:tc>
          <w:tcPr>
            <w:tcW w:w="4571" w:type="dxa"/>
            <w:vMerge w:val="restart"/>
            <w:vAlign w:val="center"/>
          </w:tcPr>
          <w:p w14:paraId="6AD9C59B" w14:textId="3E7A7DCB" w:rsidR="00024040" w:rsidRDefault="00024040" w:rsidP="001A519E">
            <w:pPr>
              <w:pStyle w:val="affff4"/>
              <w:framePr w:wrap="around"/>
              <w:jc w:val="center"/>
              <w:rPr>
                <w:lang w:val="x-none"/>
              </w:rPr>
            </w:pPr>
            <w:r w:rsidRPr="002F7635">
              <w:rPr>
                <w:b/>
                <w:w w:val="97"/>
              </w:rPr>
              <w:t xml:space="preserve">Электронные (цифровые) </w:t>
            </w:r>
            <w:r>
              <w:rPr>
                <w:b/>
                <w:w w:val="97"/>
              </w:rPr>
              <w:br/>
            </w:r>
            <w:r w:rsidRPr="002F7635">
              <w:rPr>
                <w:b/>
                <w:w w:val="97"/>
              </w:rPr>
              <w:t>образовательные ресурсы</w:t>
            </w:r>
          </w:p>
        </w:tc>
      </w:tr>
      <w:tr w:rsidR="00023879" w14:paraId="3D8842FB" w14:textId="77777777" w:rsidTr="009C0458">
        <w:tc>
          <w:tcPr>
            <w:tcW w:w="1008" w:type="dxa"/>
            <w:vMerge/>
          </w:tcPr>
          <w:p w14:paraId="1395F4D3" w14:textId="77777777" w:rsidR="00023879" w:rsidRPr="00024040" w:rsidRDefault="00023879" w:rsidP="00023879">
            <w:pPr>
              <w:pStyle w:val="affff4"/>
              <w:framePr w:wrap="around"/>
              <w:jc w:val="center"/>
            </w:pPr>
          </w:p>
        </w:tc>
        <w:tc>
          <w:tcPr>
            <w:tcW w:w="3600" w:type="dxa"/>
            <w:vMerge/>
          </w:tcPr>
          <w:p w14:paraId="7ADE081C" w14:textId="77777777" w:rsidR="00023879" w:rsidRPr="00024040" w:rsidRDefault="00023879" w:rsidP="00023879">
            <w:pPr>
              <w:pStyle w:val="affff4"/>
              <w:framePr w:wrap="around"/>
            </w:pPr>
          </w:p>
        </w:tc>
        <w:tc>
          <w:tcPr>
            <w:tcW w:w="805" w:type="dxa"/>
          </w:tcPr>
          <w:p w14:paraId="32EA02A0" w14:textId="238AB603" w:rsidR="00023879" w:rsidRPr="00024040" w:rsidRDefault="00023879" w:rsidP="00023879">
            <w:pPr>
              <w:pStyle w:val="affff4"/>
              <w:framePr w:wrap="around"/>
              <w:jc w:val="center"/>
            </w:pPr>
            <w:r w:rsidRPr="002F7635">
              <w:rPr>
                <w:b/>
                <w:w w:val="97"/>
                <w:lang w:val="en-US"/>
              </w:rPr>
              <w:t>всего</w:t>
            </w:r>
          </w:p>
        </w:tc>
        <w:tc>
          <w:tcPr>
            <w:tcW w:w="710" w:type="dxa"/>
          </w:tcPr>
          <w:p w14:paraId="56736FB1" w14:textId="1B754578" w:rsidR="00023879" w:rsidRPr="00024040" w:rsidRDefault="00023879" w:rsidP="00023879">
            <w:pPr>
              <w:pStyle w:val="affff4"/>
              <w:framePr w:wrap="around"/>
              <w:jc w:val="center"/>
            </w:pPr>
            <w:r w:rsidRPr="002F7635">
              <w:rPr>
                <w:b/>
                <w:w w:val="97"/>
                <w:lang w:val="en-US"/>
              </w:rPr>
              <w:t>контрольные работы</w:t>
            </w:r>
          </w:p>
        </w:tc>
        <w:tc>
          <w:tcPr>
            <w:tcW w:w="4571" w:type="dxa"/>
            <w:vMerge/>
          </w:tcPr>
          <w:p w14:paraId="2590C2A7" w14:textId="77777777" w:rsidR="00023879" w:rsidRPr="00024040" w:rsidRDefault="00023879" w:rsidP="00023879">
            <w:pPr>
              <w:pStyle w:val="affff4"/>
              <w:framePr w:wrap="around"/>
            </w:pPr>
          </w:p>
        </w:tc>
      </w:tr>
      <w:tr w:rsidR="00024040" w14:paraId="69E7D396" w14:textId="77777777" w:rsidTr="009C0458">
        <w:tc>
          <w:tcPr>
            <w:tcW w:w="1008" w:type="dxa"/>
          </w:tcPr>
          <w:p w14:paraId="07CEDCB8" w14:textId="14D103F1" w:rsidR="00024040" w:rsidRPr="00024040" w:rsidRDefault="00024040" w:rsidP="001A519E">
            <w:pPr>
              <w:pStyle w:val="affff4"/>
              <w:framePr w:wrap="around"/>
              <w:jc w:val="center"/>
            </w:pPr>
            <w:r w:rsidRPr="00024040">
              <w:t>1.</w:t>
            </w:r>
          </w:p>
        </w:tc>
        <w:tc>
          <w:tcPr>
            <w:tcW w:w="3600" w:type="dxa"/>
          </w:tcPr>
          <w:p w14:paraId="25F62E46" w14:textId="49931A5F" w:rsidR="00024040" w:rsidRPr="00024040" w:rsidRDefault="00024040" w:rsidP="00024040">
            <w:pPr>
              <w:pStyle w:val="affff4"/>
              <w:framePr w:wrap="around"/>
            </w:pPr>
            <w:r w:rsidRPr="00024040">
              <w:t>Моя семья. Мои друзья. Семейные праздники (день рождения, Новый год)</w:t>
            </w:r>
          </w:p>
        </w:tc>
        <w:tc>
          <w:tcPr>
            <w:tcW w:w="805" w:type="dxa"/>
          </w:tcPr>
          <w:p w14:paraId="705A0C71" w14:textId="5140AD55" w:rsidR="00024040" w:rsidRPr="00024040" w:rsidRDefault="00432193" w:rsidP="001A519E">
            <w:pPr>
              <w:pStyle w:val="affff4"/>
              <w:framePr w:wrap="around"/>
              <w:jc w:val="center"/>
            </w:pPr>
            <w:r>
              <w:t>12</w:t>
            </w:r>
          </w:p>
        </w:tc>
        <w:tc>
          <w:tcPr>
            <w:tcW w:w="710" w:type="dxa"/>
          </w:tcPr>
          <w:p w14:paraId="499C4329" w14:textId="507E43CD" w:rsidR="00024040" w:rsidRPr="00024040" w:rsidRDefault="00024040" w:rsidP="001A519E">
            <w:pPr>
              <w:pStyle w:val="affff4"/>
              <w:framePr w:wrap="around"/>
              <w:jc w:val="center"/>
            </w:pPr>
            <w:r w:rsidRPr="00024040">
              <w:t>1</w:t>
            </w:r>
          </w:p>
        </w:tc>
        <w:tc>
          <w:tcPr>
            <w:tcW w:w="4571" w:type="dxa"/>
          </w:tcPr>
          <w:p w14:paraId="686C0667"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0AC95C55" w14:textId="133E9E26" w:rsidR="00024040" w:rsidRPr="00024040" w:rsidRDefault="00024040" w:rsidP="00024040">
            <w:pPr>
              <w:pStyle w:val="affff4"/>
              <w:framePr w:wrap="around"/>
            </w:pPr>
            <w:r w:rsidRPr="00024040">
              <w:t>www.yaklass.ru</w:t>
            </w:r>
          </w:p>
        </w:tc>
      </w:tr>
      <w:tr w:rsidR="00024040" w14:paraId="17282D25" w14:textId="77777777" w:rsidTr="009C0458">
        <w:tc>
          <w:tcPr>
            <w:tcW w:w="1008" w:type="dxa"/>
          </w:tcPr>
          <w:p w14:paraId="7D49BE3B" w14:textId="46784974" w:rsidR="00024040" w:rsidRDefault="00024040" w:rsidP="001A519E">
            <w:pPr>
              <w:pStyle w:val="affff4"/>
              <w:framePr w:wrap="around"/>
              <w:jc w:val="center"/>
              <w:rPr>
                <w:lang w:val="x-none"/>
              </w:rPr>
            </w:pPr>
            <w:r w:rsidRPr="00024040">
              <w:t>2.</w:t>
            </w:r>
          </w:p>
        </w:tc>
        <w:tc>
          <w:tcPr>
            <w:tcW w:w="3600" w:type="dxa"/>
          </w:tcPr>
          <w:p w14:paraId="1113DFAA" w14:textId="0FA6D36A" w:rsidR="00024040" w:rsidRDefault="00024040" w:rsidP="00024040">
            <w:pPr>
              <w:pStyle w:val="affff4"/>
              <w:framePr w:wrap="around"/>
              <w:rPr>
                <w:lang w:val="x-none"/>
              </w:rPr>
            </w:pPr>
            <w:r w:rsidRPr="00024040">
              <w:t>Внешность и характер человека/литературного персонажа</w:t>
            </w:r>
          </w:p>
        </w:tc>
        <w:tc>
          <w:tcPr>
            <w:tcW w:w="805" w:type="dxa"/>
          </w:tcPr>
          <w:p w14:paraId="4278248B" w14:textId="0E094F0B" w:rsidR="00024040" w:rsidRDefault="00024040" w:rsidP="001A519E">
            <w:pPr>
              <w:pStyle w:val="affff4"/>
              <w:framePr w:wrap="around"/>
              <w:jc w:val="center"/>
              <w:rPr>
                <w:lang w:val="x-none"/>
              </w:rPr>
            </w:pPr>
            <w:r w:rsidRPr="00024040">
              <w:t>3</w:t>
            </w:r>
          </w:p>
        </w:tc>
        <w:tc>
          <w:tcPr>
            <w:tcW w:w="710" w:type="dxa"/>
          </w:tcPr>
          <w:p w14:paraId="161ED3A5" w14:textId="77777777" w:rsidR="00024040" w:rsidRDefault="00024040" w:rsidP="001A519E">
            <w:pPr>
              <w:pStyle w:val="affff4"/>
              <w:framePr w:wrap="around"/>
              <w:jc w:val="center"/>
              <w:rPr>
                <w:lang w:val="x-none"/>
              </w:rPr>
            </w:pPr>
          </w:p>
        </w:tc>
        <w:tc>
          <w:tcPr>
            <w:tcW w:w="4571" w:type="dxa"/>
          </w:tcPr>
          <w:p w14:paraId="162A220E"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37AA310A" w14:textId="69692A61" w:rsidR="00024040" w:rsidRDefault="00024040" w:rsidP="00024040">
            <w:pPr>
              <w:pStyle w:val="affff4"/>
              <w:framePr w:wrap="around"/>
              <w:rPr>
                <w:lang w:val="x-none"/>
              </w:rPr>
            </w:pPr>
            <w:r w:rsidRPr="00024040">
              <w:t>www.yaklass.ru</w:t>
            </w:r>
          </w:p>
        </w:tc>
      </w:tr>
      <w:tr w:rsidR="00024040" w14:paraId="47AD8837" w14:textId="77777777" w:rsidTr="009C0458">
        <w:tc>
          <w:tcPr>
            <w:tcW w:w="1008" w:type="dxa"/>
          </w:tcPr>
          <w:p w14:paraId="7B58961E" w14:textId="028BCD65" w:rsidR="00024040" w:rsidRDefault="00024040" w:rsidP="001A519E">
            <w:pPr>
              <w:pStyle w:val="affff4"/>
              <w:framePr w:wrap="around"/>
              <w:jc w:val="center"/>
              <w:rPr>
                <w:lang w:val="x-none"/>
              </w:rPr>
            </w:pPr>
            <w:r w:rsidRPr="00024040">
              <w:t>3.</w:t>
            </w:r>
          </w:p>
        </w:tc>
        <w:tc>
          <w:tcPr>
            <w:tcW w:w="3600" w:type="dxa"/>
          </w:tcPr>
          <w:p w14:paraId="1083E726" w14:textId="48533C5C" w:rsidR="00024040" w:rsidRDefault="00024040" w:rsidP="00024040">
            <w:pPr>
              <w:pStyle w:val="affff4"/>
              <w:framePr w:wrap="around"/>
              <w:rPr>
                <w:lang w:val="x-none"/>
              </w:rPr>
            </w:pPr>
            <w:r w:rsidRPr="00024040">
              <w:t>Досуг и увлечения/хобби современного подростка (чтение, кино, спорт)</w:t>
            </w:r>
          </w:p>
        </w:tc>
        <w:tc>
          <w:tcPr>
            <w:tcW w:w="805" w:type="dxa"/>
          </w:tcPr>
          <w:p w14:paraId="2F476629" w14:textId="162BA754" w:rsidR="00024040" w:rsidRDefault="00432193" w:rsidP="001A519E">
            <w:pPr>
              <w:pStyle w:val="affff4"/>
              <w:framePr w:wrap="around"/>
              <w:jc w:val="center"/>
              <w:rPr>
                <w:lang w:val="x-none"/>
              </w:rPr>
            </w:pPr>
            <w:r>
              <w:t>10</w:t>
            </w:r>
          </w:p>
        </w:tc>
        <w:tc>
          <w:tcPr>
            <w:tcW w:w="710" w:type="dxa"/>
          </w:tcPr>
          <w:p w14:paraId="61270610" w14:textId="605DB410" w:rsidR="00024040" w:rsidRDefault="00024040" w:rsidP="001A519E">
            <w:pPr>
              <w:pStyle w:val="affff4"/>
              <w:framePr w:wrap="around"/>
              <w:jc w:val="center"/>
              <w:rPr>
                <w:lang w:val="x-none"/>
              </w:rPr>
            </w:pPr>
          </w:p>
        </w:tc>
        <w:tc>
          <w:tcPr>
            <w:tcW w:w="4571" w:type="dxa"/>
          </w:tcPr>
          <w:p w14:paraId="61B834D7"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3120857B" w14:textId="72D0109E" w:rsidR="00024040" w:rsidRDefault="00024040" w:rsidP="00024040">
            <w:pPr>
              <w:pStyle w:val="affff4"/>
              <w:framePr w:wrap="around"/>
              <w:rPr>
                <w:lang w:val="x-none"/>
              </w:rPr>
            </w:pPr>
            <w:r w:rsidRPr="00024040">
              <w:t>www.yaklass.ru</w:t>
            </w:r>
          </w:p>
        </w:tc>
      </w:tr>
      <w:tr w:rsidR="00024040" w14:paraId="21AEEC8B" w14:textId="77777777" w:rsidTr="009C0458">
        <w:tc>
          <w:tcPr>
            <w:tcW w:w="1008" w:type="dxa"/>
          </w:tcPr>
          <w:p w14:paraId="674F7939" w14:textId="331A688C" w:rsidR="00024040" w:rsidRDefault="00024040" w:rsidP="001A519E">
            <w:pPr>
              <w:pStyle w:val="affff4"/>
              <w:framePr w:wrap="around"/>
              <w:jc w:val="center"/>
              <w:rPr>
                <w:lang w:val="x-none"/>
              </w:rPr>
            </w:pPr>
            <w:r w:rsidRPr="00024040">
              <w:t>4.</w:t>
            </w:r>
          </w:p>
        </w:tc>
        <w:tc>
          <w:tcPr>
            <w:tcW w:w="3600" w:type="dxa"/>
          </w:tcPr>
          <w:p w14:paraId="6EEA7857" w14:textId="1729931C" w:rsidR="00024040" w:rsidRDefault="00024040" w:rsidP="00024040">
            <w:pPr>
              <w:pStyle w:val="affff4"/>
              <w:framePr w:wrap="around"/>
              <w:rPr>
                <w:lang w:val="x-none"/>
              </w:rPr>
            </w:pPr>
            <w:r w:rsidRPr="00024040">
              <w:t>Здоровый образ жизни: режим труда и отдыха. Здоровое питание</w:t>
            </w:r>
          </w:p>
        </w:tc>
        <w:tc>
          <w:tcPr>
            <w:tcW w:w="805" w:type="dxa"/>
          </w:tcPr>
          <w:p w14:paraId="34178C61" w14:textId="30FD6141" w:rsidR="00024040" w:rsidRDefault="00024040" w:rsidP="001A519E">
            <w:pPr>
              <w:pStyle w:val="affff4"/>
              <w:framePr w:wrap="around"/>
              <w:jc w:val="center"/>
              <w:rPr>
                <w:lang w:val="x-none"/>
              </w:rPr>
            </w:pPr>
            <w:r w:rsidRPr="00024040">
              <w:t>18</w:t>
            </w:r>
          </w:p>
        </w:tc>
        <w:tc>
          <w:tcPr>
            <w:tcW w:w="710" w:type="dxa"/>
          </w:tcPr>
          <w:p w14:paraId="067138F0" w14:textId="77777777" w:rsidR="00024040" w:rsidRDefault="00024040" w:rsidP="001A519E">
            <w:pPr>
              <w:pStyle w:val="affff4"/>
              <w:framePr w:wrap="around"/>
              <w:jc w:val="center"/>
              <w:rPr>
                <w:lang w:val="x-none"/>
              </w:rPr>
            </w:pPr>
          </w:p>
        </w:tc>
        <w:tc>
          <w:tcPr>
            <w:tcW w:w="4571" w:type="dxa"/>
          </w:tcPr>
          <w:p w14:paraId="0388CA6A"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40A1FE8B" w14:textId="31CA0925" w:rsidR="00024040" w:rsidRDefault="00024040" w:rsidP="00024040">
            <w:pPr>
              <w:pStyle w:val="affff4"/>
              <w:framePr w:wrap="around"/>
              <w:rPr>
                <w:lang w:val="x-none"/>
              </w:rPr>
            </w:pPr>
            <w:r w:rsidRPr="00024040">
              <w:t xml:space="preserve">www.yaklass.ru </w:t>
            </w:r>
          </w:p>
        </w:tc>
      </w:tr>
      <w:tr w:rsidR="00024040" w14:paraId="14AEB495" w14:textId="77777777" w:rsidTr="009C0458">
        <w:tc>
          <w:tcPr>
            <w:tcW w:w="1008" w:type="dxa"/>
          </w:tcPr>
          <w:p w14:paraId="4EB5665D" w14:textId="2ECD929B" w:rsidR="00024040" w:rsidRDefault="00024040" w:rsidP="001A519E">
            <w:pPr>
              <w:pStyle w:val="affff4"/>
              <w:framePr w:wrap="around"/>
              <w:jc w:val="center"/>
              <w:rPr>
                <w:lang w:val="x-none"/>
              </w:rPr>
            </w:pPr>
            <w:r w:rsidRPr="00024040">
              <w:t>5.</w:t>
            </w:r>
          </w:p>
        </w:tc>
        <w:tc>
          <w:tcPr>
            <w:tcW w:w="3600" w:type="dxa"/>
          </w:tcPr>
          <w:p w14:paraId="2024DDC5" w14:textId="1F7E06B3" w:rsidR="00024040" w:rsidRDefault="00024040" w:rsidP="00024040">
            <w:pPr>
              <w:pStyle w:val="affff4"/>
              <w:framePr w:wrap="around"/>
              <w:rPr>
                <w:lang w:val="x-none"/>
              </w:rPr>
            </w:pPr>
            <w:r w:rsidRPr="00024040">
              <w:t>Покупки: одежда, обувь и продукты питания</w:t>
            </w:r>
          </w:p>
        </w:tc>
        <w:tc>
          <w:tcPr>
            <w:tcW w:w="805" w:type="dxa"/>
          </w:tcPr>
          <w:p w14:paraId="415C9C31" w14:textId="40D3B1F5" w:rsidR="00024040" w:rsidRDefault="00024040" w:rsidP="001A519E">
            <w:pPr>
              <w:pStyle w:val="affff4"/>
              <w:framePr w:wrap="around"/>
              <w:jc w:val="center"/>
              <w:rPr>
                <w:lang w:val="x-none"/>
              </w:rPr>
            </w:pPr>
            <w:r w:rsidRPr="00024040">
              <w:t>13</w:t>
            </w:r>
          </w:p>
        </w:tc>
        <w:tc>
          <w:tcPr>
            <w:tcW w:w="710" w:type="dxa"/>
          </w:tcPr>
          <w:p w14:paraId="18E0E489" w14:textId="77777777" w:rsidR="00024040" w:rsidRDefault="00024040" w:rsidP="001A519E">
            <w:pPr>
              <w:pStyle w:val="affff4"/>
              <w:framePr w:wrap="around"/>
              <w:jc w:val="center"/>
              <w:rPr>
                <w:lang w:val="x-none"/>
              </w:rPr>
            </w:pPr>
          </w:p>
        </w:tc>
        <w:tc>
          <w:tcPr>
            <w:tcW w:w="4571" w:type="dxa"/>
          </w:tcPr>
          <w:p w14:paraId="145ECEEF"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06AC225B" w14:textId="143572E1" w:rsidR="00024040" w:rsidRDefault="00024040" w:rsidP="00024040">
            <w:pPr>
              <w:pStyle w:val="affff4"/>
              <w:framePr w:wrap="around"/>
              <w:rPr>
                <w:lang w:val="x-none"/>
              </w:rPr>
            </w:pPr>
            <w:r w:rsidRPr="00024040">
              <w:t xml:space="preserve">www.yaklass.ru </w:t>
            </w:r>
          </w:p>
        </w:tc>
      </w:tr>
      <w:tr w:rsidR="00024040" w14:paraId="79DF1DF6" w14:textId="77777777" w:rsidTr="009C0458">
        <w:tc>
          <w:tcPr>
            <w:tcW w:w="1008" w:type="dxa"/>
          </w:tcPr>
          <w:p w14:paraId="0D528276" w14:textId="6184E339" w:rsidR="00024040" w:rsidRDefault="00024040" w:rsidP="001A519E">
            <w:pPr>
              <w:pStyle w:val="affff4"/>
              <w:framePr w:wrap="around"/>
              <w:jc w:val="center"/>
              <w:rPr>
                <w:lang w:val="x-none"/>
              </w:rPr>
            </w:pPr>
            <w:r w:rsidRPr="00024040">
              <w:t>6.</w:t>
            </w:r>
          </w:p>
        </w:tc>
        <w:tc>
          <w:tcPr>
            <w:tcW w:w="3600" w:type="dxa"/>
          </w:tcPr>
          <w:p w14:paraId="3163A38A" w14:textId="420DF878" w:rsidR="00024040" w:rsidRDefault="00024040" w:rsidP="00024040">
            <w:pPr>
              <w:pStyle w:val="affff4"/>
              <w:framePr w:wrap="around"/>
              <w:rPr>
                <w:lang w:val="x-none"/>
              </w:rPr>
            </w:pPr>
            <w:r w:rsidRPr="00024040">
              <w:t>Школа, школьная жизнь, школьная форма, изучаемые предметы. Переписка с зарубежными сверстниками</w:t>
            </w:r>
          </w:p>
        </w:tc>
        <w:tc>
          <w:tcPr>
            <w:tcW w:w="805" w:type="dxa"/>
          </w:tcPr>
          <w:p w14:paraId="5685A139" w14:textId="2D01E99D" w:rsidR="00024040" w:rsidRDefault="00024040" w:rsidP="001A519E">
            <w:pPr>
              <w:pStyle w:val="affff4"/>
              <w:framePr w:wrap="around"/>
              <w:jc w:val="center"/>
              <w:rPr>
                <w:lang w:val="x-none"/>
              </w:rPr>
            </w:pPr>
            <w:r w:rsidRPr="00024040">
              <w:t>5</w:t>
            </w:r>
          </w:p>
        </w:tc>
        <w:tc>
          <w:tcPr>
            <w:tcW w:w="710" w:type="dxa"/>
          </w:tcPr>
          <w:p w14:paraId="5F86FB78" w14:textId="77777777" w:rsidR="00024040" w:rsidRDefault="00024040" w:rsidP="001A519E">
            <w:pPr>
              <w:pStyle w:val="affff4"/>
              <w:framePr w:wrap="around"/>
              <w:jc w:val="center"/>
              <w:rPr>
                <w:lang w:val="x-none"/>
              </w:rPr>
            </w:pPr>
          </w:p>
        </w:tc>
        <w:tc>
          <w:tcPr>
            <w:tcW w:w="4571" w:type="dxa"/>
          </w:tcPr>
          <w:p w14:paraId="3D6BF398"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586A1CC9" w14:textId="716CD39A" w:rsidR="00024040" w:rsidRDefault="00024040" w:rsidP="00024040">
            <w:pPr>
              <w:pStyle w:val="affff4"/>
              <w:framePr w:wrap="around"/>
              <w:rPr>
                <w:lang w:val="x-none"/>
              </w:rPr>
            </w:pPr>
            <w:r w:rsidRPr="00024040">
              <w:t>www.yaklass.ru</w:t>
            </w:r>
          </w:p>
        </w:tc>
      </w:tr>
      <w:tr w:rsidR="00024040" w14:paraId="1A3BBC5B" w14:textId="77777777" w:rsidTr="009C0458">
        <w:tc>
          <w:tcPr>
            <w:tcW w:w="1008" w:type="dxa"/>
          </w:tcPr>
          <w:p w14:paraId="7F8D697D" w14:textId="76FE9C6D" w:rsidR="00024040" w:rsidRDefault="00024040" w:rsidP="001A519E">
            <w:pPr>
              <w:pStyle w:val="affff4"/>
              <w:framePr w:wrap="around"/>
              <w:jc w:val="center"/>
              <w:rPr>
                <w:lang w:val="x-none"/>
              </w:rPr>
            </w:pPr>
            <w:r w:rsidRPr="00024040">
              <w:t>7.</w:t>
            </w:r>
          </w:p>
        </w:tc>
        <w:tc>
          <w:tcPr>
            <w:tcW w:w="3600" w:type="dxa"/>
          </w:tcPr>
          <w:p w14:paraId="6F14DBD1" w14:textId="20C3E794" w:rsidR="00024040" w:rsidRDefault="00024040" w:rsidP="00024040">
            <w:pPr>
              <w:pStyle w:val="affff4"/>
              <w:framePr w:wrap="around"/>
              <w:rPr>
                <w:lang w:val="x-none"/>
              </w:rPr>
            </w:pPr>
            <w:r w:rsidRPr="00024040">
              <w:t>Каникулы в различное время года. Виды отдыха</w:t>
            </w:r>
          </w:p>
        </w:tc>
        <w:tc>
          <w:tcPr>
            <w:tcW w:w="805" w:type="dxa"/>
          </w:tcPr>
          <w:p w14:paraId="0E41C110" w14:textId="1697D47D" w:rsidR="00024040" w:rsidRDefault="00024040" w:rsidP="001A519E">
            <w:pPr>
              <w:pStyle w:val="affff4"/>
              <w:framePr w:wrap="around"/>
              <w:jc w:val="center"/>
              <w:rPr>
                <w:lang w:val="x-none"/>
              </w:rPr>
            </w:pPr>
            <w:r w:rsidRPr="00024040">
              <w:t>4</w:t>
            </w:r>
          </w:p>
        </w:tc>
        <w:tc>
          <w:tcPr>
            <w:tcW w:w="710" w:type="dxa"/>
          </w:tcPr>
          <w:p w14:paraId="0B983817" w14:textId="130F8948" w:rsidR="00024040" w:rsidRDefault="00432193" w:rsidP="001A519E">
            <w:pPr>
              <w:pStyle w:val="affff4"/>
              <w:framePr w:wrap="around"/>
              <w:jc w:val="center"/>
              <w:rPr>
                <w:lang w:val="x-none"/>
              </w:rPr>
            </w:pPr>
            <w:r>
              <w:t>1</w:t>
            </w:r>
          </w:p>
        </w:tc>
        <w:tc>
          <w:tcPr>
            <w:tcW w:w="4571" w:type="dxa"/>
          </w:tcPr>
          <w:p w14:paraId="1F512F87"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69AC8373" w14:textId="08991F1E" w:rsidR="00024040" w:rsidRDefault="00024040" w:rsidP="00024040">
            <w:pPr>
              <w:pStyle w:val="affff4"/>
              <w:framePr w:wrap="around"/>
              <w:rPr>
                <w:lang w:val="x-none"/>
              </w:rPr>
            </w:pPr>
            <w:r w:rsidRPr="00024040">
              <w:t>www.yaklass.ru</w:t>
            </w:r>
          </w:p>
        </w:tc>
      </w:tr>
      <w:tr w:rsidR="00024040" w14:paraId="2D182D62" w14:textId="77777777" w:rsidTr="009C0458">
        <w:tc>
          <w:tcPr>
            <w:tcW w:w="1008" w:type="dxa"/>
          </w:tcPr>
          <w:p w14:paraId="00B59FEB" w14:textId="754B89E7" w:rsidR="00024040" w:rsidRDefault="00024040" w:rsidP="001A519E">
            <w:pPr>
              <w:pStyle w:val="affff4"/>
              <w:framePr w:wrap="around"/>
              <w:jc w:val="center"/>
              <w:rPr>
                <w:lang w:val="x-none"/>
              </w:rPr>
            </w:pPr>
            <w:r w:rsidRPr="00024040">
              <w:t>8.</w:t>
            </w:r>
          </w:p>
        </w:tc>
        <w:tc>
          <w:tcPr>
            <w:tcW w:w="3600" w:type="dxa"/>
          </w:tcPr>
          <w:p w14:paraId="52C497F8" w14:textId="6DF6521C" w:rsidR="00024040" w:rsidRDefault="00024040" w:rsidP="00024040">
            <w:pPr>
              <w:pStyle w:val="affff4"/>
              <w:framePr w:wrap="around"/>
              <w:rPr>
                <w:lang w:val="x-none"/>
              </w:rPr>
            </w:pPr>
            <w:r w:rsidRPr="00024040">
              <w:t>Природа: дикие и домашние животные. Погода</w:t>
            </w:r>
          </w:p>
        </w:tc>
        <w:tc>
          <w:tcPr>
            <w:tcW w:w="805" w:type="dxa"/>
          </w:tcPr>
          <w:p w14:paraId="5B06D544" w14:textId="1DB8EB4B" w:rsidR="00024040" w:rsidRDefault="00024040" w:rsidP="001A519E">
            <w:pPr>
              <w:pStyle w:val="affff4"/>
              <w:framePr w:wrap="around"/>
              <w:jc w:val="center"/>
              <w:rPr>
                <w:lang w:val="x-none"/>
              </w:rPr>
            </w:pPr>
            <w:r w:rsidRPr="00024040">
              <w:t>4</w:t>
            </w:r>
          </w:p>
        </w:tc>
        <w:tc>
          <w:tcPr>
            <w:tcW w:w="710" w:type="dxa"/>
          </w:tcPr>
          <w:p w14:paraId="303084A5" w14:textId="77777777" w:rsidR="00024040" w:rsidRDefault="00024040" w:rsidP="001A519E">
            <w:pPr>
              <w:pStyle w:val="affff4"/>
              <w:framePr w:wrap="around"/>
              <w:jc w:val="center"/>
              <w:rPr>
                <w:lang w:val="x-none"/>
              </w:rPr>
            </w:pPr>
          </w:p>
        </w:tc>
        <w:tc>
          <w:tcPr>
            <w:tcW w:w="4571" w:type="dxa"/>
          </w:tcPr>
          <w:p w14:paraId="5A275E1B"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505D79D8" w14:textId="3352250D" w:rsidR="00024040" w:rsidRDefault="00024040" w:rsidP="00024040">
            <w:pPr>
              <w:pStyle w:val="affff4"/>
              <w:framePr w:wrap="around"/>
              <w:rPr>
                <w:lang w:val="x-none"/>
              </w:rPr>
            </w:pPr>
            <w:r w:rsidRPr="00024040">
              <w:t>www.yaklass.ru</w:t>
            </w:r>
          </w:p>
        </w:tc>
      </w:tr>
      <w:tr w:rsidR="00024040" w14:paraId="311F6531" w14:textId="77777777" w:rsidTr="009C0458">
        <w:tc>
          <w:tcPr>
            <w:tcW w:w="1008" w:type="dxa"/>
          </w:tcPr>
          <w:p w14:paraId="1391E13F" w14:textId="71642522" w:rsidR="00024040" w:rsidRDefault="00024040" w:rsidP="001A519E">
            <w:pPr>
              <w:pStyle w:val="affff4"/>
              <w:framePr w:wrap="around"/>
              <w:jc w:val="center"/>
              <w:rPr>
                <w:lang w:val="x-none"/>
              </w:rPr>
            </w:pPr>
            <w:r w:rsidRPr="00024040">
              <w:t>9.</w:t>
            </w:r>
          </w:p>
        </w:tc>
        <w:tc>
          <w:tcPr>
            <w:tcW w:w="3600" w:type="dxa"/>
          </w:tcPr>
          <w:p w14:paraId="5E7ADCCA" w14:textId="29F17925" w:rsidR="00024040" w:rsidRDefault="00024040" w:rsidP="00024040">
            <w:pPr>
              <w:pStyle w:val="affff4"/>
              <w:framePr w:wrap="around"/>
              <w:rPr>
                <w:lang w:val="x-none"/>
              </w:rPr>
            </w:pPr>
            <w:r w:rsidRPr="00024040">
              <w:t>Родной город/село. Транспорт</w:t>
            </w:r>
          </w:p>
        </w:tc>
        <w:tc>
          <w:tcPr>
            <w:tcW w:w="805" w:type="dxa"/>
          </w:tcPr>
          <w:p w14:paraId="2A752659" w14:textId="2FC15A95" w:rsidR="00024040" w:rsidRDefault="00024040" w:rsidP="001A519E">
            <w:pPr>
              <w:pStyle w:val="affff4"/>
              <w:framePr w:wrap="around"/>
              <w:jc w:val="center"/>
              <w:rPr>
                <w:lang w:val="x-none"/>
              </w:rPr>
            </w:pPr>
            <w:r w:rsidRPr="00024040">
              <w:t>9</w:t>
            </w:r>
          </w:p>
        </w:tc>
        <w:tc>
          <w:tcPr>
            <w:tcW w:w="710" w:type="dxa"/>
          </w:tcPr>
          <w:p w14:paraId="6B4CEC90" w14:textId="77777777" w:rsidR="00024040" w:rsidRDefault="00024040" w:rsidP="001A519E">
            <w:pPr>
              <w:pStyle w:val="affff4"/>
              <w:framePr w:wrap="around"/>
              <w:jc w:val="center"/>
              <w:rPr>
                <w:lang w:val="x-none"/>
              </w:rPr>
            </w:pPr>
          </w:p>
        </w:tc>
        <w:tc>
          <w:tcPr>
            <w:tcW w:w="4571" w:type="dxa"/>
          </w:tcPr>
          <w:p w14:paraId="27BCCD50"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011C2E0D" w14:textId="111D3EF9" w:rsidR="00024040" w:rsidRDefault="00024040" w:rsidP="00024040">
            <w:pPr>
              <w:pStyle w:val="affff4"/>
              <w:framePr w:wrap="around"/>
              <w:rPr>
                <w:lang w:val="x-none"/>
              </w:rPr>
            </w:pPr>
            <w:r w:rsidRPr="00024040">
              <w:t>www.yaklass.ru</w:t>
            </w:r>
          </w:p>
        </w:tc>
      </w:tr>
      <w:tr w:rsidR="00024040" w14:paraId="28781EFD" w14:textId="77777777" w:rsidTr="009C0458">
        <w:tc>
          <w:tcPr>
            <w:tcW w:w="1008" w:type="dxa"/>
          </w:tcPr>
          <w:p w14:paraId="1C79D2AF" w14:textId="2A057FD2" w:rsidR="00024040" w:rsidRDefault="00024040" w:rsidP="001A519E">
            <w:pPr>
              <w:pStyle w:val="affff4"/>
              <w:framePr w:wrap="around"/>
              <w:jc w:val="center"/>
              <w:rPr>
                <w:lang w:val="x-none"/>
              </w:rPr>
            </w:pPr>
            <w:r w:rsidRPr="00024040">
              <w:t>10.</w:t>
            </w:r>
          </w:p>
        </w:tc>
        <w:tc>
          <w:tcPr>
            <w:tcW w:w="3600" w:type="dxa"/>
          </w:tcPr>
          <w:p w14:paraId="0894464D" w14:textId="300558F5" w:rsidR="00024040" w:rsidRDefault="00024040" w:rsidP="00024040">
            <w:pPr>
              <w:pStyle w:val="affff4"/>
              <w:framePr w:wrap="around"/>
              <w:rPr>
                <w:lang w:val="x-none"/>
              </w:rPr>
            </w:pPr>
            <w:r w:rsidRPr="00024040">
              <w:t>Родная страна и страна/страны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05" w:type="dxa"/>
          </w:tcPr>
          <w:p w14:paraId="3B59B514" w14:textId="7BDCCF04" w:rsidR="00024040" w:rsidRDefault="00432193" w:rsidP="001A519E">
            <w:pPr>
              <w:pStyle w:val="affff4"/>
              <w:framePr w:wrap="around"/>
              <w:jc w:val="center"/>
              <w:rPr>
                <w:lang w:val="x-none"/>
              </w:rPr>
            </w:pPr>
            <w:r>
              <w:t>24</w:t>
            </w:r>
          </w:p>
        </w:tc>
        <w:tc>
          <w:tcPr>
            <w:tcW w:w="710" w:type="dxa"/>
          </w:tcPr>
          <w:p w14:paraId="7B848BD4" w14:textId="4A70D6DA" w:rsidR="00024040" w:rsidRDefault="00432193" w:rsidP="001A519E">
            <w:pPr>
              <w:pStyle w:val="affff4"/>
              <w:framePr w:wrap="around"/>
              <w:jc w:val="center"/>
              <w:rPr>
                <w:lang w:val="x-none"/>
              </w:rPr>
            </w:pPr>
            <w:r>
              <w:t>1</w:t>
            </w:r>
          </w:p>
        </w:tc>
        <w:tc>
          <w:tcPr>
            <w:tcW w:w="4571" w:type="dxa"/>
          </w:tcPr>
          <w:p w14:paraId="47E78101"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26F53828" w14:textId="174CE2E6" w:rsidR="00024040" w:rsidRDefault="00024040" w:rsidP="00024040">
            <w:pPr>
              <w:pStyle w:val="affff4"/>
              <w:framePr w:wrap="around"/>
              <w:rPr>
                <w:lang w:val="x-none"/>
              </w:rPr>
            </w:pPr>
            <w:r w:rsidRPr="00024040">
              <w:t>www.yaklass.ru</w:t>
            </w:r>
          </w:p>
        </w:tc>
      </w:tr>
      <w:tr w:rsidR="00024040" w14:paraId="1169CDB1" w14:textId="77777777" w:rsidTr="009C0458">
        <w:tc>
          <w:tcPr>
            <w:tcW w:w="1008" w:type="dxa"/>
          </w:tcPr>
          <w:p w14:paraId="23499C30" w14:textId="7BA95BBB" w:rsidR="00024040" w:rsidRDefault="00024040" w:rsidP="001A519E">
            <w:pPr>
              <w:pStyle w:val="affff4"/>
              <w:framePr w:wrap="around"/>
              <w:jc w:val="center"/>
              <w:rPr>
                <w:lang w:val="x-none"/>
              </w:rPr>
            </w:pPr>
            <w:r w:rsidRPr="00024040">
              <w:t>11.</w:t>
            </w:r>
          </w:p>
        </w:tc>
        <w:tc>
          <w:tcPr>
            <w:tcW w:w="3600" w:type="dxa"/>
          </w:tcPr>
          <w:p w14:paraId="59F9B3D4" w14:textId="2B310E65" w:rsidR="00024040" w:rsidRDefault="00024040" w:rsidP="00024040">
            <w:pPr>
              <w:pStyle w:val="affff4"/>
              <w:framePr w:wrap="around"/>
              <w:rPr>
                <w:lang w:val="x-none"/>
              </w:rPr>
            </w:pPr>
            <w:r w:rsidRPr="00024040">
              <w:t>Выдающиеся люди родной страны и страны/стран изучаемого языка: писатели, поэты</w:t>
            </w:r>
          </w:p>
        </w:tc>
        <w:tc>
          <w:tcPr>
            <w:tcW w:w="805" w:type="dxa"/>
          </w:tcPr>
          <w:p w14:paraId="5B74B66A" w14:textId="1401FD1B" w:rsidR="00024040" w:rsidRDefault="00024040" w:rsidP="001A519E">
            <w:pPr>
              <w:pStyle w:val="affff4"/>
              <w:framePr w:wrap="around"/>
              <w:jc w:val="center"/>
              <w:rPr>
                <w:lang w:val="x-none"/>
              </w:rPr>
            </w:pPr>
            <w:r w:rsidRPr="00024040">
              <w:t>14</w:t>
            </w:r>
          </w:p>
        </w:tc>
        <w:tc>
          <w:tcPr>
            <w:tcW w:w="710" w:type="dxa"/>
          </w:tcPr>
          <w:p w14:paraId="2786D7A7" w14:textId="77777777" w:rsidR="00024040" w:rsidRDefault="00024040" w:rsidP="001A519E">
            <w:pPr>
              <w:pStyle w:val="affff4"/>
              <w:framePr w:wrap="around"/>
              <w:jc w:val="center"/>
              <w:rPr>
                <w:lang w:val="x-none"/>
              </w:rPr>
            </w:pPr>
          </w:p>
        </w:tc>
        <w:tc>
          <w:tcPr>
            <w:tcW w:w="4571" w:type="dxa"/>
          </w:tcPr>
          <w:p w14:paraId="2B57A211" w14:textId="77777777" w:rsidR="00024040" w:rsidRPr="00024040" w:rsidRDefault="00024040" w:rsidP="00024040">
            <w:pPr>
              <w:pStyle w:val="affff4"/>
              <w:framePr w:wrap="around"/>
            </w:pPr>
            <w:r w:rsidRPr="00024040">
              <w:t>Электронный католог издательства «Просвещение»www.prosv.ru/umk/starlight</w:t>
            </w:r>
          </w:p>
          <w:p w14:paraId="7B0BDEA8" w14:textId="5BF134ED" w:rsidR="00024040" w:rsidRDefault="00024040" w:rsidP="00024040">
            <w:pPr>
              <w:pStyle w:val="affff4"/>
              <w:framePr w:wrap="around"/>
              <w:rPr>
                <w:lang w:val="x-none"/>
              </w:rPr>
            </w:pPr>
            <w:r w:rsidRPr="00024040">
              <w:t>www.yaklass.ru</w:t>
            </w:r>
          </w:p>
        </w:tc>
      </w:tr>
      <w:tr w:rsidR="002A0488" w14:paraId="1D5C2096" w14:textId="77777777" w:rsidTr="009C0458">
        <w:tc>
          <w:tcPr>
            <w:tcW w:w="4608" w:type="dxa"/>
            <w:gridSpan w:val="2"/>
          </w:tcPr>
          <w:p w14:paraId="084AF6F3" w14:textId="0A2C2497" w:rsidR="002A0488" w:rsidRDefault="002A0488" w:rsidP="001A519E">
            <w:pPr>
              <w:pStyle w:val="affff4"/>
              <w:framePr w:wrap="around"/>
              <w:jc w:val="right"/>
              <w:rPr>
                <w:lang w:val="x-none"/>
              </w:rPr>
            </w:pPr>
            <w:r w:rsidRPr="00024040">
              <w:t xml:space="preserve">ОБЩЕЕ КОЛИЧЕСТВО ЧАСОВ </w:t>
            </w:r>
            <w:r w:rsidR="001A519E">
              <w:br/>
            </w:r>
            <w:r w:rsidRPr="00024040">
              <w:t>ПО ПРОГРАММЕ</w:t>
            </w:r>
          </w:p>
        </w:tc>
        <w:tc>
          <w:tcPr>
            <w:tcW w:w="805" w:type="dxa"/>
          </w:tcPr>
          <w:p w14:paraId="3EF076A9" w14:textId="37C39431" w:rsidR="002A0488" w:rsidRDefault="00432193" w:rsidP="001A519E">
            <w:pPr>
              <w:pStyle w:val="affff4"/>
              <w:framePr w:wrap="around"/>
              <w:jc w:val="center"/>
              <w:rPr>
                <w:lang w:val="x-none"/>
              </w:rPr>
            </w:pPr>
            <w:r>
              <w:t>102</w:t>
            </w:r>
          </w:p>
        </w:tc>
        <w:tc>
          <w:tcPr>
            <w:tcW w:w="710" w:type="dxa"/>
          </w:tcPr>
          <w:p w14:paraId="2A04F595" w14:textId="6C8543D4" w:rsidR="002A0488" w:rsidRDefault="00432193" w:rsidP="001A519E">
            <w:pPr>
              <w:pStyle w:val="affff4"/>
              <w:framePr w:wrap="around"/>
              <w:jc w:val="center"/>
              <w:rPr>
                <w:lang w:val="x-none"/>
              </w:rPr>
            </w:pPr>
            <w:r>
              <w:t>3</w:t>
            </w:r>
          </w:p>
        </w:tc>
        <w:tc>
          <w:tcPr>
            <w:tcW w:w="4571" w:type="dxa"/>
          </w:tcPr>
          <w:p w14:paraId="1B4E13D9" w14:textId="77777777" w:rsidR="002A0488" w:rsidRDefault="002A0488" w:rsidP="002A0488">
            <w:pPr>
              <w:pStyle w:val="affff4"/>
              <w:framePr w:wrap="around"/>
              <w:rPr>
                <w:lang w:val="x-none"/>
              </w:rPr>
            </w:pPr>
          </w:p>
        </w:tc>
      </w:tr>
    </w:tbl>
    <w:p w14:paraId="5BDA5299" w14:textId="2FF0FE5B" w:rsidR="00866A6D" w:rsidRPr="00866A6D" w:rsidRDefault="00866A6D" w:rsidP="008C718A">
      <w:pPr>
        <w:pStyle w:val="affff1"/>
      </w:pPr>
      <w:bookmarkStart w:id="64" w:name="_Toc149647030"/>
      <w:r>
        <w:lastRenderedPageBreak/>
        <w:br w:type="page"/>
      </w:r>
    </w:p>
    <w:p w14:paraId="02B8B9FD" w14:textId="5F7DD484" w:rsidR="00CA5980" w:rsidRDefault="00CA5980" w:rsidP="008C718A">
      <w:pPr>
        <w:pStyle w:val="affff1"/>
      </w:pPr>
      <w:bookmarkStart w:id="65" w:name="_Toc150046074"/>
      <w:bookmarkStart w:id="66" w:name="_Toc150047334"/>
      <w:r w:rsidRPr="002F7635">
        <w:lastRenderedPageBreak/>
        <w:t>6 класс</w:t>
      </w:r>
      <w:bookmarkEnd w:id="64"/>
      <w:bookmarkEnd w:id="65"/>
      <w:bookmarkEnd w:id="66"/>
    </w:p>
    <w:tbl>
      <w:tblPr>
        <w:tblStyle w:val="afd"/>
        <w:tblW w:w="0" w:type="auto"/>
        <w:tblLook w:val="04A0" w:firstRow="1" w:lastRow="0" w:firstColumn="1" w:lastColumn="0" w:noHBand="0" w:noVBand="1"/>
      </w:tblPr>
      <w:tblGrid>
        <w:gridCol w:w="734"/>
        <w:gridCol w:w="2998"/>
        <w:gridCol w:w="784"/>
        <w:gridCol w:w="1633"/>
        <w:gridCol w:w="4571"/>
      </w:tblGrid>
      <w:tr w:rsidR="00023879" w14:paraId="0344821C" w14:textId="77777777" w:rsidTr="000C5C5A">
        <w:tc>
          <w:tcPr>
            <w:tcW w:w="734" w:type="dxa"/>
            <w:vMerge w:val="restart"/>
            <w:vAlign w:val="center"/>
          </w:tcPr>
          <w:p w14:paraId="3E893266" w14:textId="77777777" w:rsidR="00023879" w:rsidRDefault="00023879" w:rsidP="00023879">
            <w:pPr>
              <w:pStyle w:val="affff4"/>
              <w:framePr w:hSpace="0" w:wrap="auto" w:vAnchor="margin" w:hAnchor="text" w:xAlign="left" w:yAlign="inline"/>
              <w:jc w:val="center"/>
              <w:rPr>
                <w:lang w:val="x-none"/>
              </w:rPr>
            </w:pPr>
            <w:r w:rsidRPr="002F7635">
              <w:rPr>
                <w:b/>
                <w:w w:val="97"/>
                <w:lang w:val="en-US"/>
              </w:rPr>
              <w:t>№</w:t>
            </w:r>
            <w:r>
              <w:rPr>
                <w:lang w:val="en-US"/>
              </w:rPr>
              <w:t xml:space="preserve"> </w:t>
            </w:r>
            <w:r w:rsidRPr="002F7635">
              <w:rPr>
                <w:b/>
                <w:w w:val="97"/>
                <w:lang w:val="en-US"/>
              </w:rPr>
              <w:t>п/п</w:t>
            </w:r>
          </w:p>
        </w:tc>
        <w:tc>
          <w:tcPr>
            <w:tcW w:w="2998" w:type="dxa"/>
            <w:vMerge w:val="restart"/>
            <w:vAlign w:val="center"/>
          </w:tcPr>
          <w:p w14:paraId="305F394D" w14:textId="77777777" w:rsidR="00023879" w:rsidRDefault="00023879" w:rsidP="00023879">
            <w:pPr>
              <w:pStyle w:val="affff4"/>
              <w:framePr w:hSpace="0" w:wrap="auto" w:vAnchor="margin" w:hAnchor="text" w:xAlign="left" w:yAlign="inline"/>
              <w:jc w:val="center"/>
              <w:rPr>
                <w:lang w:val="x-none"/>
              </w:rPr>
            </w:pPr>
            <w:r w:rsidRPr="002F7635">
              <w:rPr>
                <w:b/>
                <w:w w:val="97"/>
              </w:rPr>
              <w:t xml:space="preserve">Наименование разделов </w:t>
            </w:r>
            <w:r>
              <w:rPr>
                <w:b/>
                <w:w w:val="97"/>
              </w:rPr>
              <w:br/>
            </w:r>
            <w:r w:rsidRPr="002F7635">
              <w:rPr>
                <w:b/>
                <w:w w:val="97"/>
              </w:rPr>
              <w:t>и тем программы</w:t>
            </w:r>
          </w:p>
        </w:tc>
        <w:tc>
          <w:tcPr>
            <w:tcW w:w="2417" w:type="dxa"/>
            <w:gridSpan w:val="2"/>
            <w:vAlign w:val="center"/>
          </w:tcPr>
          <w:p w14:paraId="502610A5" w14:textId="77777777" w:rsidR="00023879" w:rsidRDefault="00023879" w:rsidP="00023879">
            <w:pPr>
              <w:pStyle w:val="affff4"/>
              <w:framePr w:hSpace="0" w:wrap="auto" w:vAnchor="margin" w:hAnchor="text" w:xAlign="left" w:yAlign="inline"/>
              <w:jc w:val="center"/>
              <w:rPr>
                <w:lang w:val="x-none"/>
              </w:rPr>
            </w:pPr>
            <w:r w:rsidRPr="002F7635">
              <w:rPr>
                <w:b/>
                <w:w w:val="97"/>
              </w:rPr>
              <w:t>Количество часов</w:t>
            </w:r>
          </w:p>
        </w:tc>
        <w:tc>
          <w:tcPr>
            <w:tcW w:w="4399" w:type="dxa"/>
            <w:vMerge w:val="restart"/>
            <w:vAlign w:val="center"/>
          </w:tcPr>
          <w:p w14:paraId="5F596354" w14:textId="77777777" w:rsidR="00023879" w:rsidRDefault="00023879" w:rsidP="00023879">
            <w:pPr>
              <w:pStyle w:val="affff4"/>
              <w:framePr w:hSpace="0" w:wrap="auto" w:vAnchor="margin" w:hAnchor="text" w:xAlign="left" w:yAlign="inline"/>
              <w:jc w:val="center"/>
              <w:rPr>
                <w:lang w:val="x-none"/>
              </w:rPr>
            </w:pPr>
            <w:r w:rsidRPr="002F7635">
              <w:rPr>
                <w:b/>
                <w:w w:val="97"/>
              </w:rPr>
              <w:t xml:space="preserve">Электронные (цифровые) </w:t>
            </w:r>
            <w:r>
              <w:rPr>
                <w:b/>
                <w:w w:val="97"/>
              </w:rPr>
              <w:br/>
            </w:r>
            <w:r w:rsidRPr="002F7635">
              <w:rPr>
                <w:b/>
                <w:w w:val="97"/>
              </w:rPr>
              <w:t>образовательные ресурсы</w:t>
            </w:r>
          </w:p>
        </w:tc>
      </w:tr>
      <w:tr w:rsidR="00023879" w14:paraId="638285B9" w14:textId="77777777" w:rsidTr="000C5C5A">
        <w:tc>
          <w:tcPr>
            <w:tcW w:w="734" w:type="dxa"/>
            <w:vMerge/>
          </w:tcPr>
          <w:p w14:paraId="7640118F" w14:textId="77777777" w:rsidR="00023879" w:rsidRPr="00024040" w:rsidRDefault="00023879" w:rsidP="00023879">
            <w:pPr>
              <w:pStyle w:val="affff4"/>
              <w:framePr w:hSpace="0" w:wrap="auto" w:vAnchor="margin" w:hAnchor="text" w:xAlign="left" w:yAlign="inline"/>
              <w:jc w:val="center"/>
            </w:pPr>
          </w:p>
        </w:tc>
        <w:tc>
          <w:tcPr>
            <w:tcW w:w="2998" w:type="dxa"/>
            <w:vMerge/>
          </w:tcPr>
          <w:p w14:paraId="12EE8D4C" w14:textId="77777777" w:rsidR="00023879" w:rsidRPr="00024040" w:rsidRDefault="00023879" w:rsidP="00023879">
            <w:pPr>
              <w:pStyle w:val="affff4"/>
              <w:framePr w:hSpace="0" w:wrap="auto" w:vAnchor="margin" w:hAnchor="text" w:xAlign="left" w:yAlign="inline"/>
            </w:pPr>
          </w:p>
        </w:tc>
        <w:tc>
          <w:tcPr>
            <w:tcW w:w="784" w:type="dxa"/>
          </w:tcPr>
          <w:p w14:paraId="64AF47D7" w14:textId="77777777" w:rsidR="00023879" w:rsidRPr="00024040" w:rsidRDefault="00023879" w:rsidP="00023879">
            <w:pPr>
              <w:pStyle w:val="affff4"/>
              <w:framePr w:hSpace="0" w:wrap="auto" w:vAnchor="margin" w:hAnchor="text" w:xAlign="left" w:yAlign="inline"/>
              <w:jc w:val="center"/>
            </w:pPr>
            <w:r w:rsidRPr="002F7635">
              <w:rPr>
                <w:b/>
                <w:w w:val="97"/>
                <w:lang w:val="en-US"/>
              </w:rPr>
              <w:t>всего</w:t>
            </w:r>
          </w:p>
        </w:tc>
        <w:tc>
          <w:tcPr>
            <w:tcW w:w="1633" w:type="dxa"/>
          </w:tcPr>
          <w:p w14:paraId="3363FBE4" w14:textId="77777777" w:rsidR="00023879" w:rsidRPr="00024040" w:rsidRDefault="00023879" w:rsidP="00023879">
            <w:pPr>
              <w:pStyle w:val="affff4"/>
              <w:framePr w:hSpace="0" w:wrap="auto" w:vAnchor="margin" w:hAnchor="text" w:xAlign="left" w:yAlign="inline"/>
              <w:jc w:val="center"/>
            </w:pPr>
            <w:r w:rsidRPr="002F7635">
              <w:rPr>
                <w:b/>
                <w:w w:val="97"/>
                <w:lang w:val="en-US"/>
              </w:rPr>
              <w:t>контрольные работы</w:t>
            </w:r>
          </w:p>
        </w:tc>
        <w:tc>
          <w:tcPr>
            <w:tcW w:w="4399" w:type="dxa"/>
            <w:vMerge/>
          </w:tcPr>
          <w:p w14:paraId="1DC32C2D" w14:textId="77777777" w:rsidR="00023879" w:rsidRPr="00024040" w:rsidRDefault="00023879" w:rsidP="00023879">
            <w:pPr>
              <w:pStyle w:val="affff4"/>
              <w:framePr w:hSpace="0" w:wrap="auto" w:vAnchor="margin" w:hAnchor="text" w:xAlign="left" w:yAlign="inline"/>
            </w:pPr>
          </w:p>
        </w:tc>
      </w:tr>
      <w:tr w:rsidR="000C5C5A" w14:paraId="008FC730" w14:textId="77777777" w:rsidTr="000C5C5A">
        <w:tc>
          <w:tcPr>
            <w:tcW w:w="734" w:type="dxa"/>
          </w:tcPr>
          <w:p w14:paraId="21510012" w14:textId="3D9EC10F" w:rsidR="00023879" w:rsidRPr="00024040" w:rsidRDefault="00023879" w:rsidP="00023879">
            <w:pPr>
              <w:pStyle w:val="affff4"/>
              <w:framePr w:hSpace="0" w:wrap="auto" w:vAnchor="margin" w:hAnchor="text" w:xAlign="left" w:yAlign="inline"/>
              <w:jc w:val="center"/>
            </w:pPr>
            <w:r w:rsidRPr="00024040">
              <w:t>1.</w:t>
            </w:r>
          </w:p>
        </w:tc>
        <w:tc>
          <w:tcPr>
            <w:tcW w:w="2998" w:type="dxa"/>
          </w:tcPr>
          <w:p w14:paraId="3B7C81AA" w14:textId="0E61273B" w:rsidR="00023879" w:rsidRPr="00024040" w:rsidRDefault="00023879" w:rsidP="00023879">
            <w:pPr>
              <w:pStyle w:val="affff4"/>
              <w:framePr w:hSpace="0" w:wrap="auto" w:vAnchor="margin" w:hAnchor="text" w:xAlign="left" w:yAlign="inline"/>
            </w:pPr>
            <w:r w:rsidRPr="00024040">
              <w:t>Моя семья. Мои друзья. Семейные праздники (день рождения, Новый год)</w:t>
            </w:r>
          </w:p>
        </w:tc>
        <w:tc>
          <w:tcPr>
            <w:tcW w:w="784" w:type="dxa"/>
          </w:tcPr>
          <w:p w14:paraId="32872968" w14:textId="32779B68" w:rsidR="00023879" w:rsidRPr="00024040" w:rsidRDefault="00432193" w:rsidP="00023879">
            <w:pPr>
              <w:pStyle w:val="affff4"/>
              <w:framePr w:hSpace="0" w:wrap="auto" w:vAnchor="margin" w:hAnchor="text" w:xAlign="left" w:yAlign="inline"/>
              <w:jc w:val="center"/>
            </w:pPr>
            <w:r>
              <w:t>12</w:t>
            </w:r>
          </w:p>
        </w:tc>
        <w:tc>
          <w:tcPr>
            <w:tcW w:w="1633" w:type="dxa"/>
          </w:tcPr>
          <w:p w14:paraId="064C3BAC" w14:textId="4329AAF4" w:rsidR="00023879" w:rsidRPr="00024040" w:rsidRDefault="00023879" w:rsidP="00023879">
            <w:pPr>
              <w:pStyle w:val="affff4"/>
              <w:framePr w:hSpace="0" w:wrap="auto" w:vAnchor="margin" w:hAnchor="text" w:xAlign="left" w:yAlign="inline"/>
              <w:jc w:val="center"/>
            </w:pPr>
            <w:r w:rsidRPr="00024040">
              <w:t>1</w:t>
            </w:r>
          </w:p>
        </w:tc>
        <w:tc>
          <w:tcPr>
            <w:tcW w:w="4399" w:type="dxa"/>
          </w:tcPr>
          <w:p w14:paraId="3090224A"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6E45A31F" w14:textId="24804DF2" w:rsidR="00023879" w:rsidRPr="00024040" w:rsidRDefault="00023879" w:rsidP="00023879">
            <w:pPr>
              <w:pStyle w:val="affff4"/>
              <w:framePr w:hSpace="0" w:wrap="auto" w:vAnchor="margin" w:hAnchor="text" w:xAlign="left" w:yAlign="inline"/>
            </w:pPr>
            <w:r w:rsidRPr="00024040">
              <w:t>www.yaklass.ru</w:t>
            </w:r>
          </w:p>
        </w:tc>
      </w:tr>
      <w:tr w:rsidR="00023879" w14:paraId="095A81AF" w14:textId="77777777" w:rsidTr="000C5C5A">
        <w:tc>
          <w:tcPr>
            <w:tcW w:w="734" w:type="dxa"/>
          </w:tcPr>
          <w:p w14:paraId="26D937B5" w14:textId="693B0751" w:rsidR="00023879" w:rsidRDefault="00023879" w:rsidP="00023879">
            <w:pPr>
              <w:pStyle w:val="affff4"/>
              <w:framePr w:hSpace="0" w:wrap="auto" w:vAnchor="margin" w:hAnchor="text" w:xAlign="left" w:yAlign="inline"/>
              <w:jc w:val="center"/>
              <w:rPr>
                <w:lang w:val="x-none"/>
              </w:rPr>
            </w:pPr>
            <w:r w:rsidRPr="00024040">
              <w:t>2.</w:t>
            </w:r>
          </w:p>
        </w:tc>
        <w:tc>
          <w:tcPr>
            <w:tcW w:w="2998" w:type="dxa"/>
          </w:tcPr>
          <w:p w14:paraId="763AE83A" w14:textId="1894966E" w:rsidR="00023879" w:rsidRDefault="00023879" w:rsidP="00023879">
            <w:pPr>
              <w:pStyle w:val="affff4"/>
              <w:framePr w:hSpace="0" w:wrap="auto" w:vAnchor="margin" w:hAnchor="text" w:xAlign="left" w:yAlign="inline"/>
              <w:rPr>
                <w:lang w:val="x-none"/>
              </w:rPr>
            </w:pPr>
            <w:r w:rsidRPr="00024040">
              <w:t>Внешность и характер человека/литературного персонажа</w:t>
            </w:r>
          </w:p>
        </w:tc>
        <w:tc>
          <w:tcPr>
            <w:tcW w:w="784" w:type="dxa"/>
          </w:tcPr>
          <w:p w14:paraId="4CEBFDBB" w14:textId="175BB1EF" w:rsidR="00023879" w:rsidRDefault="00023879" w:rsidP="00023879">
            <w:pPr>
              <w:pStyle w:val="affff4"/>
              <w:framePr w:hSpace="0" w:wrap="auto" w:vAnchor="margin" w:hAnchor="text" w:xAlign="left" w:yAlign="inline"/>
              <w:jc w:val="center"/>
              <w:rPr>
                <w:lang w:val="x-none"/>
              </w:rPr>
            </w:pPr>
            <w:r w:rsidRPr="00024040">
              <w:t>3</w:t>
            </w:r>
          </w:p>
        </w:tc>
        <w:tc>
          <w:tcPr>
            <w:tcW w:w="1633" w:type="dxa"/>
          </w:tcPr>
          <w:p w14:paraId="1471CC86" w14:textId="77777777" w:rsidR="00023879" w:rsidRDefault="00023879" w:rsidP="00023879">
            <w:pPr>
              <w:pStyle w:val="affff4"/>
              <w:framePr w:hSpace="0" w:wrap="auto" w:vAnchor="margin" w:hAnchor="text" w:xAlign="left" w:yAlign="inline"/>
              <w:jc w:val="center"/>
              <w:rPr>
                <w:lang w:val="x-none"/>
              </w:rPr>
            </w:pPr>
          </w:p>
        </w:tc>
        <w:tc>
          <w:tcPr>
            <w:tcW w:w="4399" w:type="dxa"/>
          </w:tcPr>
          <w:p w14:paraId="33C5EB9A"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17E00CDF" w14:textId="4AEC3B40" w:rsidR="00023879" w:rsidRDefault="00023879" w:rsidP="00023879">
            <w:pPr>
              <w:pStyle w:val="affff4"/>
              <w:framePr w:hSpace="0" w:wrap="auto" w:vAnchor="margin" w:hAnchor="text" w:xAlign="left" w:yAlign="inline"/>
              <w:rPr>
                <w:lang w:val="x-none"/>
              </w:rPr>
            </w:pPr>
            <w:r w:rsidRPr="00024040">
              <w:t>www.yaklass.ru</w:t>
            </w:r>
          </w:p>
        </w:tc>
      </w:tr>
      <w:tr w:rsidR="00023879" w14:paraId="7A2D5C84" w14:textId="77777777" w:rsidTr="000C5C5A">
        <w:tc>
          <w:tcPr>
            <w:tcW w:w="734" w:type="dxa"/>
          </w:tcPr>
          <w:p w14:paraId="702DD2AA" w14:textId="63A9EAF4" w:rsidR="00023879" w:rsidRDefault="00023879" w:rsidP="00023879">
            <w:pPr>
              <w:pStyle w:val="affff4"/>
              <w:framePr w:hSpace="0" w:wrap="auto" w:vAnchor="margin" w:hAnchor="text" w:xAlign="left" w:yAlign="inline"/>
              <w:jc w:val="center"/>
              <w:rPr>
                <w:lang w:val="x-none"/>
              </w:rPr>
            </w:pPr>
            <w:r w:rsidRPr="00024040">
              <w:t>3.</w:t>
            </w:r>
          </w:p>
        </w:tc>
        <w:tc>
          <w:tcPr>
            <w:tcW w:w="2998" w:type="dxa"/>
          </w:tcPr>
          <w:p w14:paraId="28F7B786" w14:textId="08A77147" w:rsidR="00023879" w:rsidRDefault="00023879" w:rsidP="00023879">
            <w:pPr>
              <w:pStyle w:val="affff4"/>
              <w:framePr w:hSpace="0" w:wrap="auto" w:vAnchor="margin" w:hAnchor="text" w:xAlign="left" w:yAlign="inline"/>
              <w:rPr>
                <w:lang w:val="x-none"/>
              </w:rPr>
            </w:pPr>
            <w:r w:rsidRPr="00024040">
              <w:t>Досуг и увлечения/хобби современного подростка (чтение, кино, спорт)</w:t>
            </w:r>
          </w:p>
        </w:tc>
        <w:tc>
          <w:tcPr>
            <w:tcW w:w="784" w:type="dxa"/>
          </w:tcPr>
          <w:p w14:paraId="42485B95" w14:textId="0C525CCD" w:rsidR="00023879" w:rsidRDefault="00432193" w:rsidP="00023879">
            <w:pPr>
              <w:pStyle w:val="affff4"/>
              <w:framePr w:hSpace="0" w:wrap="auto" w:vAnchor="margin" w:hAnchor="text" w:xAlign="left" w:yAlign="inline"/>
              <w:jc w:val="center"/>
              <w:rPr>
                <w:lang w:val="x-none"/>
              </w:rPr>
            </w:pPr>
            <w:r>
              <w:t>12</w:t>
            </w:r>
          </w:p>
        </w:tc>
        <w:tc>
          <w:tcPr>
            <w:tcW w:w="1633" w:type="dxa"/>
          </w:tcPr>
          <w:p w14:paraId="6CEE3D0A" w14:textId="3FC02CD9" w:rsidR="00023879" w:rsidRDefault="00023879" w:rsidP="00023879">
            <w:pPr>
              <w:pStyle w:val="affff4"/>
              <w:framePr w:hSpace="0" w:wrap="auto" w:vAnchor="margin" w:hAnchor="text" w:xAlign="left" w:yAlign="inline"/>
              <w:jc w:val="center"/>
              <w:rPr>
                <w:lang w:val="x-none"/>
              </w:rPr>
            </w:pPr>
          </w:p>
        </w:tc>
        <w:tc>
          <w:tcPr>
            <w:tcW w:w="4399" w:type="dxa"/>
          </w:tcPr>
          <w:p w14:paraId="4EA77EFB"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0333ED90" w14:textId="0ABF33BC" w:rsidR="00023879" w:rsidRDefault="00023879" w:rsidP="00023879">
            <w:pPr>
              <w:pStyle w:val="affff4"/>
              <w:framePr w:hSpace="0" w:wrap="auto" w:vAnchor="margin" w:hAnchor="text" w:xAlign="left" w:yAlign="inline"/>
              <w:rPr>
                <w:lang w:val="x-none"/>
              </w:rPr>
            </w:pPr>
            <w:r w:rsidRPr="00024040">
              <w:t>www.yaklass.ru</w:t>
            </w:r>
          </w:p>
        </w:tc>
      </w:tr>
      <w:tr w:rsidR="00023879" w14:paraId="3BAC2FA3" w14:textId="77777777" w:rsidTr="000C5C5A">
        <w:tc>
          <w:tcPr>
            <w:tcW w:w="734" w:type="dxa"/>
          </w:tcPr>
          <w:p w14:paraId="39431E6E" w14:textId="643070E3" w:rsidR="00023879" w:rsidRDefault="00023879" w:rsidP="00023879">
            <w:pPr>
              <w:pStyle w:val="affff4"/>
              <w:framePr w:hSpace="0" w:wrap="auto" w:vAnchor="margin" w:hAnchor="text" w:xAlign="left" w:yAlign="inline"/>
              <w:jc w:val="center"/>
              <w:rPr>
                <w:lang w:val="x-none"/>
              </w:rPr>
            </w:pPr>
            <w:r w:rsidRPr="00024040">
              <w:t>4.</w:t>
            </w:r>
          </w:p>
        </w:tc>
        <w:tc>
          <w:tcPr>
            <w:tcW w:w="2998" w:type="dxa"/>
          </w:tcPr>
          <w:p w14:paraId="5EF330B6" w14:textId="31679A25" w:rsidR="00023879" w:rsidRDefault="00023879" w:rsidP="00023879">
            <w:pPr>
              <w:pStyle w:val="affff4"/>
              <w:framePr w:hSpace="0" w:wrap="auto" w:vAnchor="margin" w:hAnchor="text" w:xAlign="left" w:yAlign="inline"/>
              <w:rPr>
                <w:lang w:val="x-none"/>
              </w:rPr>
            </w:pPr>
            <w:r w:rsidRPr="00024040">
              <w:t>Здоровый образ жизни: режим труда и отдыха. Здоровое питание</w:t>
            </w:r>
          </w:p>
        </w:tc>
        <w:tc>
          <w:tcPr>
            <w:tcW w:w="784" w:type="dxa"/>
          </w:tcPr>
          <w:p w14:paraId="32A08C49" w14:textId="0D1A2527" w:rsidR="00023879" w:rsidRDefault="00432193" w:rsidP="00023879">
            <w:pPr>
              <w:pStyle w:val="affff4"/>
              <w:framePr w:hSpace="0" w:wrap="auto" w:vAnchor="margin" w:hAnchor="text" w:xAlign="left" w:yAlign="inline"/>
              <w:jc w:val="center"/>
              <w:rPr>
                <w:lang w:val="x-none"/>
              </w:rPr>
            </w:pPr>
            <w:r>
              <w:t>14</w:t>
            </w:r>
          </w:p>
        </w:tc>
        <w:tc>
          <w:tcPr>
            <w:tcW w:w="1633" w:type="dxa"/>
          </w:tcPr>
          <w:p w14:paraId="5432A203" w14:textId="77777777" w:rsidR="00023879" w:rsidRDefault="00023879" w:rsidP="00023879">
            <w:pPr>
              <w:pStyle w:val="affff4"/>
              <w:framePr w:hSpace="0" w:wrap="auto" w:vAnchor="margin" w:hAnchor="text" w:xAlign="left" w:yAlign="inline"/>
              <w:jc w:val="center"/>
              <w:rPr>
                <w:lang w:val="x-none"/>
              </w:rPr>
            </w:pPr>
          </w:p>
        </w:tc>
        <w:tc>
          <w:tcPr>
            <w:tcW w:w="4399" w:type="dxa"/>
          </w:tcPr>
          <w:p w14:paraId="55DA38D7"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451B1973" w14:textId="2FC3733D" w:rsidR="00023879" w:rsidRDefault="00023879" w:rsidP="00023879">
            <w:pPr>
              <w:pStyle w:val="affff4"/>
              <w:framePr w:hSpace="0" w:wrap="auto" w:vAnchor="margin" w:hAnchor="text" w:xAlign="left" w:yAlign="inline"/>
              <w:rPr>
                <w:lang w:val="x-none"/>
              </w:rPr>
            </w:pPr>
            <w:r w:rsidRPr="00024040">
              <w:t xml:space="preserve">www.yaklass.ru </w:t>
            </w:r>
          </w:p>
        </w:tc>
      </w:tr>
      <w:tr w:rsidR="00023879" w14:paraId="2250B038" w14:textId="77777777" w:rsidTr="000C5C5A">
        <w:tc>
          <w:tcPr>
            <w:tcW w:w="734" w:type="dxa"/>
          </w:tcPr>
          <w:p w14:paraId="57AC5868" w14:textId="7828AA8C" w:rsidR="00023879" w:rsidRDefault="00023879" w:rsidP="00023879">
            <w:pPr>
              <w:pStyle w:val="affff4"/>
              <w:framePr w:hSpace="0" w:wrap="auto" w:vAnchor="margin" w:hAnchor="text" w:xAlign="left" w:yAlign="inline"/>
              <w:jc w:val="center"/>
              <w:rPr>
                <w:lang w:val="x-none"/>
              </w:rPr>
            </w:pPr>
            <w:r w:rsidRPr="00024040">
              <w:t>5.</w:t>
            </w:r>
          </w:p>
        </w:tc>
        <w:tc>
          <w:tcPr>
            <w:tcW w:w="2998" w:type="dxa"/>
          </w:tcPr>
          <w:p w14:paraId="09C85F9B" w14:textId="4B23B053" w:rsidR="00023879" w:rsidRDefault="00023879" w:rsidP="00023879">
            <w:pPr>
              <w:pStyle w:val="affff4"/>
              <w:framePr w:hSpace="0" w:wrap="auto" w:vAnchor="margin" w:hAnchor="text" w:xAlign="left" w:yAlign="inline"/>
              <w:rPr>
                <w:lang w:val="x-none"/>
              </w:rPr>
            </w:pPr>
            <w:r w:rsidRPr="00024040">
              <w:t>Покупки: одежда, обувь и продукты питания</w:t>
            </w:r>
          </w:p>
        </w:tc>
        <w:tc>
          <w:tcPr>
            <w:tcW w:w="784" w:type="dxa"/>
          </w:tcPr>
          <w:p w14:paraId="67087E45" w14:textId="3330368C" w:rsidR="00023879" w:rsidRDefault="00023879" w:rsidP="00023879">
            <w:pPr>
              <w:pStyle w:val="affff4"/>
              <w:framePr w:hSpace="0" w:wrap="auto" w:vAnchor="margin" w:hAnchor="text" w:xAlign="left" w:yAlign="inline"/>
              <w:jc w:val="center"/>
              <w:rPr>
                <w:lang w:val="x-none"/>
              </w:rPr>
            </w:pPr>
            <w:r w:rsidRPr="00024040">
              <w:t>13</w:t>
            </w:r>
          </w:p>
        </w:tc>
        <w:tc>
          <w:tcPr>
            <w:tcW w:w="1633" w:type="dxa"/>
          </w:tcPr>
          <w:p w14:paraId="4BE1096A" w14:textId="77777777" w:rsidR="00023879" w:rsidRDefault="00023879" w:rsidP="00023879">
            <w:pPr>
              <w:pStyle w:val="affff4"/>
              <w:framePr w:hSpace="0" w:wrap="auto" w:vAnchor="margin" w:hAnchor="text" w:xAlign="left" w:yAlign="inline"/>
              <w:jc w:val="center"/>
              <w:rPr>
                <w:lang w:val="x-none"/>
              </w:rPr>
            </w:pPr>
          </w:p>
        </w:tc>
        <w:tc>
          <w:tcPr>
            <w:tcW w:w="4399" w:type="dxa"/>
          </w:tcPr>
          <w:p w14:paraId="5BA95CE5"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24C7DC07" w14:textId="0B5D9456" w:rsidR="00023879" w:rsidRDefault="00023879" w:rsidP="00023879">
            <w:pPr>
              <w:pStyle w:val="affff4"/>
              <w:framePr w:hSpace="0" w:wrap="auto" w:vAnchor="margin" w:hAnchor="text" w:xAlign="left" w:yAlign="inline"/>
              <w:rPr>
                <w:lang w:val="x-none"/>
              </w:rPr>
            </w:pPr>
            <w:r w:rsidRPr="00024040">
              <w:t xml:space="preserve">www.yaklass.ru </w:t>
            </w:r>
          </w:p>
        </w:tc>
      </w:tr>
      <w:tr w:rsidR="00023879" w14:paraId="4A91A882" w14:textId="77777777" w:rsidTr="000C5C5A">
        <w:tc>
          <w:tcPr>
            <w:tcW w:w="734" w:type="dxa"/>
          </w:tcPr>
          <w:p w14:paraId="0C850640" w14:textId="2010643C" w:rsidR="00023879" w:rsidRDefault="00023879" w:rsidP="00023879">
            <w:pPr>
              <w:pStyle w:val="affff4"/>
              <w:framePr w:hSpace="0" w:wrap="auto" w:vAnchor="margin" w:hAnchor="text" w:xAlign="left" w:yAlign="inline"/>
              <w:jc w:val="center"/>
              <w:rPr>
                <w:lang w:val="x-none"/>
              </w:rPr>
            </w:pPr>
            <w:r w:rsidRPr="00024040">
              <w:t>6.</w:t>
            </w:r>
          </w:p>
        </w:tc>
        <w:tc>
          <w:tcPr>
            <w:tcW w:w="2998" w:type="dxa"/>
          </w:tcPr>
          <w:p w14:paraId="664D77AD" w14:textId="2FE22618" w:rsidR="00023879" w:rsidRDefault="00023879" w:rsidP="00023879">
            <w:pPr>
              <w:pStyle w:val="affff4"/>
              <w:framePr w:hSpace="0" w:wrap="auto" w:vAnchor="margin" w:hAnchor="text" w:xAlign="left" w:yAlign="inline"/>
              <w:rPr>
                <w:lang w:val="x-none"/>
              </w:rPr>
            </w:pPr>
            <w:r w:rsidRPr="00024040">
              <w:t>Школа, школьная жизнь, школьная форма, изучаемые предметы. Переписка с зарубежными сверстниками</w:t>
            </w:r>
          </w:p>
        </w:tc>
        <w:tc>
          <w:tcPr>
            <w:tcW w:w="784" w:type="dxa"/>
          </w:tcPr>
          <w:p w14:paraId="44F50B0E" w14:textId="11DC2776" w:rsidR="00023879" w:rsidRDefault="00023879" w:rsidP="00023879">
            <w:pPr>
              <w:pStyle w:val="affff4"/>
              <w:framePr w:hSpace="0" w:wrap="auto" w:vAnchor="margin" w:hAnchor="text" w:xAlign="left" w:yAlign="inline"/>
              <w:jc w:val="center"/>
              <w:rPr>
                <w:lang w:val="x-none"/>
              </w:rPr>
            </w:pPr>
            <w:r w:rsidRPr="00024040">
              <w:t>5</w:t>
            </w:r>
          </w:p>
        </w:tc>
        <w:tc>
          <w:tcPr>
            <w:tcW w:w="1633" w:type="dxa"/>
          </w:tcPr>
          <w:p w14:paraId="07B5DE73" w14:textId="77777777" w:rsidR="00023879" w:rsidRDefault="00023879" w:rsidP="00023879">
            <w:pPr>
              <w:pStyle w:val="affff4"/>
              <w:framePr w:hSpace="0" w:wrap="auto" w:vAnchor="margin" w:hAnchor="text" w:xAlign="left" w:yAlign="inline"/>
              <w:jc w:val="center"/>
              <w:rPr>
                <w:lang w:val="x-none"/>
              </w:rPr>
            </w:pPr>
          </w:p>
        </w:tc>
        <w:tc>
          <w:tcPr>
            <w:tcW w:w="4399" w:type="dxa"/>
          </w:tcPr>
          <w:p w14:paraId="45E28AF2"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589AED62" w14:textId="1EF93EC8" w:rsidR="00023879" w:rsidRDefault="00023879" w:rsidP="00023879">
            <w:pPr>
              <w:pStyle w:val="affff4"/>
              <w:framePr w:hSpace="0" w:wrap="auto" w:vAnchor="margin" w:hAnchor="text" w:xAlign="left" w:yAlign="inline"/>
              <w:rPr>
                <w:lang w:val="x-none"/>
              </w:rPr>
            </w:pPr>
            <w:r w:rsidRPr="00024040">
              <w:t>www.yaklass.ru</w:t>
            </w:r>
          </w:p>
        </w:tc>
      </w:tr>
      <w:tr w:rsidR="00023879" w14:paraId="7A791672" w14:textId="77777777" w:rsidTr="000C5C5A">
        <w:tc>
          <w:tcPr>
            <w:tcW w:w="734" w:type="dxa"/>
          </w:tcPr>
          <w:p w14:paraId="50FA703F" w14:textId="5AEA4277" w:rsidR="00023879" w:rsidRDefault="00023879" w:rsidP="00023879">
            <w:pPr>
              <w:pStyle w:val="affff4"/>
              <w:framePr w:hSpace="0" w:wrap="auto" w:vAnchor="margin" w:hAnchor="text" w:xAlign="left" w:yAlign="inline"/>
              <w:jc w:val="center"/>
              <w:rPr>
                <w:lang w:val="x-none"/>
              </w:rPr>
            </w:pPr>
            <w:r w:rsidRPr="00024040">
              <w:t>7.</w:t>
            </w:r>
          </w:p>
        </w:tc>
        <w:tc>
          <w:tcPr>
            <w:tcW w:w="2998" w:type="dxa"/>
          </w:tcPr>
          <w:p w14:paraId="32B105BE" w14:textId="6804B7D4" w:rsidR="00023879" w:rsidRDefault="00023879" w:rsidP="00023879">
            <w:pPr>
              <w:pStyle w:val="affff4"/>
              <w:framePr w:hSpace="0" w:wrap="auto" w:vAnchor="margin" w:hAnchor="text" w:xAlign="left" w:yAlign="inline"/>
              <w:rPr>
                <w:lang w:val="x-none"/>
              </w:rPr>
            </w:pPr>
            <w:r w:rsidRPr="00024040">
              <w:t>Каникулы в различное время года. Виды отдыха</w:t>
            </w:r>
          </w:p>
        </w:tc>
        <w:tc>
          <w:tcPr>
            <w:tcW w:w="784" w:type="dxa"/>
          </w:tcPr>
          <w:p w14:paraId="4C36103B" w14:textId="180D2FBD" w:rsidR="00023879" w:rsidRDefault="00023879" w:rsidP="00023879">
            <w:pPr>
              <w:pStyle w:val="affff4"/>
              <w:framePr w:hSpace="0" w:wrap="auto" w:vAnchor="margin" w:hAnchor="text" w:xAlign="left" w:yAlign="inline"/>
              <w:jc w:val="center"/>
              <w:rPr>
                <w:lang w:val="x-none"/>
              </w:rPr>
            </w:pPr>
            <w:r w:rsidRPr="00024040">
              <w:t>4</w:t>
            </w:r>
          </w:p>
        </w:tc>
        <w:tc>
          <w:tcPr>
            <w:tcW w:w="1633" w:type="dxa"/>
          </w:tcPr>
          <w:p w14:paraId="511988D7" w14:textId="4AA5ED1A" w:rsidR="00023879" w:rsidRDefault="00432193" w:rsidP="00023879">
            <w:pPr>
              <w:pStyle w:val="affff4"/>
              <w:framePr w:hSpace="0" w:wrap="auto" w:vAnchor="margin" w:hAnchor="text" w:xAlign="left" w:yAlign="inline"/>
              <w:jc w:val="center"/>
              <w:rPr>
                <w:lang w:val="x-none"/>
              </w:rPr>
            </w:pPr>
            <w:r>
              <w:t>1</w:t>
            </w:r>
          </w:p>
        </w:tc>
        <w:tc>
          <w:tcPr>
            <w:tcW w:w="4399" w:type="dxa"/>
          </w:tcPr>
          <w:p w14:paraId="3DEA50E6"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2A4D81CB" w14:textId="612E5015" w:rsidR="00023879" w:rsidRDefault="00023879" w:rsidP="00023879">
            <w:pPr>
              <w:pStyle w:val="affff4"/>
              <w:framePr w:hSpace="0" w:wrap="auto" w:vAnchor="margin" w:hAnchor="text" w:xAlign="left" w:yAlign="inline"/>
              <w:rPr>
                <w:lang w:val="x-none"/>
              </w:rPr>
            </w:pPr>
            <w:r w:rsidRPr="00024040">
              <w:t>www.yaklass.ru</w:t>
            </w:r>
          </w:p>
        </w:tc>
      </w:tr>
      <w:tr w:rsidR="00023879" w14:paraId="18A0E03F" w14:textId="77777777" w:rsidTr="000C5C5A">
        <w:tc>
          <w:tcPr>
            <w:tcW w:w="734" w:type="dxa"/>
          </w:tcPr>
          <w:p w14:paraId="125EFB1E" w14:textId="48C32F3D" w:rsidR="00023879" w:rsidRDefault="00023879" w:rsidP="00023879">
            <w:pPr>
              <w:pStyle w:val="affff4"/>
              <w:framePr w:hSpace="0" w:wrap="auto" w:vAnchor="margin" w:hAnchor="text" w:xAlign="left" w:yAlign="inline"/>
              <w:jc w:val="center"/>
              <w:rPr>
                <w:lang w:val="x-none"/>
              </w:rPr>
            </w:pPr>
            <w:r w:rsidRPr="00024040">
              <w:t>8.</w:t>
            </w:r>
          </w:p>
        </w:tc>
        <w:tc>
          <w:tcPr>
            <w:tcW w:w="2998" w:type="dxa"/>
          </w:tcPr>
          <w:p w14:paraId="60D4705C" w14:textId="02F8096F" w:rsidR="00023879" w:rsidRDefault="00023879" w:rsidP="00023879">
            <w:pPr>
              <w:pStyle w:val="affff4"/>
              <w:framePr w:hSpace="0" w:wrap="auto" w:vAnchor="margin" w:hAnchor="text" w:xAlign="left" w:yAlign="inline"/>
              <w:rPr>
                <w:lang w:val="x-none"/>
              </w:rPr>
            </w:pPr>
            <w:r w:rsidRPr="00024040">
              <w:t>Природа: дикие и домашние животные. Погода</w:t>
            </w:r>
          </w:p>
        </w:tc>
        <w:tc>
          <w:tcPr>
            <w:tcW w:w="784" w:type="dxa"/>
          </w:tcPr>
          <w:p w14:paraId="50E757AE" w14:textId="008EABBD" w:rsidR="00023879" w:rsidRDefault="00023879" w:rsidP="00023879">
            <w:pPr>
              <w:pStyle w:val="affff4"/>
              <w:framePr w:hSpace="0" w:wrap="auto" w:vAnchor="margin" w:hAnchor="text" w:xAlign="left" w:yAlign="inline"/>
              <w:jc w:val="center"/>
              <w:rPr>
                <w:lang w:val="x-none"/>
              </w:rPr>
            </w:pPr>
            <w:r w:rsidRPr="00024040">
              <w:t>4</w:t>
            </w:r>
          </w:p>
        </w:tc>
        <w:tc>
          <w:tcPr>
            <w:tcW w:w="1633" w:type="dxa"/>
          </w:tcPr>
          <w:p w14:paraId="561B9B61" w14:textId="77777777" w:rsidR="00023879" w:rsidRDefault="00023879" w:rsidP="00023879">
            <w:pPr>
              <w:pStyle w:val="affff4"/>
              <w:framePr w:hSpace="0" w:wrap="auto" w:vAnchor="margin" w:hAnchor="text" w:xAlign="left" w:yAlign="inline"/>
              <w:jc w:val="center"/>
              <w:rPr>
                <w:lang w:val="x-none"/>
              </w:rPr>
            </w:pPr>
          </w:p>
        </w:tc>
        <w:tc>
          <w:tcPr>
            <w:tcW w:w="4399" w:type="dxa"/>
          </w:tcPr>
          <w:p w14:paraId="7C5F1EEA"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2A8DAFE0" w14:textId="6832031E" w:rsidR="00023879" w:rsidRDefault="00023879" w:rsidP="00023879">
            <w:pPr>
              <w:pStyle w:val="affff4"/>
              <w:framePr w:hSpace="0" w:wrap="auto" w:vAnchor="margin" w:hAnchor="text" w:xAlign="left" w:yAlign="inline"/>
              <w:rPr>
                <w:lang w:val="x-none"/>
              </w:rPr>
            </w:pPr>
            <w:r w:rsidRPr="00024040">
              <w:t>www.yaklass.ru</w:t>
            </w:r>
          </w:p>
        </w:tc>
      </w:tr>
      <w:tr w:rsidR="00023879" w14:paraId="3986F753" w14:textId="77777777" w:rsidTr="000C5C5A">
        <w:tc>
          <w:tcPr>
            <w:tcW w:w="734" w:type="dxa"/>
          </w:tcPr>
          <w:p w14:paraId="6EC78961" w14:textId="61AE7654" w:rsidR="00023879" w:rsidRDefault="00023879" w:rsidP="00023879">
            <w:pPr>
              <w:pStyle w:val="affff4"/>
              <w:framePr w:hSpace="0" w:wrap="auto" w:vAnchor="margin" w:hAnchor="text" w:xAlign="left" w:yAlign="inline"/>
              <w:jc w:val="center"/>
              <w:rPr>
                <w:lang w:val="x-none"/>
              </w:rPr>
            </w:pPr>
            <w:r w:rsidRPr="00024040">
              <w:t>9.</w:t>
            </w:r>
          </w:p>
        </w:tc>
        <w:tc>
          <w:tcPr>
            <w:tcW w:w="2998" w:type="dxa"/>
          </w:tcPr>
          <w:p w14:paraId="77EE4CCA" w14:textId="7CFE6BF3" w:rsidR="00023879" w:rsidRDefault="00023879" w:rsidP="00023879">
            <w:pPr>
              <w:pStyle w:val="affff4"/>
              <w:framePr w:hSpace="0" w:wrap="auto" w:vAnchor="margin" w:hAnchor="text" w:xAlign="left" w:yAlign="inline"/>
              <w:rPr>
                <w:lang w:val="x-none"/>
              </w:rPr>
            </w:pPr>
            <w:r w:rsidRPr="00024040">
              <w:t>Родной город/село. Транспорт</w:t>
            </w:r>
          </w:p>
        </w:tc>
        <w:tc>
          <w:tcPr>
            <w:tcW w:w="784" w:type="dxa"/>
          </w:tcPr>
          <w:p w14:paraId="0C04D9A5" w14:textId="478037A6" w:rsidR="00023879" w:rsidRDefault="00023879" w:rsidP="00023879">
            <w:pPr>
              <w:pStyle w:val="affff4"/>
              <w:framePr w:hSpace="0" w:wrap="auto" w:vAnchor="margin" w:hAnchor="text" w:xAlign="left" w:yAlign="inline"/>
              <w:jc w:val="center"/>
              <w:rPr>
                <w:lang w:val="x-none"/>
              </w:rPr>
            </w:pPr>
            <w:r w:rsidRPr="00024040">
              <w:t>9</w:t>
            </w:r>
          </w:p>
        </w:tc>
        <w:tc>
          <w:tcPr>
            <w:tcW w:w="1633" w:type="dxa"/>
          </w:tcPr>
          <w:p w14:paraId="311E56F3" w14:textId="77777777" w:rsidR="00023879" w:rsidRDefault="00023879" w:rsidP="00023879">
            <w:pPr>
              <w:pStyle w:val="affff4"/>
              <w:framePr w:hSpace="0" w:wrap="auto" w:vAnchor="margin" w:hAnchor="text" w:xAlign="left" w:yAlign="inline"/>
              <w:jc w:val="center"/>
              <w:rPr>
                <w:lang w:val="x-none"/>
              </w:rPr>
            </w:pPr>
          </w:p>
        </w:tc>
        <w:tc>
          <w:tcPr>
            <w:tcW w:w="4399" w:type="dxa"/>
          </w:tcPr>
          <w:p w14:paraId="1CE3A436"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69D207ED" w14:textId="641F7B57" w:rsidR="00023879" w:rsidRDefault="00023879" w:rsidP="00023879">
            <w:pPr>
              <w:pStyle w:val="affff4"/>
              <w:framePr w:hSpace="0" w:wrap="auto" w:vAnchor="margin" w:hAnchor="text" w:xAlign="left" w:yAlign="inline"/>
              <w:rPr>
                <w:lang w:val="x-none"/>
              </w:rPr>
            </w:pPr>
            <w:r w:rsidRPr="00024040">
              <w:t>www.yaklass.ru</w:t>
            </w:r>
          </w:p>
        </w:tc>
      </w:tr>
      <w:tr w:rsidR="00023879" w14:paraId="67AACA12" w14:textId="77777777" w:rsidTr="000C5C5A">
        <w:tc>
          <w:tcPr>
            <w:tcW w:w="734" w:type="dxa"/>
          </w:tcPr>
          <w:p w14:paraId="09CAF808" w14:textId="26CB9CA3" w:rsidR="00023879" w:rsidRDefault="00023879" w:rsidP="00023879">
            <w:pPr>
              <w:pStyle w:val="affff4"/>
              <w:framePr w:hSpace="0" w:wrap="auto" w:vAnchor="margin" w:hAnchor="text" w:xAlign="left" w:yAlign="inline"/>
              <w:jc w:val="center"/>
              <w:rPr>
                <w:lang w:val="x-none"/>
              </w:rPr>
            </w:pPr>
            <w:r w:rsidRPr="00024040">
              <w:t>10.</w:t>
            </w:r>
          </w:p>
        </w:tc>
        <w:tc>
          <w:tcPr>
            <w:tcW w:w="2998" w:type="dxa"/>
          </w:tcPr>
          <w:p w14:paraId="4A9A0C51" w14:textId="6C44DF7F" w:rsidR="00023879" w:rsidRDefault="00023879" w:rsidP="00023879">
            <w:pPr>
              <w:pStyle w:val="affff4"/>
              <w:framePr w:hSpace="0" w:wrap="auto" w:vAnchor="margin" w:hAnchor="text" w:xAlign="left" w:yAlign="inline"/>
              <w:rPr>
                <w:lang w:val="x-none"/>
              </w:rPr>
            </w:pPr>
            <w:r w:rsidRPr="00024040">
              <w:t>Родная страна и страна/страны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84" w:type="dxa"/>
          </w:tcPr>
          <w:p w14:paraId="12D76F39" w14:textId="3F2ACBA0" w:rsidR="00023879" w:rsidRDefault="00432193" w:rsidP="00023879">
            <w:pPr>
              <w:pStyle w:val="affff4"/>
              <w:framePr w:hSpace="0" w:wrap="auto" w:vAnchor="margin" w:hAnchor="text" w:xAlign="left" w:yAlign="inline"/>
              <w:jc w:val="center"/>
              <w:rPr>
                <w:lang w:val="x-none"/>
              </w:rPr>
            </w:pPr>
            <w:r>
              <w:t>26</w:t>
            </w:r>
          </w:p>
        </w:tc>
        <w:tc>
          <w:tcPr>
            <w:tcW w:w="1633" w:type="dxa"/>
          </w:tcPr>
          <w:p w14:paraId="6DD2917B" w14:textId="56225D8D" w:rsidR="00023879" w:rsidRDefault="00432193" w:rsidP="00023879">
            <w:pPr>
              <w:pStyle w:val="affff4"/>
              <w:framePr w:hSpace="0" w:wrap="auto" w:vAnchor="margin" w:hAnchor="text" w:xAlign="left" w:yAlign="inline"/>
              <w:jc w:val="center"/>
              <w:rPr>
                <w:lang w:val="x-none"/>
              </w:rPr>
            </w:pPr>
            <w:r>
              <w:t>1</w:t>
            </w:r>
          </w:p>
        </w:tc>
        <w:tc>
          <w:tcPr>
            <w:tcW w:w="4399" w:type="dxa"/>
          </w:tcPr>
          <w:p w14:paraId="712805D2"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7B82E57C" w14:textId="277435B6" w:rsidR="00023879" w:rsidRDefault="00023879" w:rsidP="00023879">
            <w:pPr>
              <w:pStyle w:val="affff4"/>
              <w:framePr w:hSpace="0" w:wrap="auto" w:vAnchor="margin" w:hAnchor="text" w:xAlign="left" w:yAlign="inline"/>
              <w:rPr>
                <w:lang w:val="x-none"/>
              </w:rPr>
            </w:pPr>
            <w:r w:rsidRPr="00024040">
              <w:t>www.yaklass.ru</w:t>
            </w:r>
          </w:p>
        </w:tc>
      </w:tr>
      <w:tr w:rsidR="00023879" w14:paraId="5BB5743F" w14:textId="77777777" w:rsidTr="000C5C5A">
        <w:tc>
          <w:tcPr>
            <w:tcW w:w="734" w:type="dxa"/>
          </w:tcPr>
          <w:p w14:paraId="1E16F07A" w14:textId="303D5AAA" w:rsidR="00023879" w:rsidRDefault="00023879" w:rsidP="00023879">
            <w:pPr>
              <w:pStyle w:val="affff4"/>
              <w:framePr w:hSpace="0" w:wrap="auto" w:vAnchor="margin" w:hAnchor="text" w:xAlign="left" w:yAlign="inline"/>
              <w:jc w:val="center"/>
              <w:rPr>
                <w:lang w:val="x-none"/>
              </w:rPr>
            </w:pPr>
            <w:r w:rsidRPr="00024040">
              <w:t>11.</w:t>
            </w:r>
          </w:p>
        </w:tc>
        <w:tc>
          <w:tcPr>
            <w:tcW w:w="2998" w:type="dxa"/>
          </w:tcPr>
          <w:p w14:paraId="71144D49" w14:textId="3CCBF38A" w:rsidR="00023879" w:rsidRDefault="00023879" w:rsidP="00023879">
            <w:pPr>
              <w:pStyle w:val="affff4"/>
              <w:framePr w:hSpace="0" w:wrap="auto" w:vAnchor="margin" w:hAnchor="text" w:xAlign="left" w:yAlign="inline"/>
              <w:rPr>
                <w:lang w:val="x-none"/>
              </w:rPr>
            </w:pPr>
            <w:r w:rsidRPr="00024040">
              <w:t>Выдающиеся люди родной страны и страны/стран изучаемого языка: писатели, поэты</w:t>
            </w:r>
          </w:p>
        </w:tc>
        <w:tc>
          <w:tcPr>
            <w:tcW w:w="784" w:type="dxa"/>
          </w:tcPr>
          <w:p w14:paraId="32E5E8F9" w14:textId="774ACF6B" w:rsidR="00023879" w:rsidRDefault="00023879" w:rsidP="00023879">
            <w:pPr>
              <w:pStyle w:val="affff4"/>
              <w:framePr w:hSpace="0" w:wrap="auto" w:vAnchor="margin" w:hAnchor="text" w:xAlign="left" w:yAlign="inline"/>
              <w:jc w:val="center"/>
              <w:rPr>
                <w:lang w:val="x-none"/>
              </w:rPr>
            </w:pPr>
            <w:r w:rsidRPr="00024040">
              <w:t>14</w:t>
            </w:r>
          </w:p>
        </w:tc>
        <w:tc>
          <w:tcPr>
            <w:tcW w:w="1633" w:type="dxa"/>
          </w:tcPr>
          <w:p w14:paraId="3927713F" w14:textId="77777777" w:rsidR="00023879" w:rsidRDefault="00023879" w:rsidP="00023879">
            <w:pPr>
              <w:pStyle w:val="affff4"/>
              <w:framePr w:hSpace="0" w:wrap="auto" w:vAnchor="margin" w:hAnchor="text" w:xAlign="left" w:yAlign="inline"/>
              <w:jc w:val="center"/>
              <w:rPr>
                <w:lang w:val="x-none"/>
              </w:rPr>
            </w:pPr>
          </w:p>
        </w:tc>
        <w:tc>
          <w:tcPr>
            <w:tcW w:w="4399" w:type="dxa"/>
          </w:tcPr>
          <w:p w14:paraId="0C04375B" w14:textId="77777777" w:rsidR="00023879" w:rsidRPr="00024040" w:rsidRDefault="00023879" w:rsidP="00023879">
            <w:pPr>
              <w:pStyle w:val="affff4"/>
              <w:framePr w:hSpace="0" w:wrap="auto" w:vAnchor="margin" w:hAnchor="text" w:xAlign="left" w:yAlign="inline"/>
            </w:pPr>
            <w:r w:rsidRPr="00024040">
              <w:t>Электронный католог издательства «Просвещение»www.prosv.ru/umk/starlight</w:t>
            </w:r>
          </w:p>
          <w:p w14:paraId="10099C14" w14:textId="18CC5EB9" w:rsidR="00023879" w:rsidRDefault="00023879" w:rsidP="00023879">
            <w:pPr>
              <w:pStyle w:val="affff4"/>
              <w:framePr w:hSpace="0" w:wrap="auto" w:vAnchor="margin" w:hAnchor="text" w:xAlign="left" w:yAlign="inline"/>
              <w:rPr>
                <w:lang w:val="x-none"/>
              </w:rPr>
            </w:pPr>
            <w:r w:rsidRPr="00024040">
              <w:t>www.yaklass.ru</w:t>
            </w:r>
          </w:p>
        </w:tc>
      </w:tr>
      <w:tr w:rsidR="00023879" w14:paraId="43A1350D" w14:textId="77777777" w:rsidTr="000C5C5A">
        <w:tc>
          <w:tcPr>
            <w:tcW w:w="3732" w:type="dxa"/>
            <w:gridSpan w:val="2"/>
          </w:tcPr>
          <w:p w14:paraId="5B396B94" w14:textId="735AAFAD" w:rsidR="00023879" w:rsidRDefault="00023879" w:rsidP="00023879">
            <w:pPr>
              <w:pStyle w:val="affff4"/>
              <w:framePr w:hSpace="0" w:wrap="auto" w:vAnchor="margin" w:hAnchor="text" w:xAlign="left" w:yAlign="inline"/>
              <w:jc w:val="right"/>
              <w:rPr>
                <w:lang w:val="x-none"/>
              </w:rPr>
            </w:pPr>
            <w:r w:rsidRPr="00024040">
              <w:t xml:space="preserve">ОБЩЕЕ КОЛИЧЕСТВО ЧАСОВ </w:t>
            </w:r>
            <w:r>
              <w:br/>
            </w:r>
            <w:r w:rsidRPr="00024040">
              <w:t>ПО ПРОГРАММЕ</w:t>
            </w:r>
          </w:p>
        </w:tc>
        <w:tc>
          <w:tcPr>
            <w:tcW w:w="784" w:type="dxa"/>
          </w:tcPr>
          <w:p w14:paraId="44E0ECAD" w14:textId="40EE1311" w:rsidR="00023879" w:rsidRDefault="00DD5781" w:rsidP="00023879">
            <w:pPr>
              <w:pStyle w:val="affff4"/>
              <w:framePr w:hSpace="0" w:wrap="auto" w:vAnchor="margin" w:hAnchor="text" w:xAlign="left" w:yAlign="inline"/>
              <w:jc w:val="center"/>
              <w:rPr>
                <w:lang w:val="x-none"/>
              </w:rPr>
            </w:pPr>
            <w:r>
              <w:t>136</w:t>
            </w:r>
          </w:p>
        </w:tc>
        <w:tc>
          <w:tcPr>
            <w:tcW w:w="1633" w:type="dxa"/>
          </w:tcPr>
          <w:p w14:paraId="03E46F82" w14:textId="243C42F7" w:rsidR="00023879" w:rsidRDefault="00432193" w:rsidP="00023879">
            <w:pPr>
              <w:pStyle w:val="affff4"/>
              <w:framePr w:hSpace="0" w:wrap="auto" w:vAnchor="margin" w:hAnchor="text" w:xAlign="left" w:yAlign="inline"/>
              <w:jc w:val="center"/>
              <w:rPr>
                <w:lang w:val="x-none"/>
              </w:rPr>
            </w:pPr>
            <w:r>
              <w:t>3</w:t>
            </w:r>
          </w:p>
        </w:tc>
        <w:tc>
          <w:tcPr>
            <w:tcW w:w="4399" w:type="dxa"/>
          </w:tcPr>
          <w:p w14:paraId="6D968CB7" w14:textId="77777777" w:rsidR="00023879" w:rsidRDefault="00023879" w:rsidP="00023879">
            <w:pPr>
              <w:pStyle w:val="affff4"/>
              <w:framePr w:hSpace="0" w:wrap="auto" w:vAnchor="margin" w:hAnchor="text" w:xAlign="left" w:yAlign="inline"/>
              <w:rPr>
                <w:lang w:val="x-none"/>
              </w:rPr>
            </w:pPr>
          </w:p>
        </w:tc>
      </w:tr>
    </w:tbl>
    <w:p w14:paraId="594952D3" w14:textId="6CFB5179" w:rsidR="00023879" w:rsidRDefault="00023879" w:rsidP="006F1218">
      <w:pPr>
        <w:pStyle w:val="Base"/>
      </w:pPr>
    </w:p>
    <w:p w14:paraId="00719396" w14:textId="2226793C" w:rsidR="00CA5B8E" w:rsidRDefault="00CA5B8E">
      <w:pPr>
        <w:rPr>
          <w:rFonts w:ascii="Times New Roman" w:eastAsia="Calibri" w:hAnsi="Times New Roman" w:cs="Times New Roman"/>
          <w:color w:val="0070C0"/>
          <w:sz w:val="24"/>
          <w:lang w:val="x-none"/>
        </w:rPr>
      </w:pPr>
      <w:r>
        <w:rPr>
          <w:lang w:val="x-none"/>
        </w:rPr>
        <w:br w:type="page"/>
      </w:r>
    </w:p>
    <w:p w14:paraId="5A2A82ED" w14:textId="5E626927" w:rsidR="00CA5980" w:rsidRPr="002F7635" w:rsidRDefault="00CA5980" w:rsidP="008C718A">
      <w:pPr>
        <w:pStyle w:val="affff1"/>
      </w:pPr>
      <w:bookmarkStart w:id="67" w:name="_Toc149647031"/>
      <w:bookmarkStart w:id="68" w:name="_Toc150046075"/>
      <w:bookmarkStart w:id="69" w:name="_Toc150047335"/>
      <w:r w:rsidRPr="002F7635">
        <w:t>7 класс</w:t>
      </w:r>
      <w:bookmarkEnd w:id="67"/>
      <w:bookmarkEnd w:id="68"/>
      <w:bookmarkEnd w:id="69"/>
    </w:p>
    <w:tbl>
      <w:tblPr>
        <w:tblStyle w:val="afd"/>
        <w:tblW w:w="10908" w:type="dxa"/>
        <w:tblLayout w:type="fixed"/>
        <w:tblCellMar>
          <w:left w:w="29" w:type="dxa"/>
          <w:right w:w="29" w:type="dxa"/>
        </w:tblCellMar>
        <w:tblLook w:val="04A0" w:firstRow="1" w:lastRow="0" w:firstColumn="1" w:lastColumn="0" w:noHBand="0" w:noVBand="1"/>
      </w:tblPr>
      <w:tblGrid>
        <w:gridCol w:w="549"/>
        <w:gridCol w:w="4149"/>
        <w:gridCol w:w="810"/>
        <w:gridCol w:w="720"/>
        <w:gridCol w:w="4680"/>
      </w:tblGrid>
      <w:tr w:rsidR="000C5C5A" w14:paraId="5C73F93F" w14:textId="77777777" w:rsidTr="00FA56EA">
        <w:tc>
          <w:tcPr>
            <w:tcW w:w="549" w:type="dxa"/>
            <w:vMerge w:val="restart"/>
            <w:vAlign w:val="center"/>
          </w:tcPr>
          <w:p w14:paraId="5F98A30D" w14:textId="77777777" w:rsidR="000C5C5A" w:rsidRDefault="000C5C5A" w:rsidP="00F94D12">
            <w:pPr>
              <w:pStyle w:val="affff4"/>
              <w:framePr w:hSpace="0" w:wrap="auto" w:vAnchor="margin" w:hAnchor="text" w:xAlign="left" w:yAlign="inline"/>
              <w:tabs>
                <w:tab w:val="clear" w:pos="540"/>
              </w:tabs>
              <w:jc w:val="center"/>
              <w:rPr>
                <w:lang w:val="x-none"/>
              </w:rPr>
            </w:pPr>
            <w:r w:rsidRPr="002F7635">
              <w:rPr>
                <w:b/>
                <w:w w:val="97"/>
                <w:lang w:val="en-US"/>
              </w:rPr>
              <w:t>№</w:t>
            </w:r>
            <w:r>
              <w:rPr>
                <w:lang w:val="en-US"/>
              </w:rPr>
              <w:t xml:space="preserve"> </w:t>
            </w:r>
            <w:r w:rsidRPr="002F7635">
              <w:rPr>
                <w:b/>
                <w:w w:val="97"/>
                <w:lang w:val="en-US"/>
              </w:rPr>
              <w:t>п/п</w:t>
            </w:r>
          </w:p>
        </w:tc>
        <w:tc>
          <w:tcPr>
            <w:tcW w:w="4149" w:type="dxa"/>
            <w:vMerge w:val="restart"/>
            <w:vAlign w:val="center"/>
          </w:tcPr>
          <w:p w14:paraId="7DB407E7" w14:textId="77777777" w:rsidR="000C5C5A" w:rsidRDefault="000C5C5A" w:rsidP="00F94D12">
            <w:pPr>
              <w:pStyle w:val="affff4"/>
              <w:framePr w:hSpace="0" w:wrap="auto" w:vAnchor="margin" w:hAnchor="text" w:xAlign="left" w:yAlign="inline"/>
              <w:tabs>
                <w:tab w:val="clear" w:pos="540"/>
              </w:tabs>
              <w:jc w:val="center"/>
              <w:rPr>
                <w:lang w:val="x-none"/>
              </w:rPr>
            </w:pPr>
            <w:r w:rsidRPr="002F7635">
              <w:rPr>
                <w:b/>
                <w:w w:val="97"/>
              </w:rPr>
              <w:t xml:space="preserve">Наименование разделов </w:t>
            </w:r>
            <w:r>
              <w:rPr>
                <w:b/>
                <w:w w:val="97"/>
              </w:rPr>
              <w:br/>
            </w:r>
            <w:r w:rsidRPr="002F7635">
              <w:rPr>
                <w:b/>
                <w:w w:val="97"/>
              </w:rPr>
              <w:t>и тем программы</w:t>
            </w:r>
          </w:p>
        </w:tc>
        <w:tc>
          <w:tcPr>
            <w:tcW w:w="1530" w:type="dxa"/>
            <w:gridSpan w:val="2"/>
            <w:vAlign w:val="center"/>
          </w:tcPr>
          <w:p w14:paraId="7EA0357B" w14:textId="77777777" w:rsidR="000C5C5A" w:rsidRDefault="000C5C5A" w:rsidP="000C5C5A">
            <w:pPr>
              <w:pStyle w:val="affff4"/>
              <w:framePr w:hSpace="0" w:wrap="auto" w:vAnchor="margin" w:hAnchor="text" w:xAlign="left" w:yAlign="inline"/>
              <w:jc w:val="center"/>
              <w:rPr>
                <w:lang w:val="x-none"/>
              </w:rPr>
            </w:pPr>
            <w:r w:rsidRPr="002F7635">
              <w:rPr>
                <w:b/>
                <w:w w:val="97"/>
              </w:rPr>
              <w:t>Количество часов</w:t>
            </w:r>
          </w:p>
        </w:tc>
        <w:tc>
          <w:tcPr>
            <w:tcW w:w="4680" w:type="dxa"/>
            <w:vMerge w:val="restart"/>
            <w:vAlign w:val="center"/>
          </w:tcPr>
          <w:p w14:paraId="6330A698" w14:textId="77777777" w:rsidR="000C5C5A" w:rsidRDefault="000C5C5A" w:rsidP="000C5C5A">
            <w:pPr>
              <w:pStyle w:val="affff4"/>
              <w:framePr w:hSpace="0" w:wrap="auto" w:vAnchor="margin" w:hAnchor="text" w:xAlign="left" w:yAlign="inline"/>
              <w:jc w:val="center"/>
              <w:rPr>
                <w:lang w:val="x-none"/>
              </w:rPr>
            </w:pPr>
            <w:r w:rsidRPr="002F7635">
              <w:rPr>
                <w:b/>
                <w:w w:val="97"/>
              </w:rPr>
              <w:t xml:space="preserve">Электронные (цифровые) </w:t>
            </w:r>
            <w:r>
              <w:rPr>
                <w:b/>
                <w:w w:val="97"/>
              </w:rPr>
              <w:br/>
            </w:r>
            <w:r w:rsidRPr="002F7635">
              <w:rPr>
                <w:b/>
                <w:w w:val="97"/>
              </w:rPr>
              <w:t>образовательные ресурсы</w:t>
            </w:r>
          </w:p>
        </w:tc>
      </w:tr>
      <w:tr w:rsidR="000C5C5A" w14:paraId="6F32A5B7" w14:textId="77777777" w:rsidTr="00FA56EA">
        <w:trPr>
          <w:trHeight w:val="865"/>
        </w:trPr>
        <w:tc>
          <w:tcPr>
            <w:tcW w:w="549" w:type="dxa"/>
            <w:vMerge/>
          </w:tcPr>
          <w:p w14:paraId="682DD288" w14:textId="77777777" w:rsidR="000C5C5A" w:rsidRPr="00024040" w:rsidRDefault="000C5C5A" w:rsidP="00F94D12">
            <w:pPr>
              <w:pStyle w:val="affff4"/>
              <w:framePr w:hSpace="0" w:wrap="auto" w:vAnchor="margin" w:hAnchor="text" w:xAlign="left" w:yAlign="inline"/>
              <w:tabs>
                <w:tab w:val="clear" w:pos="540"/>
              </w:tabs>
              <w:jc w:val="center"/>
            </w:pPr>
          </w:p>
        </w:tc>
        <w:tc>
          <w:tcPr>
            <w:tcW w:w="4149" w:type="dxa"/>
            <w:vMerge/>
          </w:tcPr>
          <w:p w14:paraId="40F293C8" w14:textId="77777777" w:rsidR="000C5C5A" w:rsidRPr="00024040" w:rsidRDefault="000C5C5A" w:rsidP="00F94D12">
            <w:pPr>
              <w:pStyle w:val="affff4"/>
              <w:framePr w:hSpace="0" w:wrap="auto" w:vAnchor="margin" w:hAnchor="text" w:xAlign="left" w:yAlign="inline"/>
              <w:tabs>
                <w:tab w:val="clear" w:pos="540"/>
              </w:tabs>
            </w:pPr>
          </w:p>
        </w:tc>
        <w:tc>
          <w:tcPr>
            <w:tcW w:w="810" w:type="dxa"/>
          </w:tcPr>
          <w:p w14:paraId="351C3A78" w14:textId="77777777" w:rsidR="000C5C5A" w:rsidRPr="00024040" w:rsidRDefault="000C5C5A" w:rsidP="000C5C5A">
            <w:pPr>
              <w:pStyle w:val="affff4"/>
              <w:framePr w:hSpace="0" w:wrap="auto" w:vAnchor="margin" w:hAnchor="text" w:xAlign="left" w:yAlign="inline"/>
              <w:jc w:val="center"/>
            </w:pPr>
            <w:r w:rsidRPr="002F7635">
              <w:rPr>
                <w:b/>
                <w:w w:val="97"/>
                <w:lang w:val="en-US"/>
              </w:rPr>
              <w:t>всего</w:t>
            </w:r>
          </w:p>
        </w:tc>
        <w:tc>
          <w:tcPr>
            <w:tcW w:w="720" w:type="dxa"/>
          </w:tcPr>
          <w:p w14:paraId="16FBED21" w14:textId="77777777" w:rsidR="000C5C5A" w:rsidRPr="00024040" w:rsidRDefault="000C5C5A" w:rsidP="000C5C5A">
            <w:pPr>
              <w:pStyle w:val="affff4"/>
              <w:framePr w:hSpace="0" w:wrap="auto" w:vAnchor="margin" w:hAnchor="text" w:xAlign="left" w:yAlign="inline"/>
              <w:jc w:val="center"/>
            </w:pPr>
            <w:r w:rsidRPr="002F7635">
              <w:rPr>
                <w:b/>
                <w:w w:val="97"/>
                <w:lang w:val="en-US"/>
              </w:rPr>
              <w:t>контрольные работы</w:t>
            </w:r>
          </w:p>
        </w:tc>
        <w:tc>
          <w:tcPr>
            <w:tcW w:w="4680" w:type="dxa"/>
            <w:vMerge/>
          </w:tcPr>
          <w:p w14:paraId="59C4D52B" w14:textId="77777777" w:rsidR="000C5C5A" w:rsidRPr="00024040" w:rsidRDefault="000C5C5A" w:rsidP="000C5C5A">
            <w:pPr>
              <w:pStyle w:val="affff4"/>
              <w:framePr w:hSpace="0" w:wrap="auto" w:vAnchor="margin" w:hAnchor="text" w:xAlign="left" w:yAlign="inline"/>
            </w:pPr>
          </w:p>
        </w:tc>
      </w:tr>
      <w:tr w:rsidR="000C5C5A" w14:paraId="59CDF201" w14:textId="77777777" w:rsidTr="00FA56EA">
        <w:tc>
          <w:tcPr>
            <w:tcW w:w="549" w:type="dxa"/>
          </w:tcPr>
          <w:p w14:paraId="050C482F" w14:textId="305D4FB7"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1.</w:t>
            </w:r>
          </w:p>
        </w:tc>
        <w:tc>
          <w:tcPr>
            <w:tcW w:w="4149" w:type="dxa"/>
          </w:tcPr>
          <w:p w14:paraId="4339D95D" w14:textId="7CE71B08" w:rsidR="00F94D12" w:rsidRPr="00024040" w:rsidRDefault="00F94D12" w:rsidP="00F94D12">
            <w:pPr>
              <w:pStyle w:val="affff4"/>
              <w:framePr w:hSpace="0" w:wrap="auto" w:vAnchor="margin" w:hAnchor="text" w:xAlign="left" w:yAlign="inline"/>
              <w:tabs>
                <w:tab w:val="clear" w:pos="540"/>
              </w:tabs>
            </w:pPr>
            <w:r w:rsidRPr="002F7635">
              <w:rPr>
                <w:shd w:val="clear" w:color="auto" w:fill="FFFFFF"/>
              </w:rPr>
              <w:t>Взаимоотношения в семье</w:t>
            </w:r>
            <w:r w:rsidR="000C5C5A" w:rsidRPr="000C5C5A">
              <w:rPr>
                <w:shd w:val="clear" w:color="auto" w:fill="FFFFFF"/>
              </w:rPr>
              <w:t xml:space="preserve"> </w:t>
            </w:r>
            <w:r w:rsidRPr="002F7635">
              <w:rPr>
                <w:shd w:val="clear" w:color="auto" w:fill="FFFFFF"/>
              </w:rPr>
              <w:t>и с друзьями.</w:t>
            </w:r>
            <w:r w:rsidR="000C5C5A" w:rsidRPr="000C5C5A">
              <w:rPr>
                <w:shd w:val="clear" w:color="auto" w:fill="FFFFFF"/>
              </w:rPr>
              <w:t xml:space="preserve"> </w:t>
            </w:r>
            <w:r w:rsidRPr="002F7635">
              <w:rPr>
                <w:spacing w:val="-1"/>
                <w:shd w:val="clear" w:color="auto" w:fill="FFFFFF"/>
              </w:rPr>
              <w:t>Семейные празд</w:t>
            </w:r>
            <w:r w:rsidRPr="002F7635">
              <w:rPr>
                <w:shd w:val="clear" w:color="auto" w:fill="FFFFFF"/>
              </w:rPr>
              <w:t>ники.</w:t>
            </w:r>
            <w:r w:rsidR="000C5C5A" w:rsidRPr="000C5C5A">
              <w:rPr>
                <w:shd w:val="clear" w:color="auto" w:fill="FFFFFF"/>
              </w:rPr>
              <w:t xml:space="preserve"> </w:t>
            </w:r>
            <w:r w:rsidRPr="002F7635">
              <w:rPr>
                <w:spacing w:val="-1"/>
                <w:shd w:val="clear" w:color="auto" w:fill="FFFFFF"/>
              </w:rPr>
              <w:t>Обязанности по</w:t>
            </w:r>
            <w:r w:rsidR="000C5C5A" w:rsidRPr="000C5C5A">
              <w:rPr>
                <w:shd w:val="clear" w:color="auto" w:fill="FFFFFF"/>
              </w:rPr>
              <w:t xml:space="preserve"> </w:t>
            </w:r>
            <w:r w:rsidRPr="002F7635">
              <w:rPr>
                <w:shd w:val="clear" w:color="auto" w:fill="FFFFFF"/>
              </w:rPr>
              <w:t>дому</w:t>
            </w:r>
          </w:p>
        </w:tc>
        <w:tc>
          <w:tcPr>
            <w:tcW w:w="810" w:type="dxa"/>
          </w:tcPr>
          <w:p w14:paraId="1D5497A9" w14:textId="1C5C5801" w:rsidR="00F94D12" w:rsidRPr="00024040" w:rsidRDefault="00F94D12" w:rsidP="00F94D12">
            <w:pPr>
              <w:pStyle w:val="affff4"/>
              <w:framePr w:hSpace="0" w:wrap="auto" w:vAnchor="margin" w:hAnchor="text" w:xAlign="left" w:yAlign="inline"/>
              <w:jc w:val="center"/>
            </w:pPr>
            <w:r w:rsidRPr="002F7635">
              <w:rPr>
                <w:w w:val="97"/>
              </w:rPr>
              <w:t>10</w:t>
            </w:r>
          </w:p>
        </w:tc>
        <w:tc>
          <w:tcPr>
            <w:tcW w:w="720" w:type="dxa"/>
          </w:tcPr>
          <w:p w14:paraId="514ADDD3" w14:textId="4274D502" w:rsidR="00F94D12" w:rsidRPr="00024040" w:rsidRDefault="00F94D12" w:rsidP="00F94D12">
            <w:pPr>
              <w:pStyle w:val="affff4"/>
              <w:framePr w:hSpace="0" w:wrap="auto" w:vAnchor="margin" w:hAnchor="text" w:xAlign="left" w:yAlign="inline"/>
              <w:jc w:val="center"/>
            </w:pPr>
            <w:r w:rsidRPr="002F7635">
              <w:rPr>
                <w:w w:val="97"/>
              </w:rPr>
              <w:t>1</w:t>
            </w:r>
          </w:p>
        </w:tc>
        <w:tc>
          <w:tcPr>
            <w:tcW w:w="4680" w:type="dxa"/>
          </w:tcPr>
          <w:p w14:paraId="1676C5FA"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0FE831DF" w14:textId="6595C842" w:rsidR="00F94D12" w:rsidRPr="00024040" w:rsidRDefault="00F94D12" w:rsidP="00F94D12">
            <w:pPr>
              <w:pStyle w:val="affff4"/>
              <w:framePr w:hSpace="0" w:wrap="auto" w:vAnchor="margin" w:hAnchor="text" w:xAlign="left" w:yAlign="inline"/>
            </w:pPr>
            <w:r w:rsidRPr="002F7635">
              <w:rPr>
                <w:lang w:val="en-US"/>
              </w:rPr>
              <w:t>www.yaklass.ru</w:t>
            </w:r>
          </w:p>
        </w:tc>
      </w:tr>
      <w:tr w:rsidR="000C5C5A" w14:paraId="49C2F041" w14:textId="77777777" w:rsidTr="00FA56EA">
        <w:tc>
          <w:tcPr>
            <w:tcW w:w="549" w:type="dxa"/>
          </w:tcPr>
          <w:p w14:paraId="26D0D9CE" w14:textId="06C7F1C1"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2.</w:t>
            </w:r>
          </w:p>
        </w:tc>
        <w:tc>
          <w:tcPr>
            <w:tcW w:w="4149" w:type="dxa"/>
          </w:tcPr>
          <w:p w14:paraId="35407660" w14:textId="400803E8" w:rsidR="00F94D12" w:rsidRPr="00024040" w:rsidRDefault="00F94D12" w:rsidP="00F94D12">
            <w:pPr>
              <w:pStyle w:val="affff4"/>
              <w:framePr w:hSpace="0" w:wrap="auto" w:vAnchor="margin" w:hAnchor="text" w:xAlign="left" w:yAlign="inline"/>
              <w:tabs>
                <w:tab w:val="clear" w:pos="540"/>
              </w:tabs>
            </w:pPr>
            <w:r w:rsidRPr="002F7635">
              <w:rPr>
                <w:w w:val="97"/>
              </w:rPr>
              <w:t>Внешность и характер человека/литературного персонажа</w:t>
            </w:r>
          </w:p>
        </w:tc>
        <w:tc>
          <w:tcPr>
            <w:tcW w:w="810" w:type="dxa"/>
          </w:tcPr>
          <w:p w14:paraId="0509FFBE" w14:textId="1DA8D477" w:rsidR="00F94D12" w:rsidRPr="00024040" w:rsidRDefault="00F94D12" w:rsidP="00F94D12">
            <w:pPr>
              <w:pStyle w:val="affff4"/>
              <w:framePr w:hSpace="0" w:wrap="auto" w:vAnchor="margin" w:hAnchor="text" w:xAlign="left" w:yAlign="inline"/>
              <w:jc w:val="center"/>
            </w:pPr>
            <w:r w:rsidRPr="002F7635">
              <w:rPr>
                <w:w w:val="97"/>
              </w:rPr>
              <w:t>7</w:t>
            </w:r>
          </w:p>
        </w:tc>
        <w:tc>
          <w:tcPr>
            <w:tcW w:w="720" w:type="dxa"/>
          </w:tcPr>
          <w:p w14:paraId="6BA4DEB5" w14:textId="4F16275F" w:rsidR="00F94D12" w:rsidRPr="00024040" w:rsidRDefault="00F94D12" w:rsidP="00F94D12">
            <w:pPr>
              <w:pStyle w:val="affff4"/>
              <w:framePr w:hSpace="0" w:wrap="auto" w:vAnchor="margin" w:hAnchor="text" w:xAlign="left" w:yAlign="inline"/>
              <w:jc w:val="center"/>
            </w:pPr>
          </w:p>
        </w:tc>
        <w:tc>
          <w:tcPr>
            <w:tcW w:w="4680" w:type="dxa"/>
          </w:tcPr>
          <w:p w14:paraId="3E306DE9"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2F00B8EC" w14:textId="62F546A1" w:rsidR="00F94D12" w:rsidRPr="00024040" w:rsidRDefault="00F94D12" w:rsidP="00F94D12">
            <w:pPr>
              <w:pStyle w:val="affff4"/>
              <w:framePr w:hSpace="0" w:wrap="auto" w:vAnchor="margin" w:hAnchor="text" w:xAlign="left" w:yAlign="inline"/>
            </w:pPr>
            <w:r w:rsidRPr="002F7635">
              <w:rPr>
                <w:lang w:val="en-US"/>
              </w:rPr>
              <w:t>www.yaklass.ru</w:t>
            </w:r>
          </w:p>
        </w:tc>
      </w:tr>
      <w:tr w:rsidR="000C5C5A" w14:paraId="38B205AE" w14:textId="77777777" w:rsidTr="00FA56EA">
        <w:tc>
          <w:tcPr>
            <w:tcW w:w="549" w:type="dxa"/>
          </w:tcPr>
          <w:p w14:paraId="275BE7D5" w14:textId="3F923D86"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3.</w:t>
            </w:r>
          </w:p>
        </w:tc>
        <w:tc>
          <w:tcPr>
            <w:tcW w:w="4149" w:type="dxa"/>
          </w:tcPr>
          <w:p w14:paraId="0BD9B012" w14:textId="0E8AC083" w:rsidR="00F94D12" w:rsidRPr="00024040" w:rsidRDefault="00F94D12" w:rsidP="00F94D12">
            <w:pPr>
              <w:pStyle w:val="affff4"/>
              <w:framePr w:hSpace="0" w:wrap="auto" w:vAnchor="margin" w:hAnchor="text" w:xAlign="left" w:yAlign="inline"/>
              <w:tabs>
                <w:tab w:val="clear" w:pos="540"/>
              </w:tabs>
            </w:pPr>
            <w:r w:rsidRPr="002F7635">
              <w:rPr>
                <w:shd w:val="clear" w:color="auto" w:fill="FFFFFF"/>
              </w:rPr>
              <w:t>Досуг и увлечения/хобби современного подростка (чтение, кино, театр, музей, спорт, музыка)</w:t>
            </w:r>
          </w:p>
        </w:tc>
        <w:tc>
          <w:tcPr>
            <w:tcW w:w="810" w:type="dxa"/>
          </w:tcPr>
          <w:p w14:paraId="39446646" w14:textId="70EB9240" w:rsidR="00F94D12" w:rsidRPr="00024040" w:rsidRDefault="00F94D12" w:rsidP="00F94D12">
            <w:pPr>
              <w:pStyle w:val="affff4"/>
              <w:framePr w:hSpace="0" w:wrap="auto" w:vAnchor="margin" w:hAnchor="text" w:xAlign="left" w:yAlign="inline"/>
              <w:jc w:val="center"/>
            </w:pPr>
            <w:r w:rsidRPr="002F7635">
              <w:rPr>
                <w:w w:val="97"/>
              </w:rPr>
              <w:t>12</w:t>
            </w:r>
          </w:p>
        </w:tc>
        <w:tc>
          <w:tcPr>
            <w:tcW w:w="720" w:type="dxa"/>
          </w:tcPr>
          <w:p w14:paraId="10146D11" w14:textId="77777777" w:rsidR="00F94D12" w:rsidRPr="00024040" w:rsidRDefault="00F94D12" w:rsidP="00F94D12">
            <w:pPr>
              <w:pStyle w:val="affff4"/>
              <w:framePr w:hSpace="0" w:wrap="auto" w:vAnchor="margin" w:hAnchor="text" w:xAlign="left" w:yAlign="inline"/>
              <w:jc w:val="center"/>
            </w:pPr>
          </w:p>
        </w:tc>
        <w:tc>
          <w:tcPr>
            <w:tcW w:w="4680" w:type="dxa"/>
          </w:tcPr>
          <w:p w14:paraId="76A37729"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7AA8CC49" w14:textId="781F5694" w:rsidR="00F94D12" w:rsidRPr="00024040" w:rsidRDefault="00F94D12" w:rsidP="00F94D12">
            <w:pPr>
              <w:pStyle w:val="affff4"/>
              <w:framePr w:hSpace="0" w:wrap="auto" w:vAnchor="margin" w:hAnchor="text" w:xAlign="left" w:yAlign="inline"/>
            </w:pPr>
            <w:r w:rsidRPr="002F7635">
              <w:rPr>
                <w:lang w:val="en-US"/>
              </w:rPr>
              <w:t>www.yaklass.ru</w:t>
            </w:r>
          </w:p>
        </w:tc>
      </w:tr>
      <w:tr w:rsidR="000C5C5A" w14:paraId="41235807" w14:textId="77777777" w:rsidTr="00FA56EA">
        <w:tc>
          <w:tcPr>
            <w:tcW w:w="549" w:type="dxa"/>
          </w:tcPr>
          <w:p w14:paraId="10591EC2" w14:textId="684F114C"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4.</w:t>
            </w:r>
          </w:p>
        </w:tc>
        <w:tc>
          <w:tcPr>
            <w:tcW w:w="4149" w:type="dxa"/>
          </w:tcPr>
          <w:p w14:paraId="45FDC354" w14:textId="511AC249" w:rsidR="00F94D12" w:rsidRPr="00024040" w:rsidRDefault="00F94D12" w:rsidP="00F94D12">
            <w:pPr>
              <w:pStyle w:val="affff4"/>
              <w:framePr w:hSpace="0" w:wrap="auto" w:vAnchor="margin" w:hAnchor="text" w:xAlign="left" w:yAlign="inline"/>
              <w:tabs>
                <w:tab w:val="clear" w:pos="540"/>
              </w:tabs>
            </w:pPr>
            <w:r w:rsidRPr="002F7635">
              <w:rPr>
                <w:shd w:val="clear" w:color="auto" w:fill="FFFFFF"/>
              </w:rPr>
              <w:t>Здоровый образ жизни. Режим труда и отдыха.</w:t>
            </w:r>
            <w:r w:rsidR="000C5C5A" w:rsidRPr="000C5C5A">
              <w:rPr>
                <w:shd w:val="clear" w:color="auto" w:fill="FFFFFF"/>
              </w:rPr>
              <w:t xml:space="preserve"> </w:t>
            </w:r>
            <w:r w:rsidRPr="000C5C5A">
              <w:rPr>
                <w:spacing w:val="-1"/>
                <w:shd w:val="clear" w:color="auto" w:fill="FFFFFF"/>
              </w:rPr>
              <w:t>Фитнес.</w:t>
            </w:r>
            <w:r w:rsidR="000C5C5A" w:rsidRPr="000C5C5A">
              <w:rPr>
                <w:spacing w:val="-1"/>
                <w:shd w:val="clear" w:color="auto" w:fill="FFFFFF"/>
              </w:rPr>
              <w:t xml:space="preserve"> </w:t>
            </w:r>
            <w:r w:rsidRPr="002F7635">
              <w:rPr>
                <w:shd w:val="clear" w:color="auto" w:fill="FFFFFF"/>
                <w:lang w:val="en-US"/>
              </w:rPr>
              <w:t>Сбалансированное питани</w:t>
            </w:r>
            <w:r w:rsidRPr="002F7635">
              <w:rPr>
                <w:shd w:val="clear" w:color="auto" w:fill="FFFFFF"/>
              </w:rPr>
              <w:t>е</w:t>
            </w:r>
          </w:p>
        </w:tc>
        <w:tc>
          <w:tcPr>
            <w:tcW w:w="810" w:type="dxa"/>
          </w:tcPr>
          <w:p w14:paraId="333B58F7" w14:textId="185683DC" w:rsidR="00F94D12" w:rsidRPr="00024040" w:rsidRDefault="00F94D12" w:rsidP="00F94D12">
            <w:pPr>
              <w:pStyle w:val="affff4"/>
              <w:framePr w:hSpace="0" w:wrap="auto" w:vAnchor="margin" w:hAnchor="text" w:xAlign="left" w:yAlign="inline"/>
              <w:jc w:val="center"/>
            </w:pPr>
            <w:r w:rsidRPr="002F7635">
              <w:rPr>
                <w:w w:val="97"/>
              </w:rPr>
              <w:t>15</w:t>
            </w:r>
          </w:p>
        </w:tc>
        <w:tc>
          <w:tcPr>
            <w:tcW w:w="720" w:type="dxa"/>
          </w:tcPr>
          <w:p w14:paraId="06D0C158" w14:textId="7CB96432" w:rsidR="00F94D12" w:rsidRPr="00024040" w:rsidRDefault="00432193" w:rsidP="00F94D12">
            <w:pPr>
              <w:pStyle w:val="affff4"/>
              <w:framePr w:hSpace="0" w:wrap="auto" w:vAnchor="margin" w:hAnchor="text" w:xAlign="left" w:yAlign="inline"/>
              <w:jc w:val="center"/>
            </w:pPr>
            <w:r>
              <w:rPr>
                <w:w w:val="97"/>
              </w:rPr>
              <w:t>1</w:t>
            </w:r>
          </w:p>
        </w:tc>
        <w:tc>
          <w:tcPr>
            <w:tcW w:w="4680" w:type="dxa"/>
          </w:tcPr>
          <w:p w14:paraId="6549612D"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1195F6A2" w14:textId="4B21ED77" w:rsidR="00F94D12" w:rsidRPr="00024040" w:rsidRDefault="00F94D12" w:rsidP="00F94D12">
            <w:pPr>
              <w:pStyle w:val="affff4"/>
              <w:framePr w:hSpace="0" w:wrap="auto" w:vAnchor="margin" w:hAnchor="text" w:xAlign="left" w:yAlign="inline"/>
            </w:pPr>
            <w:r w:rsidRPr="002F7635">
              <w:rPr>
                <w:lang w:val="en-US"/>
              </w:rPr>
              <w:t>www.yaklass.ru</w:t>
            </w:r>
            <w:r w:rsidRPr="002F7635">
              <w:rPr>
                <w:w w:val="97"/>
                <w:lang w:val="en-US"/>
              </w:rPr>
              <w:t xml:space="preserve"> </w:t>
            </w:r>
          </w:p>
        </w:tc>
      </w:tr>
      <w:tr w:rsidR="000C5C5A" w14:paraId="70C0ECD9" w14:textId="77777777" w:rsidTr="00FA56EA">
        <w:tc>
          <w:tcPr>
            <w:tcW w:w="549" w:type="dxa"/>
          </w:tcPr>
          <w:p w14:paraId="7CBF6A52" w14:textId="3C5785B9"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5.</w:t>
            </w:r>
          </w:p>
        </w:tc>
        <w:tc>
          <w:tcPr>
            <w:tcW w:w="4149" w:type="dxa"/>
          </w:tcPr>
          <w:p w14:paraId="565EBE81" w14:textId="5F648498" w:rsidR="00F94D12" w:rsidRPr="00024040" w:rsidRDefault="00F94D12" w:rsidP="00F94D12">
            <w:pPr>
              <w:pStyle w:val="affff4"/>
              <w:framePr w:hSpace="0" w:wrap="auto" w:vAnchor="margin" w:hAnchor="text" w:xAlign="left" w:yAlign="inline"/>
              <w:tabs>
                <w:tab w:val="clear" w:pos="540"/>
              </w:tabs>
            </w:pPr>
            <w:r w:rsidRPr="002F7635">
              <w:rPr>
                <w:w w:val="102"/>
              </w:rPr>
              <w:t>Покупки: одежда, обувь и продукты питания</w:t>
            </w:r>
          </w:p>
        </w:tc>
        <w:tc>
          <w:tcPr>
            <w:tcW w:w="810" w:type="dxa"/>
          </w:tcPr>
          <w:p w14:paraId="0BBF384D" w14:textId="4A0D43E5" w:rsidR="00F94D12" w:rsidRPr="00024040" w:rsidRDefault="00F94D12" w:rsidP="00F94D12">
            <w:pPr>
              <w:pStyle w:val="affff4"/>
              <w:framePr w:hSpace="0" w:wrap="auto" w:vAnchor="margin" w:hAnchor="text" w:xAlign="left" w:yAlign="inline"/>
              <w:jc w:val="center"/>
            </w:pPr>
            <w:r w:rsidRPr="002F7635">
              <w:rPr>
                <w:w w:val="97"/>
              </w:rPr>
              <w:t>9</w:t>
            </w:r>
          </w:p>
        </w:tc>
        <w:tc>
          <w:tcPr>
            <w:tcW w:w="720" w:type="dxa"/>
          </w:tcPr>
          <w:p w14:paraId="41DFA8DB" w14:textId="77777777" w:rsidR="00F94D12" w:rsidRPr="00024040" w:rsidRDefault="00F94D12" w:rsidP="00F94D12">
            <w:pPr>
              <w:pStyle w:val="affff4"/>
              <w:framePr w:hSpace="0" w:wrap="auto" w:vAnchor="margin" w:hAnchor="text" w:xAlign="left" w:yAlign="inline"/>
              <w:jc w:val="center"/>
            </w:pPr>
          </w:p>
        </w:tc>
        <w:tc>
          <w:tcPr>
            <w:tcW w:w="4680" w:type="dxa"/>
          </w:tcPr>
          <w:p w14:paraId="6F9FBA35"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3C5DACF4" w14:textId="5DB76422" w:rsidR="00F94D12" w:rsidRPr="00024040" w:rsidRDefault="00F94D12" w:rsidP="00F94D12">
            <w:pPr>
              <w:pStyle w:val="affff4"/>
              <w:framePr w:hSpace="0" w:wrap="auto" w:vAnchor="margin" w:hAnchor="text" w:xAlign="left" w:yAlign="inline"/>
            </w:pPr>
            <w:r w:rsidRPr="002F7635">
              <w:rPr>
                <w:lang w:val="en-US"/>
              </w:rPr>
              <w:t>www.yaklass.ru</w:t>
            </w:r>
            <w:r w:rsidRPr="002F7635">
              <w:rPr>
                <w:w w:val="97"/>
              </w:rPr>
              <w:t xml:space="preserve"> </w:t>
            </w:r>
          </w:p>
        </w:tc>
      </w:tr>
      <w:tr w:rsidR="000C5C5A" w14:paraId="3E3F0C43" w14:textId="77777777" w:rsidTr="00FA56EA">
        <w:tc>
          <w:tcPr>
            <w:tcW w:w="549" w:type="dxa"/>
          </w:tcPr>
          <w:p w14:paraId="12B8C71D" w14:textId="04B1E061"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6.</w:t>
            </w:r>
          </w:p>
        </w:tc>
        <w:tc>
          <w:tcPr>
            <w:tcW w:w="4149" w:type="dxa"/>
          </w:tcPr>
          <w:p w14:paraId="55BB6CF7" w14:textId="0DF18162" w:rsidR="00F94D12" w:rsidRPr="00024040" w:rsidRDefault="00F94D12" w:rsidP="00F94D12">
            <w:pPr>
              <w:pStyle w:val="affff4"/>
              <w:framePr w:hSpace="0" w:wrap="auto" w:vAnchor="margin" w:hAnchor="text" w:xAlign="left" w:yAlign="inline"/>
              <w:tabs>
                <w:tab w:val="clear" w:pos="540"/>
              </w:tabs>
            </w:pPr>
            <w:r w:rsidRPr="002F7635">
              <w:rPr>
                <w:spacing w:val="-1"/>
                <w:shd w:val="clear" w:color="auto" w:fill="FFFFFF"/>
              </w:rPr>
              <w:t>Школа.</w:t>
            </w:r>
            <w:r w:rsidR="000C5C5A" w:rsidRPr="000C5C5A">
              <w:rPr>
                <w:spacing w:val="-1"/>
                <w:shd w:val="clear" w:color="auto" w:fill="FFFFFF"/>
              </w:rPr>
              <w:t xml:space="preserve"> </w:t>
            </w:r>
            <w:r w:rsidRPr="002F7635">
              <w:rPr>
                <w:shd w:val="clear" w:color="auto" w:fill="FFFFFF"/>
              </w:rPr>
              <w:t>Школьная жизнь,</w:t>
            </w:r>
            <w:r w:rsidR="000C5C5A" w:rsidRPr="000C5C5A">
              <w:rPr>
                <w:shd w:val="clear" w:color="auto" w:fill="FFFFFF"/>
              </w:rPr>
              <w:t xml:space="preserve"> </w:t>
            </w:r>
            <w:r w:rsidRPr="002F7635">
              <w:rPr>
                <w:spacing w:val="-2"/>
                <w:shd w:val="clear" w:color="auto" w:fill="FFFFFF"/>
              </w:rPr>
              <w:t>школьная</w:t>
            </w:r>
            <w:r w:rsidR="000C5C5A" w:rsidRPr="000C5C5A">
              <w:rPr>
                <w:spacing w:val="-2"/>
                <w:shd w:val="clear" w:color="auto" w:fill="FFFFFF"/>
              </w:rPr>
              <w:t xml:space="preserve"> </w:t>
            </w:r>
            <w:r w:rsidRPr="002F7635">
              <w:rPr>
                <w:spacing w:val="-1"/>
                <w:shd w:val="clear" w:color="auto" w:fill="FFFFFF"/>
              </w:rPr>
              <w:t>форма,</w:t>
            </w:r>
            <w:r w:rsidR="000C5C5A" w:rsidRPr="000C5C5A">
              <w:rPr>
                <w:shd w:val="clear" w:color="auto" w:fill="FFFFFF"/>
              </w:rPr>
              <w:t xml:space="preserve"> </w:t>
            </w:r>
            <w:r w:rsidRPr="002F7635">
              <w:rPr>
                <w:shd w:val="clear" w:color="auto" w:fill="FFFFFF"/>
              </w:rPr>
              <w:t>изучаемые предметы, любимый предмет, правила поведения в школе, посеще</w:t>
            </w:r>
            <w:r w:rsidRPr="002F7635">
              <w:rPr>
                <w:spacing w:val="-1"/>
                <w:shd w:val="clear" w:color="auto" w:fill="FFFFFF"/>
              </w:rPr>
              <w:t>ние школьной</w:t>
            </w:r>
            <w:r w:rsidR="000C5C5A" w:rsidRPr="000C5C5A">
              <w:rPr>
                <w:shd w:val="clear" w:color="auto" w:fill="FFFFFF"/>
              </w:rPr>
              <w:t xml:space="preserve"> </w:t>
            </w:r>
            <w:r w:rsidRPr="002F7635">
              <w:rPr>
                <w:shd w:val="clear" w:color="auto" w:fill="FFFFFF"/>
              </w:rPr>
              <w:t>библиотеки/ресурсного центра.</w:t>
            </w:r>
            <w:r w:rsidR="000C5C5A" w:rsidRPr="000C5C5A">
              <w:rPr>
                <w:shd w:val="clear" w:color="auto" w:fill="FFFFFF"/>
              </w:rPr>
              <w:t xml:space="preserve"> </w:t>
            </w:r>
            <w:r w:rsidRPr="002F7635">
              <w:rPr>
                <w:shd w:val="clear" w:color="auto" w:fill="FFFFFF"/>
                <w:lang w:val="en-US"/>
              </w:rPr>
              <w:t>Переписка</w:t>
            </w:r>
            <w:r w:rsidR="000C5C5A">
              <w:rPr>
                <w:shd w:val="clear" w:color="auto" w:fill="FFFFFF"/>
                <w:lang w:val="en-US"/>
              </w:rPr>
              <w:t xml:space="preserve"> </w:t>
            </w:r>
            <w:r w:rsidRPr="002F7635">
              <w:rPr>
                <w:shd w:val="clear" w:color="auto" w:fill="FFFFFF"/>
                <w:lang w:val="en-US"/>
              </w:rPr>
              <w:t>с зарубежными сверстниками</w:t>
            </w:r>
          </w:p>
        </w:tc>
        <w:tc>
          <w:tcPr>
            <w:tcW w:w="810" w:type="dxa"/>
          </w:tcPr>
          <w:p w14:paraId="125019DF" w14:textId="79F29223" w:rsidR="00F94D12" w:rsidRPr="00024040" w:rsidRDefault="00F94D12" w:rsidP="00F94D12">
            <w:pPr>
              <w:pStyle w:val="affff4"/>
              <w:framePr w:hSpace="0" w:wrap="auto" w:vAnchor="margin" w:hAnchor="text" w:xAlign="left" w:yAlign="inline"/>
              <w:jc w:val="center"/>
            </w:pPr>
            <w:r w:rsidRPr="002F7635">
              <w:rPr>
                <w:w w:val="97"/>
              </w:rPr>
              <w:t>15</w:t>
            </w:r>
          </w:p>
        </w:tc>
        <w:tc>
          <w:tcPr>
            <w:tcW w:w="720" w:type="dxa"/>
          </w:tcPr>
          <w:p w14:paraId="25FD4732" w14:textId="77777777" w:rsidR="00F94D12" w:rsidRPr="00024040" w:rsidRDefault="00F94D12" w:rsidP="00F94D12">
            <w:pPr>
              <w:pStyle w:val="affff4"/>
              <w:framePr w:hSpace="0" w:wrap="auto" w:vAnchor="margin" w:hAnchor="text" w:xAlign="left" w:yAlign="inline"/>
              <w:jc w:val="center"/>
            </w:pPr>
          </w:p>
        </w:tc>
        <w:tc>
          <w:tcPr>
            <w:tcW w:w="4680" w:type="dxa"/>
          </w:tcPr>
          <w:p w14:paraId="5F89674F"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00A11213" w14:textId="354D1E50" w:rsidR="00F94D12" w:rsidRPr="00024040" w:rsidRDefault="00F94D12" w:rsidP="00F94D12">
            <w:pPr>
              <w:pStyle w:val="affff4"/>
              <w:framePr w:hSpace="0" w:wrap="auto" w:vAnchor="margin" w:hAnchor="text" w:xAlign="left" w:yAlign="inline"/>
            </w:pPr>
            <w:r w:rsidRPr="002F7635">
              <w:rPr>
                <w:lang w:val="en-US"/>
              </w:rPr>
              <w:t>www.yaklass.ru</w:t>
            </w:r>
          </w:p>
        </w:tc>
      </w:tr>
      <w:tr w:rsidR="000C5C5A" w14:paraId="77D649C2" w14:textId="77777777" w:rsidTr="00FA56EA">
        <w:tc>
          <w:tcPr>
            <w:tcW w:w="549" w:type="dxa"/>
          </w:tcPr>
          <w:p w14:paraId="20045409" w14:textId="36F9985E" w:rsidR="00F94D12" w:rsidRPr="00024040" w:rsidRDefault="00F94D12" w:rsidP="00F94D12">
            <w:pPr>
              <w:pStyle w:val="affff4"/>
              <w:framePr w:hSpace="0" w:wrap="auto" w:vAnchor="margin" w:hAnchor="text" w:xAlign="left" w:yAlign="inline"/>
              <w:tabs>
                <w:tab w:val="clear" w:pos="540"/>
              </w:tabs>
              <w:jc w:val="center"/>
            </w:pPr>
            <w:r w:rsidRPr="002F7635">
              <w:rPr>
                <w:w w:val="97"/>
                <w:lang w:val="en-US"/>
              </w:rPr>
              <w:t>7.</w:t>
            </w:r>
          </w:p>
        </w:tc>
        <w:tc>
          <w:tcPr>
            <w:tcW w:w="4149" w:type="dxa"/>
          </w:tcPr>
          <w:p w14:paraId="611893EE" w14:textId="68689937" w:rsidR="00F94D12" w:rsidRPr="00024040" w:rsidRDefault="00F94D12" w:rsidP="00F94D12">
            <w:pPr>
              <w:pStyle w:val="affff4"/>
              <w:framePr w:hSpace="0" w:wrap="auto" w:vAnchor="margin" w:hAnchor="text" w:xAlign="left" w:yAlign="inline"/>
              <w:tabs>
                <w:tab w:val="clear" w:pos="540"/>
              </w:tabs>
            </w:pPr>
            <w:r w:rsidRPr="002F7635">
              <w:rPr>
                <w:shd w:val="clear" w:color="auto" w:fill="FFFFFF"/>
              </w:rPr>
              <w:t>Каникулы</w:t>
            </w:r>
            <w:r w:rsidR="000C5C5A" w:rsidRPr="000C5C5A">
              <w:rPr>
                <w:shd w:val="clear" w:color="auto" w:fill="FFFFFF"/>
              </w:rPr>
              <w:t xml:space="preserve"> </w:t>
            </w:r>
            <w:r w:rsidRPr="002F7635">
              <w:rPr>
                <w:shd w:val="clear" w:color="auto" w:fill="FFFFFF"/>
              </w:rPr>
              <w:t>в различное время года. Виды отдыха. Путешествия по России</w:t>
            </w:r>
            <w:r w:rsidR="000C5C5A" w:rsidRPr="000C5C5A">
              <w:rPr>
                <w:shd w:val="clear" w:color="auto" w:fill="FFFFFF"/>
              </w:rPr>
              <w:t xml:space="preserve"> </w:t>
            </w:r>
            <w:r w:rsidRPr="002F7635">
              <w:rPr>
                <w:shd w:val="clear" w:color="auto" w:fill="FFFFFF"/>
              </w:rPr>
              <w:t>и зарубежным странам</w:t>
            </w:r>
          </w:p>
        </w:tc>
        <w:tc>
          <w:tcPr>
            <w:tcW w:w="810" w:type="dxa"/>
          </w:tcPr>
          <w:p w14:paraId="06EFEB91" w14:textId="69DD42C5" w:rsidR="00F94D12" w:rsidRPr="00024040" w:rsidRDefault="00F94D12" w:rsidP="00F94D12">
            <w:pPr>
              <w:pStyle w:val="affff4"/>
              <w:framePr w:hSpace="0" w:wrap="auto" w:vAnchor="margin" w:hAnchor="text" w:xAlign="left" w:yAlign="inline"/>
              <w:jc w:val="center"/>
            </w:pPr>
            <w:r w:rsidRPr="002F7635">
              <w:rPr>
                <w:w w:val="97"/>
              </w:rPr>
              <w:t>19</w:t>
            </w:r>
          </w:p>
        </w:tc>
        <w:tc>
          <w:tcPr>
            <w:tcW w:w="720" w:type="dxa"/>
          </w:tcPr>
          <w:p w14:paraId="3D2CCA3B" w14:textId="77777777" w:rsidR="00F94D12" w:rsidRPr="00024040" w:rsidRDefault="00F94D12" w:rsidP="00F94D12">
            <w:pPr>
              <w:pStyle w:val="affff4"/>
              <w:framePr w:hSpace="0" w:wrap="auto" w:vAnchor="margin" w:hAnchor="text" w:xAlign="left" w:yAlign="inline"/>
              <w:jc w:val="center"/>
            </w:pPr>
          </w:p>
        </w:tc>
        <w:tc>
          <w:tcPr>
            <w:tcW w:w="4680" w:type="dxa"/>
          </w:tcPr>
          <w:p w14:paraId="6A90AA04"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7A5707E1" w14:textId="4AD75C2E" w:rsidR="00F94D12" w:rsidRPr="00024040" w:rsidRDefault="00F94D12" w:rsidP="00F94D12">
            <w:pPr>
              <w:pStyle w:val="affff4"/>
              <w:framePr w:hSpace="0" w:wrap="auto" w:vAnchor="margin" w:hAnchor="text" w:xAlign="left" w:yAlign="inline"/>
            </w:pPr>
            <w:r w:rsidRPr="002F7635">
              <w:rPr>
                <w:lang w:val="en-US"/>
              </w:rPr>
              <w:t>www.yaklass.ru</w:t>
            </w:r>
          </w:p>
        </w:tc>
      </w:tr>
      <w:tr w:rsidR="00F94D12" w14:paraId="0CA5E5EB" w14:textId="77777777" w:rsidTr="00FA56EA">
        <w:tc>
          <w:tcPr>
            <w:tcW w:w="549" w:type="dxa"/>
          </w:tcPr>
          <w:p w14:paraId="4CCA00D5" w14:textId="205731A8" w:rsidR="00F94D12" w:rsidRDefault="00F94D12" w:rsidP="00F94D12">
            <w:pPr>
              <w:pStyle w:val="affff4"/>
              <w:framePr w:hSpace="0" w:wrap="auto" w:vAnchor="margin" w:hAnchor="text" w:xAlign="left" w:yAlign="inline"/>
              <w:tabs>
                <w:tab w:val="clear" w:pos="540"/>
              </w:tabs>
              <w:jc w:val="center"/>
              <w:rPr>
                <w:lang w:val="x-none"/>
              </w:rPr>
            </w:pPr>
            <w:r w:rsidRPr="002F7635">
              <w:rPr>
                <w:w w:val="97"/>
                <w:lang w:val="en-US"/>
              </w:rPr>
              <w:t>8.</w:t>
            </w:r>
          </w:p>
        </w:tc>
        <w:tc>
          <w:tcPr>
            <w:tcW w:w="4149" w:type="dxa"/>
          </w:tcPr>
          <w:p w14:paraId="7C8EB781" w14:textId="15D88A60" w:rsidR="00F94D12" w:rsidRDefault="00F94D12" w:rsidP="00F94D12">
            <w:pPr>
              <w:pStyle w:val="affff4"/>
              <w:framePr w:hSpace="0" w:wrap="auto" w:vAnchor="margin" w:hAnchor="text" w:xAlign="left" w:yAlign="inline"/>
              <w:tabs>
                <w:tab w:val="clear" w:pos="540"/>
              </w:tabs>
              <w:rPr>
                <w:lang w:val="x-none"/>
              </w:rPr>
            </w:pPr>
            <w:r w:rsidRPr="002F7635">
              <w:rPr>
                <w:w w:val="102"/>
              </w:rPr>
              <w:t>Природа: дикие и домашние животные. Климат.</w:t>
            </w:r>
            <w:r w:rsidRPr="002F7635">
              <w:rPr>
                <w:w w:val="102"/>
                <w:lang w:val="en-US"/>
              </w:rPr>
              <w:t>Погода</w:t>
            </w:r>
            <w:r w:rsidRPr="002F7635">
              <w:rPr>
                <w:w w:val="102"/>
              </w:rPr>
              <w:t xml:space="preserve">. </w:t>
            </w:r>
          </w:p>
        </w:tc>
        <w:tc>
          <w:tcPr>
            <w:tcW w:w="810" w:type="dxa"/>
          </w:tcPr>
          <w:p w14:paraId="0A22BEB0" w14:textId="68577BB8" w:rsidR="00F94D12" w:rsidRDefault="00F94D12" w:rsidP="00F94D12">
            <w:pPr>
              <w:pStyle w:val="affff4"/>
              <w:framePr w:hSpace="0" w:wrap="auto" w:vAnchor="margin" w:hAnchor="text" w:xAlign="left" w:yAlign="inline"/>
              <w:jc w:val="center"/>
              <w:rPr>
                <w:lang w:val="x-none"/>
              </w:rPr>
            </w:pPr>
            <w:r w:rsidRPr="002F7635">
              <w:rPr>
                <w:w w:val="97"/>
              </w:rPr>
              <w:t>16</w:t>
            </w:r>
          </w:p>
        </w:tc>
        <w:tc>
          <w:tcPr>
            <w:tcW w:w="720" w:type="dxa"/>
          </w:tcPr>
          <w:p w14:paraId="71FA0BEC" w14:textId="77777777" w:rsidR="00F94D12" w:rsidRDefault="00F94D12" w:rsidP="00F94D12">
            <w:pPr>
              <w:pStyle w:val="affff4"/>
              <w:framePr w:hSpace="0" w:wrap="auto" w:vAnchor="margin" w:hAnchor="text" w:xAlign="left" w:yAlign="inline"/>
              <w:jc w:val="center"/>
              <w:rPr>
                <w:lang w:val="x-none"/>
              </w:rPr>
            </w:pPr>
          </w:p>
        </w:tc>
        <w:tc>
          <w:tcPr>
            <w:tcW w:w="4680" w:type="dxa"/>
          </w:tcPr>
          <w:p w14:paraId="42F82CCC"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76894EEE" w14:textId="45DB7104" w:rsidR="00F94D12" w:rsidRDefault="00F94D12" w:rsidP="00F94D12">
            <w:pPr>
              <w:pStyle w:val="affff4"/>
              <w:framePr w:hSpace="0" w:wrap="auto" w:vAnchor="margin" w:hAnchor="text" w:xAlign="left" w:yAlign="inline"/>
              <w:rPr>
                <w:lang w:val="x-none"/>
              </w:rPr>
            </w:pPr>
            <w:r w:rsidRPr="002F7635">
              <w:rPr>
                <w:lang w:val="en-US"/>
              </w:rPr>
              <w:t>www.yaklass.ru</w:t>
            </w:r>
          </w:p>
        </w:tc>
      </w:tr>
      <w:tr w:rsidR="00F94D12" w14:paraId="76100C1C" w14:textId="77777777" w:rsidTr="00FA56EA">
        <w:tc>
          <w:tcPr>
            <w:tcW w:w="549" w:type="dxa"/>
          </w:tcPr>
          <w:p w14:paraId="537219BF" w14:textId="4C18B5E6" w:rsidR="00F94D12" w:rsidRDefault="00F94D12" w:rsidP="00F94D12">
            <w:pPr>
              <w:pStyle w:val="affff4"/>
              <w:framePr w:hSpace="0" w:wrap="auto" w:vAnchor="margin" w:hAnchor="text" w:xAlign="left" w:yAlign="inline"/>
              <w:tabs>
                <w:tab w:val="clear" w:pos="540"/>
              </w:tabs>
              <w:jc w:val="center"/>
              <w:rPr>
                <w:lang w:val="x-none"/>
              </w:rPr>
            </w:pPr>
            <w:r w:rsidRPr="002F7635">
              <w:rPr>
                <w:w w:val="97"/>
                <w:lang w:val="en-US"/>
              </w:rPr>
              <w:t>9.</w:t>
            </w:r>
          </w:p>
        </w:tc>
        <w:tc>
          <w:tcPr>
            <w:tcW w:w="4149" w:type="dxa"/>
          </w:tcPr>
          <w:p w14:paraId="5B52A920" w14:textId="029E2649" w:rsidR="00F94D12" w:rsidRDefault="00F94D12" w:rsidP="00F94D12">
            <w:pPr>
              <w:pStyle w:val="affff4"/>
              <w:framePr w:hSpace="0" w:wrap="auto" w:vAnchor="margin" w:hAnchor="text" w:xAlign="left" w:yAlign="inline"/>
              <w:tabs>
                <w:tab w:val="clear" w:pos="540"/>
              </w:tabs>
              <w:rPr>
                <w:lang w:val="x-none"/>
              </w:rPr>
            </w:pPr>
            <w:r w:rsidRPr="002F7635">
              <w:rPr>
                <w:shd w:val="clear" w:color="auto" w:fill="FFFFFF"/>
              </w:rPr>
              <w:t>Жизнь в городе и сельской местности.</w:t>
            </w:r>
            <w:r w:rsidR="000C5C5A" w:rsidRPr="000C5C5A">
              <w:rPr>
                <w:shd w:val="clear" w:color="auto" w:fill="FFFFFF"/>
              </w:rPr>
              <w:t xml:space="preserve"> </w:t>
            </w:r>
            <w:r w:rsidRPr="002F7635">
              <w:rPr>
                <w:shd w:val="clear" w:color="auto" w:fill="FFFFFF"/>
              </w:rPr>
              <w:t>Описание родного</w:t>
            </w:r>
            <w:r w:rsidR="000C5C5A" w:rsidRPr="000C5C5A">
              <w:rPr>
                <w:shd w:val="clear" w:color="auto" w:fill="FFFFFF"/>
              </w:rPr>
              <w:t xml:space="preserve"> </w:t>
            </w:r>
            <w:r w:rsidRPr="002F7635">
              <w:rPr>
                <w:shd w:val="clear" w:color="auto" w:fill="FFFFFF"/>
              </w:rPr>
              <w:t>города/села.</w:t>
            </w:r>
            <w:r w:rsidR="000C5C5A" w:rsidRPr="000C5C5A">
              <w:rPr>
                <w:shd w:val="clear" w:color="auto" w:fill="FFFFFF"/>
              </w:rPr>
              <w:t xml:space="preserve"> </w:t>
            </w:r>
            <w:r w:rsidRPr="002F7635">
              <w:rPr>
                <w:shd w:val="clear" w:color="auto" w:fill="FFFFFF"/>
              </w:rPr>
              <w:t>Транспорт</w:t>
            </w:r>
          </w:p>
        </w:tc>
        <w:tc>
          <w:tcPr>
            <w:tcW w:w="810" w:type="dxa"/>
          </w:tcPr>
          <w:p w14:paraId="0D2F0A51" w14:textId="7F324138" w:rsidR="00F94D12" w:rsidRDefault="00F94D12" w:rsidP="00F94D12">
            <w:pPr>
              <w:pStyle w:val="affff4"/>
              <w:framePr w:hSpace="0" w:wrap="auto" w:vAnchor="margin" w:hAnchor="text" w:xAlign="left" w:yAlign="inline"/>
              <w:jc w:val="center"/>
              <w:rPr>
                <w:lang w:val="x-none"/>
              </w:rPr>
            </w:pPr>
            <w:r w:rsidRPr="002F7635">
              <w:rPr>
                <w:w w:val="97"/>
              </w:rPr>
              <w:t>5</w:t>
            </w:r>
          </w:p>
        </w:tc>
        <w:tc>
          <w:tcPr>
            <w:tcW w:w="720" w:type="dxa"/>
          </w:tcPr>
          <w:p w14:paraId="60AB8929" w14:textId="371B5029" w:rsidR="00F94D12" w:rsidRDefault="00F94D12" w:rsidP="00F94D12">
            <w:pPr>
              <w:pStyle w:val="affff4"/>
              <w:framePr w:hSpace="0" w:wrap="auto" w:vAnchor="margin" w:hAnchor="text" w:xAlign="left" w:yAlign="inline"/>
              <w:jc w:val="center"/>
              <w:rPr>
                <w:lang w:val="x-none"/>
              </w:rPr>
            </w:pPr>
          </w:p>
        </w:tc>
        <w:tc>
          <w:tcPr>
            <w:tcW w:w="4680" w:type="dxa"/>
          </w:tcPr>
          <w:p w14:paraId="0E8B774E"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05C1C786" w14:textId="176C9E71" w:rsidR="00F94D12" w:rsidRDefault="00F94D12" w:rsidP="00F94D12">
            <w:pPr>
              <w:pStyle w:val="affff4"/>
              <w:framePr w:hSpace="0" w:wrap="auto" w:vAnchor="margin" w:hAnchor="text" w:xAlign="left" w:yAlign="inline"/>
              <w:rPr>
                <w:lang w:val="x-none"/>
              </w:rPr>
            </w:pPr>
            <w:r w:rsidRPr="002F7635">
              <w:rPr>
                <w:lang w:val="en-US"/>
              </w:rPr>
              <w:t>www.yaklass.ru</w:t>
            </w:r>
          </w:p>
        </w:tc>
      </w:tr>
      <w:tr w:rsidR="00F94D12" w14:paraId="72023951" w14:textId="77777777" w:rsidTr="00FA56EA">
        <w:tc>
          <w:tcPr>
            <w:tcW w:w="549" w:type="dxa"/>
          </w:tcPr>
          <w:p w14:paraId="60AD835C" w14:textId="6B071769" w:rsidR="00F94D12" w:rsidRDefault="00F94D12" w:rsidP="00F94D12">
            <w:pPr>
              <w:pStyle w:val="affff4"/>
              <w:framePr w:hSpace="0" w:wrap="auto" w:vAnchor="margin" w:hAnchor="text" w:xAlign="left" w:yAlign="inline"/>
              <w:tabs>
                <w:tab w:val="clear" w:pos="540"/>
              </w:tabs>
              <w:jc w:val="center"/>
              <w:rPr>
                <w:lang w:val="x-none"/>
              </w:rPr>
            </w:pPr>
            <w:r w:rsidRPr="002F7635">
              <w:rPr>
                <w:w w:val="97"/>
                <w:lang w:val="en-US"/>
              </w:rPr>
              <w:t>10.</w:t>
            </w:r>
          </w:p>
        </w:tc>
        <w:tc>
          <w:tcPr>
            <w:tcW w:w="4149" w:type="dxa"/>
          </w:tcPr>
          <w:p w14:paraId="7B953D8E" w14:textId="77A51DA0" w:rsidR="00F94D12" w:rsidRDefault="00F94D12" w:rsidP="00F94D12">
            <w:pPr>
              <w:pStyle w:val="affff4"/>
              <w:framePr w:hSpace="0" w:wrap="auto" w:vAnchor="margin" w:hAnchor="text" w:xAlign="left" w:yAlign="inline"/>
              <w:tabs>
                <w:tab w:val="clear" w:pos="540"/>
              </w:tabs>
              <w:rPr>
                <w:lang w:val="x-none"/>
              </w:rPr>
            </w:pPr>
            <w:r w:rsidRPr="002F7635">
              <w:rPr>
                <w:shd w:val="clear" w:color="auto" w:fill="FFFFFF"/>
              </w:rPr>
              <w:t>Средства массовой информации. Телевидение.</w:t>
            </w:r>
            <w:r>
              <w:t xml:space="preserve"> </w:t>
            </w:r>
            <w:r w:rsidRPr="002F7635">
              <w:rPr>
                <w:shd w:val="clear" w:color="auto" w:fill="FFFFFF"/>
              </w:rPr>
              <w:t>Журналы. Интернет</w:t>
            </w:r>
          </w:p>
        </w:tc>
        <w:tc>
          <w:tcPr>
            <w:tcW w:w="810" w:type="dxa"/>
          </w:tcPr>
          <w:p w14:paraId="27676853" w14:textId="45FCF974" w:rsidR="00F94D12" w:rsidRDefault="00F94D12" w:rsidP="00F94D12">
            <w:pPr>
              <w:pStyle w:val="affff4"/>
              <w:framePr w:hSpace="0" w:wrap="auto" w:vAnchor="margin" w:hAnchor="text" w:xAlign="left" w:yAlign="inline"/>
              <w:jc w:val="center"/>
              <w:rPr>
                <w:lang w:val="x-none"/>
              </w:rPr>
            </w:pPr>
            <w:r w:rsidRPr="002F7635">
              <w:rPr>
                <w:w w:val="97"/>
              </w:rPr>
              <w:t>8</w:t>
            </w:r>
          </w:p>
        </w:tc>
        <w:tc>
          <w:tcPr>
            <w:tcW w:w="720" w:type="dxa"/>
          </w:tcPr>
          <w:p w14:paraId="4519F5D1" w14:textId="77777777" w:rsidR="00F94D12" w:rsidRDefault="00F94D12" w:rsidP="00F94D12">
            <w:pPr>
              <w:pStyle w:val="affff4"/>
              <w:framePr w:hSpace="0" w:wrap="auto" w:vAnchor="margin" w:hAnchor="text" w:xAlign="left" w:yAlign="inline"/>
              <w:jc w:val="center"/>
              <w:rPr>
                <w:lang w:val="x-none"/>
              </w:rPr>
            </w:pPr>
          </w:p>
        </w:tc>
        <w:tc>
          <w:tcPr>
            <w:tcW w:w="4680" w:type="dxa"/>
          </w:tcPr>
          <w:p w14:paraId="3D0703E2"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41ABAC6A" w14:textId="512CBCBB" w:rsidR="00F94D12" w:rsidRDefault="00F94D12" w:rsidP="00F94D12">
            <w:pPr>
              <w:pStyle w:val="affff4"/>
              <w:framePr w:hSpace="0" w:wrap="auto" w:vAnchor="margin" w:hAnchor="text" w:xAlign="left" w:yAlign="inline"/>
              <w:rPr>
                <w:lang w:val="x-none"/>
              </w:rPr>
            </w:pPr>
            <w:r w:rsidRPr="002F7635">
              <w:rPr>
                <w:lang w:val="en-US"/>
              </w:rPr>
              <w:t>www.yaklass.ru</w:t>
            </w:r>
          </w:p>
        </w:tc>
      </w:tr>
      <w:tr w:rsidR="00F94D12" w14:paraId="69344E9C" w14:textId="77777777" w:rsidTr="00FA56EA">
        <w:tc>
          <w:tcPr>
            <w:tcW w:w="549" w:type="dxa"/>
          </w:tcPr>
          <w:p w14:paraId="5A5DDE52" w14:textId="0A1A15B4" w:rsidR="00F94D12" w:rsidRDefault="00F94D12" w:rsidP="00F94D12">
            <w:pPr>
              <w:pStyle w:val="affff4"/>
              <w:framePr w:hSpace="0" w:wrap="auto" w:vAnchor="margin" w:hAnchor="text" w:xAlign="left" w:yAlign="inline"/>
              <w:tabs>
                <w:tab w:val="clear" w:pos="540"/>
              </w:tabs>
              <w:jc w:val="center"/>
              <w:rPr>
                <w:lang w:val="x-none"/>
              </w:rPr>
            </w:pPr>
            <w:r w:rsidRPr="002F7635">
              <w:rPr>
                <w:w w:val="97"/>
                <w:lang w:val="en-US"/>
              </w:rPr>
              <w:t>11.</w:t>
            </w:r>
          </w:p>
        </w:tc>
        <w:tc>
          <w:tcPr>
            <w:tcW w:w="4149" w:type="dxa"/>
          </w:tcPr>
          <w:p w14:paraId="5E26E068" w14:textId="1FADCFE2" w:rsidR="00F94D12" w:rsidRDefault="00F94D12" w:rsidP="00F94D12">
            <w:pPr>
              <w:pStyle w:val="affff4"/>
              <w:framePr w:hSpace="0" w:wrap="auto" w:vAnchor="margin" w:hAnchor="text" w:xAlign="left" w:yAlign="inline"/>
              <w:tabs>
                <w:tab w:val="clear" w:pos="540"/>
              </w:tabs>
              <w:rPr>
                <w:lang w:val="x-none"/>
              </w:rPr>
            </w:pPr>
            <w:r w:rsidRPr="002F7635">
              <w:rPr>
                <w:shd w:val="clear" w:color="auto" w:fill="FFFFFF"/>
              </w:rPr>
              <w:t>Родная страна</w:t>
            </w:r>
            <w:r w:rsidR="000C5C5A" w:rsidRPr="000C5C5A">
              <w:rPr>
                <w:shd w:val="clear" w:color="auto" w:fill="FFFFFF"/>
              </w:rPr>
              <w:t xml:space="preserve"> </w:t>
            </w:r>
            <w:r w:rsidRPr="002F7635">
              <w:rPr>
                <w:shd w:val="clear" w:color="auto" w:fill="FFFFFF"/>
              </w:rPr>
              <w:t>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10" w:type="dxa"/>
          </w:tcPr>
          <w:p w14:paraId="147BCFD9" w14:textId="14FAB794" w:rsidR="00F94D12" w:rsidRDefault="00F94D12" w:rsidP="00F94D12">
            <w:pPr>
              <w:pStyle w:val="affff4"/>
              <w:framePr w:hSpace="0" w:wrap="auto" w:vAnchor="margin" w:hAnchor="text" w:xAlign="left" w:yAlign="inline"/>
              <w:jc w:val="center"/>
              <w:rPr>
                <w:lang w:val="x-none"/>
              </w:rPr>
            </w:pPr>
            <w:r w:rsidRPr="002F7635">
              <w:rPr>
                <w:w w:val="97"/>
              </w:rPr>
              <w:t>20</w:t>
            </w:r>
          </w:p>
        </w:tc>
        <w:tc>
          <w:tcPr>
            <w:tcW w:w="720" w:type="dxa"/>
          </w:tcPr>
          <w:p w14:paraId="6CE1780B" w14:textId="635106F8" w:rsidR="00F94D12" w:rsidRDefault="00432193" w:rsidP="00F94D12">
            <w:pPr>
              <w:pStyle w:val="affff4"/>
              <w:framePr w:hSpace="0" w:wrap="auto" w:vAnchor="margin" w:hAnchor="text" w:xAlign="left" w:yAlign="inline"/>
              <w:jc w:val="center"/>
              <w:rPr>
                <w:lang w:val="x-none"/>
              </w:rPr>
            </w:pPr>
            <w:r>
              <w:rPr>
                <w:w w:val="97"/>
              </w:rPr>
              <w:t>1</w:t>
            </w:r>
          </w:p>
        </w:tc>
        <w:tc>
          <w:tcPr>
            <w:tcW w:w="4680" w:type="dxa"/>
          </w:tcPr>
          <w:p w14:paraId="3C5144A6" w14:textId="77777777" w:rsidR="00F94D12" w:rsidRPr="002F7635" w:rsidRDefault="00F94D12" w:rsidP="00F94D12">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14BE7251" w14:textId="14C371AB" w:rsidR="00F94D12" w:rsidRDefault="00F94D12" w:rsidP="00F94D12">
            <w:pPr>
              <w:pStyle w:val="affff4"/>
              <w:framePr w:hSpace="0" w:wrap="auto" w:vAnchor="margin" w:hAnchor="text" w:xAlign="left" w:yAlign="inline"/>
              <w:rPr>
                <w:lang w:val="x-none"/>
              </w:rPr>
            </w:pPr>
            <w:r w:rsidRPr="002F7635">
              <w:rPr>
                <w:lang w:val="en-US"/>
              </w:rPr>
              <w:t>www.yaklass.ru</w:t>
            </w:r>
          </w:p>
        </w:tc>
      </w:tr>
      <w:tr w:rsidR="000C5C5A" w14:paraId="011F4C45" w14:textId="77777777" w:rsidTr="00FA56EA">
        <w:tc>
          <w:tcPr>
            <w:tcW w:w="549" w:type="dxa"/>
          </w:tcPr>
          <w:p w14:paraId="7FC090AF" w14:textId="21FF4647" w:rsidR="000C5C5A" w:rsidRPr="002F7635" w:rsidRDefault="000C5C5A" w:rsidP="000C5C5A">
            <w:pPr>
              <w:pStyle w:val="affff4"/>
              <w:framePr w:hSpace="0" w:wrap="auto" w:vAnchor="margin" w:hAnchor="text" w:xAlign="left" w:yAlign="inline"/>
              <w:tabs>
                <w:tab w:val="clear" w:pos="540"/>
              </w:tabs>
              <w:jc w:val="center"/>
              <w:rPr>
                <w:w w:val="97"/>
              </w:rPr>
            </w:pPr>
            <w:r w:rsidRPr="002F7635">
              <w:rPr>
                <w:w w:val="97"/>
              </w:rPr>
              <w:t>12.</w:t>
            </w:r>
          </w:p>
        </w:tc>
        <w:tc>
          <w:tcPr>
            <w:tcW w:w="4149" w:type="dxa"/>
          </w:tcPr>
          <w:p w14:paraId="197B9146" w14:textId="5937D54D" w:rsidR="000C5C5A" w:rsidRPr="002F7635" w:rsidRDefault="000C5C5A" w:rsidP="000C5C5A">
            <w:pPr>
              <w:pStyle w:val="affff4"/>
              <w:framePr w:hSpace="0" w:wrap="auto" w:vAnchor="margin" w:hAnchor="text" w:xAlign="left" w:yAlign="inline"/>
              <w:tabs>
                <w:tab w:val="clear" w:pos="540"/>
              </w:tabs>
              <w:rPr>
                <w:shd w:val="clear" w:color="auto" w:fill="FFFFFF"/>
              </w:rPr>
            </w:pPr>
            <w:r w:rsidRPr="002F7635">
              <w:rPr>
                <w:shd w:val="clear" w:color="auto" w:fill="FFFFFF"/>
              </w:rPr>
              <w:t>Выдающиеся</w:t>
            </w:r>
            <w:r w:rsidRPr="000C5C5A">
              <w:rPr>
                <w:shd w:val="clear" w:color="auto" w:fill="FFFFFF"/>
              </w:rPr>
              <w:t xml:space="preserve"> </w:t>
            </w:r>
            <w:r w:rsidRPr="002F7635">
              <w:rPr>
                <w:spacing w:val="-1"/>
                <w:shd w:val="clear" w:color="auto" w:fill="FFFFFF"/>
              </w:rPr>
              <w:t>люди</w:t>
            </w:r>
            <w:r w:rsidRPr="000C5C5A">
              <w:rPr>
                <w:shd w:val="clear" w:color="auto" w:fill="FFFFFF"/>
              </w:rPr>
              <w:t xml:space="preserve"> </w:t>
            </w:r>
            <w:r w:rsidRPr="002F7635">
              <w:rPr>
                <w:spacing w:val="-1"/>
                <w:shd w:val="clear" w:color="auto" w:fill="FFFFFF"/>
              </w:rPr>
              <w:t>родной</w:t>
            </w:r>
            <w:r w:rsidRPr="000C5C5A">
              <w:rPr>
                <w:shd w:val="clear" w:color="auto" w:fill="FFFFFF"/>
              </w:rPr>
              <w:t xml:space="preserve"> </w:t>
            </w:r>
            <w:r w:rsidRPr="002F7635">
              <w:rPr>
                <w:shd w:val="clear" w:color="auto" w:fill="FFFFFF"/>
              </w:rPr>
              <w:t>страны и страны/стран изучаемого языка: учёные, писатели, поэты, спортсмены</w:t>
            </w:r>
          </w:p>
        </w:tc>
        <w:tc>
          <w:tcPr>
            <w:tcW w:w="810" w:type="dxa"/>
          </w:tcPr>
          <w:p w14:paraId="3480DC1C" w14:textId="77777777" w:rsidR="000C5C5A" w:rsidRDefault="000C5C5A" w:rsidP="000C5C5A">
            <w:pPr>
              <w:pStyle w:val="affff4"/>
              <w:framePr w:hSpace="0" w:wrap="auto" w:vAnchor="margin" w:hAnchor="text" w:xAlign="left" w:yAlign="inline"/>
              <w:jc w:val="center"/>
              <w:rPr>
                <w:lang w:val="x-none"/>
              </w:rPr>
            </w:pPr>
          </w:p>
        </w:tc>
        <w:tc>
          <w:tcPr>
            <w:tcW w:w="720" w:type="dxa"/>
          </w:tcPr>
          <w:p w14:paraId="4E88E20E" w14:textId="77777777" w:rsidR="000C5C5A" w:rsidRDefault="000C5C5A" w:rsidP="000C5C5A">
            <w:pPr>
              <w:pStyle w:val="affff4"/>
              <w:framePr w:hSpace="0" w:wrap="auto" w:vAnchor="margin" w:hAnchor="text" w:xAlign="left" w:yAlign="inline"/>
              <w:jc w:val="center"/>
              <w:rPr>
                <w:lang w:val="x-none"/>
              </w:rPr>
            </w:pPr>
          </w:p>
        </w:tc>
        <w:tc>
          <w:tcPr>
            <w:tcW w:w="4680" w:type="dxa"/>
          </w:tcPr>
          <w:p w14:paraId="4DFEDE10" w14:textId="77777777" w:rsidR="000C5C5A" w:rsidRPr="002F7635" w:rsidRDefault="000C5C5A" w:rsidP="000C5C5A">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Электронный католог издательства «Просвещение»</w:t>
            </w:r>
            <w:r w:rsidRPr="002F7635">
              <w:rPr>
                <w:rFonts w:ascii="Times New Roman" w:eastAsia="Times New Roman" w:hAnsi="Times New Roman" w:cs="Times New Roman"/>
                <w:sz w:val="24"/>
                <w:szCs w:val="24"/>
                <w:lang w:val="en-US"/>
              </w:rPr>
              <w:t>www</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prosv</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ru</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umk</w:t>
            </w:r>
            <w:r w:rsidRPr="002F7635">
              <w:rPr>
                <w:rFonts w:ascii="Times New Roman" w:eastAsia="Times New Roman" w:hAnsi="Times New Roman" w:cs="Times New Roman"/>
                <w:sz w:val="24"/>
                <w:szCs w:val="24"/>
              </w:rPr>
              <w:t>/</w:t>
            </w:r>
            <w:r w:rsidRPr="002F7635">
              <w:rPr>
                <w:rFonts w:ascii="Times New Roman" w:eastAsia="Times New Roman" w:hAnsi="Times New Roman" w:cs="Times New Roman"/>
                <w:sz w:val="24"/>
                <w:szCs w:val="24"/>
                <w:lang w:val="en-US"/>
              </w:rPr>
              <w:t>starlight</w:t>
            </w:r>
          </w:p>
          <w:p w14:paraId="745522A7" w14:textId="4599E5A7" w:rsidR="000C5C5A" w:rsidRPr="002F7635" w:rsidRDefault="000C5C5A" w:rsidP="000C5C5A">
            <w:pPr>
              <w:autoSpaceDE w:val="0"/>
              <w:autoSpaceDN w:val="0"/>
              <w:spacing w:before="78" w:line="230" w:lineRule="auto"/>
              <w:ind w:left="72"/>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eastAsia="ru-RU"/>
              </w:rPr>
              <w:t>www.yaklass.ru</w:t>
            </w:r>
          </w:p>
        </w:tc>
      </w:tr>
      <w:tr w:rsidR="002003E3" w14:paraId="35F84628" w14:textId="77777777" w:rsidTr="00FA56EA">
        <w:trPr>
          <w:trHeight w:val="665"/>
        </w:trPr>
        <w:tc>
          <w:tcPr>
            <w:tcW w:w="4698" w:type="dxa"/>
            <w:gridSpan w:val="2"/>
          </w:tcPr>
          <w:p w14:paraId="4774BF3C" w14:textId="34CF27FF" w:rsidR="002003E3" w:rsidRDefault="002003E3" w:rsidP="002003E3">
            <w:pPr>
              <w:pStyle w:val="affff4"/>
              <w:framePr w:hSpace="0" w:wrap="auto" w:vAnchor="margin" w:hAnchor="text" w:xAlign="left" w:yAlign="inline"/>
              <w:tabs>
                <w:tab w:val="clear" w:pos="540"/>
              </w:tabs>
              <w:jc w:val="right"/>
              <w:rPr>
                <w:lang w:val="x-none"/>
              </w:rPr>
            </w:pPr>
            <w:r w:rsidRPr="002F7635">
              <w:rPr>
                <w:w w:val="97"/>
              </w:rPr>
              <w:t>ОБЩЕЕ КОЛИЧЕСТВО ЧАСОВ</w:t>
            </w:r>
            <w:r>
              <w:rPr>
                <w:w w:val="97"/>
              </w:rPr>
              <w:br/>
            </w:r>
            <w:r w:rsidRPr="002F7635">
              <w:rPr>
                <w:w w:val="97"/>
              </w:rPr>
              <w:t xml:space="preserve"> ПО ПРОГРАММЕ</w:t>
            </w:r>
          </w:p>
        </w:tc>
        <w:tc>
          <w:tcPr>
            <w:tcW w:w="810" w:type="dxa"/>
          </w:tcPr>
          <w:p w14:paraId="64D94D37" w14:textId="1487F97E" w:rsidR="002003E3" w:rsidRPr="000C5C5A" w:rsidRDefault="002003E3" w:rsidP="000C5C5A">
            <w:pPr>
              <w:pStyle w:val="affff4"/>
              <w:framePr w:hSpace="0" w:wrap="auto" w:vAnchor="margin" w:hAnchor="text" w:xAlign="left" w:yAlign="inline"/>
              <w:jc w:val="center"/>
              <w:rPr>
                <w:lang w:val="en-US"/>
              </w:rPr>
            </w:pPr>
            <w:r>
              <w:rPr>
                <w:lang w:val="en-US"/>
              </w:rPr>
              <w:t>136</w:t>
            </w:r>
          </w:p>
        </w:tc>
        <w:tc>
          <w:tcPr>
            <w:tcW w:w="720" w:type="dxa"/>
          </w:tcPr>
          <w:p w14:paraId="7F7430CF" w14:textId="351B5272" w:rsidR="002003E3" w:rsidRPr="000C5C5A" w:rsidRDefault="00432193" w:rsidP="000C5C5A">
            <w:pPr>
              <w:pStyle w:val="affff4"/>
              <w:framePr w:hSpace="0" w:wrap="auto" w:vAnchor="margin" w:hAnchor="text" w:xAlign="left" w:yAlign="inline"/>
              <w:jc w:val="center"/>
              <w:rPr>
                <w:lang w:val="en-US"/>
              </w:rPr>
            </w:pPr>
            <w:r>
              <w:rPr>
                <w:lang w:val="en-US"/>
              </w:rPr>
              <w:t>3</w:t>
            </w:r>
          </w:p>
        </w:tc>
        <w:tc>
          <w:tcPr>
            <w:tcW w:w="4680" w:type="dxa"/>
          </w:tcPr>
          <w:p w14:paraId="2E816B25" w14:textId="68DD5D6E" w:rsidR="002003E3" w:rsidRDefault="002003E3" w:rsidP="000C5C5A">
            <w:pPr>
              <w:pStyle w:val="affff4"/>
              <w:framePr w:hSpace="0" w:wrap="auto" w:vAnchor="margin" w:hAnchor="text" w:xAlign="left" w:yAlign="inline"/>
              <w:rPr>
                <w:lang w:val="x-none"/>
              </w:rPr>
            </w:pPr>
          </w:p>
        </w:tc>
      </w:tr>
    </w:tbl>
    <w:p w14:paraId="2187C6DB" w14:textId="5F15C90B" w:rsidR="002003E3" w:rsidRDefault="00CA5980" w:rsidP="008C718A">
      <w:pPr>
        <w:pStyle w:val="affff1"/>
      </w:pPr>
      <w:bookmarkStart w:id="70" w:name="_Toc149647032"/>
      <w:bookmarkStart w:id="71" w:name="_Toc150046076"/>
      <w:bookmarkStart w:id="72" w:name="_Toc150047336"/>
      <w:r w:rsidRPr="002F7635">
        <w:t>8 класс</w:t>
      </w:r>
      <w:bookmarkEnd w:id="70"/>
      <w:bookmarkEnd w:id="71"/>
      <w:bookmarkEnd w:id="72"/>
    </w:p>
    <w:tbl>
      <w:tblPr>
        <w:tblStyle w:val="afd"/>
        <w:tblW w:w="10908" w:type="dxa"/>
        <w:tblLook w:val="04A0" w:firstRow="1" w:lastRow="0" w:firstColumn="1" w:lastColumn="0" w:noHBand="0" w:noVBand="1"/>
      </w:tblPr>
      <w:tblGrid>
        <w:gridCol w:w="734"/>
        <w:gridCol w:w="4054"/>
        <w:gridCol w:w="784"/>
        <w:gridCol w:w="1633"/>
        <w:gridCol w:w="3703"/>
      </w:tblGrid>
      <w:tr w:rsidR="002003E3" w14:paraId="2DAFC2ED" w14:textId="77777777" w:rsidTr="002003E3">
        <w:tc>
          <w:tcPr>
            <w:tcW w:w="734" w:type="dxa"/>
            <w:vMerge w:val="restart"/>
            <w:vAlign w:val="center"/>
          </w:tcPr>
          <w:p w14:paraId="1028E5B0" w14:textId="77777777" w:rsidR="002003E3" w:rsidRDefault="002003E3" w:rsidP="001F12F2">
            <w:pPr>
              <w:pStyle w:val="affff4"/>
              <w:framePr w:hSpace="0" w:wrap="auto" w:vAnchor="margin" w:hAnchor="text" w:xAlign="left" w:yAlign="inline"/>
              <w:jc w:val="center"/>
              <w:rPr>
                <w:lang w:val="x-none"/>
              </w:rPr>
            </w:pPr>
            <w:r w:rsidRPr="002F7635">
              <w:rPr>
                <w:b/>
                <w:w w:val="97"/>
                <w:lang w:val="en-US"/>
              </w:rPr>
              <w:t>№</w:t>
            </w:r>
            <w:r>
              <w:rPr>
                <w:lang w:val="en-US"/>
              </w:rPr>
              <w:t xml:space="preserve"> </w:t>
            </w:r>
            <w:r w:rsidRPr="002F7635">
              <w:rPr>
                <w:b/>
                <w:w w:val="97"/>
                <w:lang w:val="en-US"/>
              </w:rPr>
              <w:t>п/п</w:t>
            </w:r>
          </w:p>
        </w:tc>
        <w:tc>
          <w:tcPr>
            <w:tcW w:w="4054" w:type="dxa"/>
            <w:vMerge w:val="restart"/>
            <w:vAlign w:val="center"/>
          </w:tcPr>
          <w:p w14:paraId="0C003907" w14:textId="77777777" w:rsidR="002003E3" w:rsidRDefault="002003E3" w:rsidP="001F12F2">
            <w:pPr>
              <w:pStyle w:val="affff4"/>
              <w:framePr w:hSpace="0" w:wrap="auto" w:vAnchor="margin" w:hAnchor="text" w:xAlign="left" w:yAlign="inline"/>
              <w:jc w:val="center"/>
              <w:rPr>
                <w:lang w:val="x-none"/>
              </w:rPr>
            </w:pPr>
            <w:r w:rsidRPr="002F7635">
              <w:rPr>
                <w:b/>
                <w:w w:val="97"/>
              </w:rPr>
              <w:t xml:space="preserve">Наименование разделов </w:t>
            </w:r>
            <w:r>
              <w:rPr>
                <w:b/>
                <w:w w:val="97"/>
              </w:rPr>
              <w:br/>
            </w:r>
            <w:r w:rsidRPr="002F7635">
              <w:rPr>
                <w:b/>
                <w:w w:val="97"/>
              </w:rPr>
              <w:t>и тем программы</w:t>
            </w:r>
          </w:p>
        </w:tc>
        <w:tc>
          <w:tcPr>
            <w:tcW w:w="2417" w:type="dxa"/>
            <w:gridSpan w:val="2"/>
            <w:vAlign w:val="center"/>
          </w:tcPr>
          <w:p w14:paraId="7F987BD5" w14:textId="77777777" w:rsidR="002003E3" w:rsidRDefault="002003E3" w:rsidP="001F12F2">
            <w:pPr>
              <w:pStyle w:val="affff4"/>
              <w:framePr w:hSpace="0" w:wrap="auto" w:vAnchor="margin" w:hAnchor="text" w:xAlign="left" w:yAlign="inline"/>
              <w:jc w:val="center"/>
              <w:rPr>
                <w:lang w:val="x-none"/>
              </w:rPr>
            </w:pPr>
            <w:r w:rsidRPr="002F7635">
              <w:rPr>
                <w:b/>
                <w:w w:val="97"/>
              </w:rPr>
              <w:t>Количество часов</w:t>
            </w:r>
          </w:p>
        </w:tc>
        <w:tc>
          <w:tcPr>
            <w:tcW w:w="3703" w:type="dxa"/>
            <w:vMerge w:val="restart"/>
            <w:vAlign w:val="center"/>
          </w:tcPr>
          <w:p w14:paraId="17D3A6B9" w14:textId="77777777" w:rsidR="002003E3" w:rsidRDefault="002003E3" w:rsidP="001F12F2">
            <w:pPr>
              <w:pStyle w:val="affff4"/>
              <w:framePr w:hSpace="0" w:wrap="auto" w:vAnchor="margin" w:hAnchor="text" w:xAlign="left" w:yAlign="inline"/>
              <w:jc w:val="center"/>
              <w:rPr>
                <w:lang w:val="x-none"/>
              </w:rPr>
            </w:pPr>
            <w:r w:rsidRPr="002F7635">
              <w:rPr>
                <w:b/>
                <w:w w:val="97"/>
              </w:rPr>
              <w:t xml:space="preserve">Электронные (цифровые) </w:t>
            </w:r>
            <w:r>
              <w:rPr>
                <w:b/>
                <w:w w:val="97"/>
              </w:rPr>
              <w:br/>
            </w:r>
            <w:r w:rsidRPr="002F7635">
              <w:rPr>
                <w:b/>
                <w:w w:val="97"/>
              </w:rPr>
              <w:t>образовательные ресурсы</w:t>
            </w:r>
          </w:p>
        </w:tc>
      </w:tr>
      <w:tr w:rsidR="002003E3" w14:paraId="3D800FD4" w14:textId="77777777" w:rsidTr="002003E3">
        <w:tc>
          <w:tcPr>
            <w:tcW w:w="734" w:type="dxa"/>
            <w:vMerge/>
          </w:tcPr>
          <w:p w14:paraId="4AD5CF05" w14:textId="77777777" w:rsidR="002003E3" w:rsidRPr="00024040" w:rsidRDefault="002003E3" w:rsidP="001F12F2">
            <w:pPr>
              <w:pStyle w:val="affff4"/>
              <w:framePr w:hSpace="0" w:wrap="auto" w:vAnchor="margin" w:hAnchor="text" w:xAlign="left" w:yAlign="inline"/>
              <w:jc w:val="center"/>
            </w:pPr>
          </w:p>
        </w:tc>
        <w:tc>
          <w:tcPr>
            <w:tcW w:w="4054" w:type="dxa"/>
            <w:vMerge/>
          </w:tcPr>
          <w:p w14:paraId="0773D341" w14:textId="77777777" w:rsidR="002003E3" w:rsidRPr="00024040" w:rsidRDefault="002003E3" w:rsidP="001F12F2">
            <w:pPr>
              <w:pStyle w:val="affff4"/>
              <w:framePr w:hSpace="0" w:wrap="auto" w:vAnchor="margin" w:hAnchor="text" w:xAlign="left" w:yAlign="inline"/>
            </w:pPr>
          </w:p>
        </w:tc>
        <w:tc>
          <w:tcPr>
            <w:tcW w:w="784" w:type="dxa"/>
          </w:tcPr>
          <w:p w14:paraId="017C0F54" w14:textId="77777777" w:rsidR="002003E3" w:rsidRPr="00024040" w:rsidRDefault="002003E3" w:rsidP="001F12F2">
            <w:pPr>
              <w:pStyle w:val="affff4"/>
              <w:framePr w:hSpace="0" w:wrap="auto" w:vAnchor="margin" w:hAnchor="text" w:xAlign="left" w:yAlign="inline"/>
              <w:jc w:val="center"/>
            </w:pPr>
            <w:r w:rsidRPr="002F7635">
              <w:rPr>
                <w:b/>
                <w:w w:val="97"/>
                <w:lang w:val="en-US"/>
              </w:rPr>
              <w:t>всего</w:t>
            </w:r>
          </w:p>
        </w:tc>
        <w:tc>
          <w:tcPr>
            <w:tcW w:w="1633" w:type="dxa"/>
          </w:tcPr>
          <w:p w14:paraId="0F64AB29" w14:textId="77777777" w:rsidR="002003E3" w:rsidRPr="00024040" w:rsidRDefault="002003E3" w:rsidP="001F12F2">
            <w:pPr>
              <w:pStyle w:val="affff4"/>
              <w:framePr w:hSpace="0" w:wrap="auto" w:vAnchor="margin" w:hAnchor="text" w:xAlign="left" w:yAlign="inline"/>
              <w:jc w:val="center"/>
            </w:pPr>
            <w:r w:rsidRPr="002F7635">
              <w:rPr>
                <w:b/>
                <w:w w:val="97"/>
                <w:lang w:val="en-US"/>
              </w:rPr>
              <w:t>контрольные работы</w:t>
            </w:r>
          </w:p>
        </w:tc>
        <w:tc>
          <w:tcPr>
            <w:tcW w:w="3703" w:type="dxa"/>
            <w:vMerge/>
          </w:tcPr>
          <w:p w14:paraId="24070CBA" w14:textId="77777777" w:rsidR="002003E3" w:rsidRPr="00024040" w:rsidRDefault="002003E3" w:rsidP="001F12F2">
            <w:pPr>
              <w:pStyle w:val="affff4"/>
              <w:framePr w:hSpace="0" w:wrap="auto" w:vAnchor="margin" w:hAnchor="text" w:xAlign="left" w:yAlign="inline"/>
            </w:pPr>
          </w:p>
        </w:tc>
      </w:tr>
      <w:tr w:rsidR="002003E3" w14:paraId="1F1BC430" w14:textId="77777777" w:rsidTr="002003E3">
        <w:tc>
          <w:tcPr>
            <w:tcW w:w="734" w:type="dxa"/>
          </w:tcPr>
          <w:p w14:paraId="74EC0873" w14:textId="607DF186" w:rsidR="002003E3" w:rsidRPr="00024040" w:rsidRDefault="002003E3" w:rsidP="002003E3">
            <w:pPr>
              <w:pStyle w:val="affff4"/>
              <w:framePr w:hSpace="0" w:wrap="auto" w:vAnchor="margin" w:hAnchor="text" w:xAlign="left" w:yAlign="inline"/>
              <w:jc w:val="center"/>
            </w:pPr>
            <w:r w:rsidRPr="002F7635">
              <w:rPr>
                <w:w w:val="97"/>
                <w:lang w:val="en-US"/>
              </w:rPr>
              <w:t>1.</w:t>
            </w:r>
          </w:p>
        </w:tc>
        <w:tc>
          <w:tcPr>
            <w:tcW w:w="4054" w:type="dxa"/>
          </w:tcPr>
          <w:p w14:paraId="1E0D106D" w14:textId="5AA77E84" w:rsidR="002003E3" w:rsidRPr="00024040" w:rsidRDefault="002003E3" w:rsidP="002003E3">
            <w:pPr>
              <w:pStyle w:val="affff4"/>
              <w:framePr w:hSpace="0" w:wrap="auto" w:vAnchor="margin" w:hAnchor="text" w:xAlign="left" w:yAlign="inline"/>
            </w:pPr>
            <w:r w:rsidRPr="002F7635">
              <w:rPr>
                <w:lang w:val="en-US"/>
              </w:rPr>
              <w:t>Breaking</w:t>
            </w:r>
            <w:r w:rsidRPr="002F7635">
              <w:t xml:space="preserve"> </w:t>
            </w:r>
            <w:r w:rsidRPr="002F7635">
              <w:rPr>
                <w:lang w:val="en-US"/>
              </w:rPr>
              <w:t>News</w:t>
            </w:r>
            <w:r w:rsidRPr="002F7635">
              <w:t>.</w:t>
            </w:r>
            <w:r w:rsidRPr="002F7635">
              <w:rPr>
                <w:rFonts w:eastAsia="Calibri"/>
              </w:rPr>
              <w:t xml:space="preserve"> </w:t>
            </w:r>
            <w:r w:rsidRPr="002F7635">
              <w:t xml:space="preserve">Сообщаем новости. Охотники за вулканами. Стихийные бедствия. Удивительное спасение. Здоровье/ несчастные случаи/ травмы. </w:t>
            </w:r>
            <w:r w:rsidRPr="002F7635">
              <w:rPr>
                <w:lang w:val="en-US"/>
              </w:rPr>
              <w:t xml:space="preserve">Странная погода. </w:t>
            </w:r>
            <w:r w:rsidRPr="002F7635">
              <w:t>Катастрофы.</w:t>
            </w:r>
          </w:p>
        </w:tc>
        <w:tc>
          <w:tcPr>
            <w:tcW w:w="784" w:type="dxa"/>
          </w:tcPr>
          <w:p w14:paraId="763BE7C2" w14:textId="66AD69D0" w:rsidR="002003E3" w:rsidRPr="00024040" w:rsidRDefault="002003E3" w:rsidP="002003E3">
            <w:pPr>
              <w:pStyle w:val="affff4"/>
              <w:framePr w:hSpace="0" w:wrap="auto" w:vAnchor="margin" w:hAnchor="text" w:xAlign="left" w:yAlign="inline"/>
              <w:jc w:val="center"/>
            </w:pPr>
            <w:r w:rsidRPr="002F7635">
              <w:rPr>
                <w:w w:val="97"/>
              </w:rPr>
              <w:t>25</w:t>
            </w:r>
          </w:p>
        </w:tc>
        <w:tc>
          <w:tcPr>
            <w:tcW w:w="1633" w:type="dxa"/>
          </w:tcPr>
          <w:p w14:paraId="7336E639" w14:textId="25C144EE" w:rsidR="002003E3" w:rsidRPr="00024040" w:rsidRDefault="002003E3" w:rsidP="002003E3">
            <w:pPr>
              <w:pStyle w:val="affff4"/>
              <w:framePr w:hSpace="0" w:wrap="auto" w:vAnchor="margin" w:hAnchor="text" w:xAlign="left" w:yAlign="inline"/>
              <w:jc w:val="center"/>
            </w:pPr>
            <w:r w:rsidRPr="002F7635">
              <w:t>1</w:t>
            </w:r>
          </w:p>
        </w:tc>
        <w:tc>
          <w:tcPr>
            <w:tcW w:w="3703" w:type="dxa"/>
          </w:tcPr>
          <w:p w14:paraId="3C0B7888" w14:textId="027E1550" w:rsidR="002003E3" w:rsidRPr="00024040" w:rsidRDefault="002003E3" w:rsidP="002003E3">
            <w:pPr>
              <w:pStyle w:val="affff4"/>
              <w:framePr w:hSpace="0" w:wrap="auto" w:vAnchor="margin" w:hAnchor="text" w:xAlign="left" w:yAlign="inline"/>
            </w:pPr>
            <w:r w:rsidRPr="002F7635">
              <w:t xml:space="preserve">Электронный католог издательства </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003E3" w14:paraId="449D0CE7" w14:textId="77777777" w:rsidTr="002003E3">
        <w:tc>
          <w:tcPr>
            <w:tcW w:w="734" w:type="dxa"/>
          </w:tcPr>
          <w:p w14:paraId="0742238F" w14:textId="3A04500A" w:rsidR="002003E3" w:rsidRDefault="002003E3" w:rsidP="002003E3">
            <w:pPr>
              <w:pStyle w:val="affff4"/>
              <w:framePr w:hSpace="0" w:wrap="auto" w:vAnchor="margin" w:hAnchor="text" w:xAlign="left" w:yAlign="inline"/>
              <w:jc w:val="center"/>
              <w:rPr>
                <w:lang w:val="x-none"/>
              </w:rPr>
            </w:pPr>
            <w:r w:rsidRPr="002F7635">
              <w:rPr>
                <w:w w:val="97"/>
              </w:rPr>
              <w:t>2</w:t>
            </w:r>
          </w:p>
        </w:tc>
        <w:tc>
          <w:tcPr>
            <w:tcW w:w="4054" w:type="dxa"/>
          </w:tcPr>
          <w:p w14:paraId="0F5AC852" w14:textId="527F6F65" w:rsidR="002003E3" w:rsidRDefault="002003E3" w:rsidP="002003E3">
            <w:pPr>
              <w:pStyle w:val="affff4"/>
              <w:framePr w:hSpace="0" w:wrap="auto" w:vAnchor="margin" w:hAnchor="text" w:xAlign="left" w:yAlign="inline"/>
              <w:rPr>
                <w:lang w:val="x-none"/>
              </w:rPr>
            </w:pPr>
            <w:r w:rsidRPr="002F7635">
              <w:rPr>
                <w:lang w:val="en-US"/>
              </w:rPr>
              <w:t>Society</w:t>
            </w:r>
            <w:r w:rsidRPr="002F7635">
              <w:t>.</w:t>
            </w:r>
            <w:r w:rsidRPr="002F7635">
              <w:rPr>
                <w:rFonts w:eastAsia="Calibri"/>
              </w:rPr>
              <w:t xml:space="preserve"> </w:t>
            </w:r>
            <w:r w:rsidRPr="002F7635">
              <w:t>Общество потребителей. Магазины и услуги. Товары будущего.</w:t>
            </w:r>
            <w:r w:rsidRPr="002F7635">
              <w:rPr>
                <w:rFonts w:eastAsia="Calibri"/>
              </w:rPr>
              <w:t xml:space="preserve"> </w:t>
            </w:r>
            <w:r w:rsidRPr="002F7635">
              <w:t>Покупки в супермаркет. Испорченные продукты. Сельское хозяйство на небоскребах.</w:t>
            </w:r>
          </w:p>
        </w:tc>
        <w:tc>
          <w:tcPr>
            <w:tcW w:w="784" w:type="dxa"/>
          </w:tcPr>
          <w:p w14:paraId="28C39B14" w14:textId="7DE14569" w:rsidR="002003E3" w:rsidRDefault="002003E3" w:rsidP="002003E3">
            <w:pPr>
              <w:pStyle w:val="affff4"/>
              <w:framePr w:hSpace="0" w:wrap="auto" w:vAnchor="margin" w:hAnchor="text" w:xAlign="left" w:yAlign="inline"/>
              <w:jc w:val="center"/>
              <w:rPr>
                <w:lang w:val="x-none"/>
              </w:rPr>
            </w:pPr>
            <w:r w:rsidRPr="002F7635">
              <w:rPr>
                <w:w w:val="97"/>
              </w:rPr>
              <w:t>20</w:t>
            </w:r>
          </w:p>
        </w:tc>
        <w:tc>
          <w:tcPr>
            <w:tcW w:w="1633" w:type="dxa"/>
          </w:tcPr>
          <w:p w14:paraId="732104F6" w14:textId="6BEB0830" w:rsidR="002003E3" w:rsidRDefault="002003E3" w:rsidP="002003E3">
            <w:pPr>
              <w:pStyle w:val="affff4"/>
              <w:framePr w:hSpace="0" w:wrap="auto" w:vAnchor="margin" w:hAnchor="text" w:xAlign="left" w:yAlign="inline"/>
              <w:jc w:val="center"/>
              <w:rPr>
                <w:lang w:val="x-none"/>
              </w:rPr>
            </w:pPr>
          </w:p>
        </w:tc>
        <w:tc>
          <w:tcPr>
            <w:tcW w:w="3703" w:type="dxa"/>
          </w:tcPr>
          <w:p w14:paraId="219DFA6E" w14:textId="3FFFC013" w:rsidR="002003E3" w:rsidRDefault="002003E3" w:rsidP="002003E3">
            <w:pPr>
              <w:pStyle w:val="affff4"/>
              <w:framePr w:hSpace="0" w:wrap="auto" w:vAnchor="margin" w:hAnchor="text" w:xAlign="left" w:yAlign="inline"/>
              <w:rPr>
                <w:lang w:val="x-none"/>
              </w:rPr>
            </w:pPr>
          </w:p>
        </w:tc>
      </w:tr>
      <w:tr w:rsidR="002003E3" w14:paraId="72A134D3" w14:textId="77777777" w:rsidTr="002003E3">
        <w:tc>
          <w:tcPr>
            <w:tcW w:w="734" w:type="dxa"/>
          </w:tcPr>
          <w:p w14:paraId="5804C392" w14:textId="5AC98F7D" w:rsidR="002003E3" w:rsidRDefault="002003E3" w:rsidP="002003E3">
            <w:pPr>
              <w:pStyle w:val="affff4"/>
              <w:framePr w:hSpace="0" w:wrap="auto" w:vAnchor="margin" w:hAnchor="text" w:xAlign="left" w:yAlign="inline"/>
              <w:jc w:val="center"/>
              <w:rPr>
                <w:lang w:val="x-none"/>
              </w:rPr>
            </w:pPr>
            <w:r w:rsidRPr="002F7635">
              <w:rPr>
                <w:w w:val="97"/>
              </w:rPr>
              <w:t>3</w:t>
            </w:r>
          </w:p>
        </w:tc>
        <w:tc>
          <w:tcPr>
            <w:tcW w:w="4054" w:type="dxa"/>
          </w:tcPr>
          <w:p w14:paraId="01929DC2" w14:textId="77777777" w:rsidR="002003E3" w:rsidRPr="002F7635" w:rsidRDefault="002003E3" w:rsidP="002003E3">
            <w:pPr>
              <w:rPr>
                <w:rFonts w:ascii="Times New Roman" w:eastAsia="Times New Roman" w:hAnsi="Times New Roman" w:cs="Times New Roman"/>
                <w:sz w:val="24"/>
                <w:szCs w:val="24"/>
                <w:lang w:val="en-US"/>
              </w:rPr>
            </w:pPr>
            <w:r w:rsidRPr="002F7635">
              <w:rPr>
                <w:rFonts w:ascii="Times New Roman" w:eastAsia="Times New Roman" w:hAnsi="Times New Roman" w:cs="Times New Roman"/>
                <w:sz w:val="24"/>
                <w:szCs w:val="24"/>
                <w:lang w:val="en-US"/>
              </w:rPr>
              <w:t>Doing the right thing (Поступая правильно).</w:t>
            </w:r>
          </w:p>
          <w:p w14:paraId="49CFA715" w14:textId="22D2FF02" w:rsidR="002003E3" w:rsidRDefault="002003E3" w:rsidP="002003E3">
            <w:pPr>
              <w:rPr>
                <w:lang w:val="x-none"/>
              </w:rPr>
            </w:pPr>
            <w:r w:rsidRPr="002F7635">
              <w:rPr>
                <w:rFonts w:ascii="Times New Roman" w:eastAsia="Times New Roman" w:hAnsi="Times New Roman" w:cs="Times New Roman"/>
                <w:sz w:val="24"/>
                <w:szCs w:val="24"/>
              </w:rPr>
              <w:t>Что мы можем сделать для общества. Мировые проблемы. Привлекая внимание. За пределы Земли.</w:t>
            </w:r>
          </w:p>
        </w:tc>
        <w:tc>
          <w:tcPr>
            <w:tcW w:w="784" w:type="dxa"/>
          </w:tcPr>
          <w:p w14:paraId="3E49B1D0" w14:textId="57C9DA95" w:rsidR="002003E3" w:rsidRDefault="002003E3" w:rsidP="002003E3">
            <w:pPr>
              <w:pStyle w:val="affff4"/>
              <w:framePr w:hSpace="0" w:wrap="auto" w:vAnchor="margin" w:hAnchor="text" w:xAlign="left" w:yAlign="inline"/>
              <w:jc w:val="center"/>
              <w:rPr>
                <w:lang w:val="x-none"/>
              </w:rPr>
            </w:pPr>
            <w:r w:rsidRPr="002F7635">
              <w:rPr>
                <w:w w:val="97"/>
              </w:rPr>
              <w:t>23</w:t>
            </w:r>
          </w:p>
        </w:tc>
        <w:tc>
          <w:tcPr>
            <w:tcW w:w="1633" w:type="dxa"/>
          </w:tcPr>
          <w:p w14:paraId="2C374298" w14:textId="37688EB7" w:rsidR="002003E3" w:rsidRDefault="002003E3" w:rsidP="002003E3">
            <w:pPr>
              <w:pStyle w:val="affff4"/>
              <w:framePr w:hSpace="0" w:wrap="auto" w:vAnchor="margin" w:hAnchor="text" w:xAlign="left" w:yAlign="inline"/>
              <w:jc w:val="center"/>
              <w:rPr>
                <w:lang w:val="x-none"/>
              </w:rPr>
            </w:pPr>
          </w:p>
        </w:tc>
        <w:tc>
          <w:tcPr>
            <w:tcW w:w="3703" w:type="dxa"/>
          </w:tcPr>
          <w:p w14:paraId="7EEA03D0" w14:textId="75D369EE" w:rsidR="002003E3" w:rsidRDefault="002003E3" w:rsidP="002003E3">
            <w:pPr>
              <w:pStyle w:val="affff4"/>
              <w:framePr w:hSpace="0" w:wrap="auto" w:vAnchor="margin" w:hAnchor="text" w:xAlign="left" w:yAlign="inline"/>
              <w:rPr>
                <w:lang w:val="x-none"/>
              </w:rPr>
            </w:pPr>
            <w:r w:rsidRPr="002F7635">
              <w:rPr>
                <w:lang w:val="en-US"/>
              </w:rPr>
              <w:t>www</w:t>
            </w:r>
            <w:r w:rsidRPr="002F7635">
              <w:t>.</w:t>
            </w:r>
            <w:r w:rsidRPr="002F7635">
              <w:rPr>
                <w:lang w:val="en-US"/>
              </w:rPr>
              <w:t>yaklass</w:t>
            </w:r>
            <w:r w:rsidRPr="002F7635">
              <w:t>.</w:t>
            </w:r>
            <w:r w:rsidRPr="002F7635">
              <w:rPr>
                <w:lang w:val="en-US"/>
              </w:rPr>
              <w:t>ru</w:t>
            </w:r>
          </w:p>
        </w:tc>
      </w:tr>
      <w:tr w:rsidR="002003E3" w14:paraId="04DC82ED" w14:textId="77777777" w:rsidTr="002003E3">
        <w:tc>
          <w:tcPr>
            <w:tcW w:w="734" w:type="dxa"/>
          </w:tcPr>
          <w:p w14:paraId="2D748302" w14:textId="4A93CD91" w:rsidR="002003E3" w:rsidRDefault="002003E3" w:rsidP="002003E3">
            <w:pPr>
              <w:pStyle w:val="affff4"/>
              <w:framePr w:hSpace="0" w:wrap="auto" w:vAnchor="margin" w:hAnchor="text" w:xAlign="left" w:yAlign="inline"/>
              <w:jc w:val="center"/>
              <w:rPr>
                <w:lang w:val="x-none"/>
              </w:rPr>
            </w:pPr>
            <w:r w:rsidRPr="002F7635">
              <w:rPr>
                <w:w w:val="97"/>
              </w:rPr>
              <w:t>4.</w:t>
            </w:r>
          </w:p>
        </w:tc>
        <w:tc>
          <w:tcPr>
            <w:tcW w:w="4054" w:type="dxa"/>
          </w:tcPr>
          <w:p w14:paraId="23420221" w14:textId="77777777" w:rsidR="002003E3" w:rsidRPr="002F7635" w:rsidRDefault="002003E3" w:rsidP="002003E3">
            <w:pPr>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lang w:val="en-US"/>
              </w:rPr>
              <w:t>Still a Mystery.</w:t>
            </w:r>
            <w:r w:rsidRPr="002F7635">
              <w:rPr>
                <w:rFonts w:ascii="Times New Roman" w:eastAsia="Calibri" w:hAnsi="Times New Roman" w:cs="Times New Roman"/>
                <w:sz w:val="24"/>
                <w:szCs w:val="24"/>
                <w:lang w:val="en-US"/>
              </w:rPr>
              <w:t xml:space="preserve"> </w:t>
            </w:r>
            <w:r w:rsidRPr="002F7635">
              <w:rPr>
                <w:rFonts w:ascii="Times New Roman" w:eastAsia="Times New Roman" w:hAnsi="Times New Roman" w:cs="Times New Roman"/>
                <w:sz w:val="24"/>
                <w:szCs w:val="24"/>
              </w:rPr>
              <w:t>Все</w:t>
            </w:r>
            <w:r w:rsidRPr="002F7635">
              <w:rPr>
                <w:rFonts w:ascii="Times New Roman" w:eastAsia="Times New Roman" w:hAnsi="Times New Roman" w:cs="Times New Roman"/>
                <w:sz w:val="24"/>
                <w:szCs w:val="24"/>
                <w:lang w:val="en-US"/>
              </w:rPr>
              <w:t xml:space="preserve"> </w:t>
            </w:r>
            <w:r w:rsidRPr="002F7635">
              <w:rPr>
                <w:rFonts w:ascii="Times New Roman" w:eastAsia="Times New Roman" w:hAnsi="Times New Roman" w:cs="Times New Roman"/>
                <w:sz w:val="24"/>
                <w:szCs w:val="24"/>
              </w:rPr>
              <w:t>ещё</w:t>
            </w:r>
            <w:r w:rsidRPr="002F7635">
              <w:rPr>
                <w:rFonts w:ascii="Times New Roman" w:eastAsia="Times New Roman" w:hAnsi="Times New Roman" w:cs="Times New Roman"/>
                <w:sz w:val="24"/>
                <w:szCs w:val="24"/>
                <w:lang w:val="en-US"/>
              </w:rPr>
              <w:t xml:space="preserve"> </w:t>
            </w:r>
            <w:r w:rsidRPr="002F7635">
              <w:rPr>
                <w:rFonts w:ascii="Times New Roman" w:eastAsia="Times New Roman" w:hAnsi="Times New Roman" w:cs="Times New Roman"/>
                <w:sz w:val="24"/>
                <w:szCs w:val="24"/>
              </w:rPr>
              <w:t>загадка</w:t>
            </w:r>
            <w:r w:rsidRPr="002F7635">
              <w:rPr>
                <w:rFonts w:ascii="Times New Roman" w:eastAsia="Times New Roman" w:hAnsi="Times New Roman" w:cs="Times New Roman"/>
                <w:sz w:val="24"/>
                <w:szCs w:val="24"/>
                <w:lang w:val="en-US"/>
              </w:rPr>
              <w:t xml:space="preserve">. </w:t>
            </w:r>
            <w:r w:rsidRPr="002F7635">
              <w:rPr>
                <w:rFonts w:ascii="Times New Roman" w:eastAsia="Times New Roman" w:hAnsi="Times New Roman" w:cs="Times New Roman"/>
                <w:sz w:val="24"/>
                <w:szCs w:val="24"/>
              </w:rPr>
              <w:t>Путешествие в тайны НЛО. Странные существа. Доисторические существа. Необъяснимые явления.</w:t>
            </w:r>
          </w:p>
          <w:p w14:paraId="69D29D0B" w14:textId="36586649" w:rsidR="002003E3" w:rsidRDefault="002003E3" w:rsidP="002003E3">
            <w:pPr>
              <w:pStyle w:val="affff4"/>
              <w:framePr w:hSpace="0" w:wrap="auto" w:vAnchor="margin" w:hAnchor="text" w:xAlign="left" w:yAlign="inline"/>
              <w:rPr>
                <w:lang w:val="x-none"/>
              </w:rPr>
            </w:pPr>
            <w:r w:rsidRPr="002F7635">
              <w:rPr>
                <w:lang w:val="en-US"/>
              </w:rPr>
              <w:t>Воссоздавая монстров.</w:t>
            </w:r>
          </w:p>
        </w:tc>
        <w:tc>
          <w:tcPr>
            <w:tcW w:w="784" w:type="dxa"/>
          </w:tcPr>
          <w:p w14:paraId="4FDFAD79" w14:textId="7858BE21" w:rsidR="002003E3" w:rsidRDefault="002003E3" w:rsidP="002003E3">
            <w:pPr>
              <w:pStyle w:val="affff4"/>
              <w:framePr w:hSpace="0" w:wrap="auto" w:vAnchor="margin" w:hAnchor="text" w:xAlign="left" w:yAlign="inline"/>
              <w:jc w:val="center"/>
              <w:rPr>
                <w:lang w:val="x-none"/>
              </w:rPr>
            </w:pPr>
            <w:r w:rsidRPr="002F7635">
              <w:rPr>
                <w:w w:val="97"/>
              </w:rPr>
              <w:t>2</w:t>
            </w:r>
            <w:r w:rsidRPr="002F7635">
              <w:rPr>
                <w:w w:val="97"/>
                <w:lang w:val="en-US"/>
              </w:rPr>
              <w:t>2</w:t>
            </w:r>
          </w:p>
        </w:tc>
        <w:tc>
          <w:tcPr>
            <w:tcW w:w="1633" w:type="dxa"/>
          </w:tcPr>
          <w:p w14:paraId="530EEC2C" w14:textId="43D429A6" w:rsidR="002003E3" w:rsidRDefault="00432193" w:rsidP="002003E3">
            <w:pPr>
              <w:pStyle w:val="affff4"/>
              <w:framePr w:hSpace="0" w:wrap="auto" w:vAnchor="margin" w:hAnchor="text" w:xAlign="left" w:yAlign="inline"/>
              <w:jc w:val="center"/>
              <w:rPr>
                <w:lang w:val="x-none"/>
              </w:rPr>
            </w:pPr>
            <w:r>
              <w:t>1</w:t>
            </w:r>
          </w:p>
        </w:tc>
        <w:tc>
          <w:tcPr>
            <w:tcW w:w="3703" w:type="dxa"/>
          </w:tcPr>
          <w:p w14:paraId="25994AEF" w14:textId="5FB19360" w:rsidR="002003E3" w:rsidRDefault="002003E3" w:rsidP="002003E3">
            <w:pPr>
              <w:pStyle w:val="affff4"/>
              <w:framePr w:hSpace="0" w:wrap="auto" w:vAnchor="margin" w:hAnchor="text" w:xAlign="left" w:yAlign="inline"/>
              <w:rPr>
                <w:lang w:val="x-none"/>
              </w:rPr>
            </w:pPr>
            <w:r w:rsidRPr="002F7635">
              <w:t xml:space="preserve">Электронный католог издательства «Просвещение» </w:t>
            </w:r>
          </w:p>
        </w:tc>
      </w:tr>
      <w:tr w:rsidR="002003E3" w14:paraId="2EC0C73D" w14:textId="77777777" w:rsidTr="002003E3">
        <w:tc>
          <w:tcPr>
            <w:tcW w:w="734" w:type="dxa"/>
          </w:tcPr>
          <w:p w14:paraId="1A97783F" w14:textId="3A6FAE81" w:rsidR="002003E3" w:rsidRDefault="002003E3" w:rsidP="002003E3">
            <w:pPr>
              <w:pStyle w:val="affff4"/>
              <w:framePr w:hSpace="0" w:wrap="auto" w:vAnchor="margin" w:hAnchor="text" w:xAlign="left" w:yAlign="inline"/>
              <w:jc w:val="center"/>
              <w:rPr>
                <w:lang w:val="x-none"/>
              </w:rPr>
            </w:pPr>
            <w:r w:rsidRPr="002F7635">
              <w:rPr>
                <w:w w:val="97"/>
                <w:lang w:val="en-US"/>
              </w:rPr>
              <w:t>5</w:t>
            </w:r>
            <w:r w:rsidRPr="002F7635">
              <w:rPr>
                <w:w w:val="97"/>
              </w:rPr>
              <w:t>.</w:t>
            </w:r>
          </w:p>
        </w:tc>
        <w:tc>
          <w:tcPr>
            <w:tcW w:w="4054" w:type="dxa"/>
          </w:tcPr>
          <w:p w14:paraId="3FECBA91" w14:textId="69866287" w:rsidR="002003E3" w:rsidRDefault="002003E3" w:rsidP="002003E3">
            <w:pPr>
              <w:pStyle w:val="affff4"/>
              <w:framePr w:hSpace="0" w:wrap="auto" w:vAnchor="margin" w:hAnchor="text" w:xAlign="left" w:yAlign="inline"/>
              <w:rPr>
                <w:lang w:val="x-none"/>
              </w:rPr>
            </w:pPr>
            <w:r w:rsidRPr="002F7635">
              <w:t xml:space="preserve">Век живи- век учись. Экстраординарные умения. Как мы учимся. Новые технологии в обучении. Будущие достижения. Работа за рубежом. </w:t>
            </w:r>
            <w:r w:rsidRPr="002F7635">
              <w:rPr>
                <w:lang w:val="en-US"/>
              </w:rPr>
              <w:t>Высшее образование</w:t>
            </w:r>
            <w:r w:rsidRPr="002F7635">
              <w:t xml:space="preserve">. </w:t>
            </w:r>
          </w:p>
        </w:tc>
        <w:tc>
          <w:tcPr>
            <w:tcW w:w="784" w:type="dxa"/>
          </w:tcPr>
          <w:p w14:paraId="77BE108F" w14:textId="637EC2D0" w:rsidR="002003E3" w:rsidRDefault="002003E3" w:rsidP="002003E3">
            <w:pPr>
              <w:pStyle w:val="affff4"/>
              <w:framePr w:hSpace="0" w:wrap="auto" w:vAnchor="margin" w:hAnchor="text" w:xAlign="left" w:yAlign="inline"/>
              <w:jc w:val="center"/>
              <w:rPr>
                <w:lang w:val="x-none"/>
              </w:rPr>
            </w:pPr>
            <w:r w:rsidRPr="002F7635">
              <w:rPr>
                <w:w w:val="97"/>
              </w:rPr>
              <w:t>23</w:t>
            </w:r>
          </w:p>
        </w:tc>
        <w:tc>
          <w:tcPr>
            <w:tcW w:w="1633" w:type="dxa"/>
          </w:tcPr>
          <w:p w14:paraId="518E2D84" w14:textId="77777777" w:rsidR="002003E3" w:rsidRDefault="002003E3" w:rsidP="002003E3">
            <w:pPr>
              <w:pStyle w:val="affff4"/>
              <w:framePr w:hSpace="0" w:wrap="auto" w:vAnchor="margin" w:hAnchor="text" w:xAlign="left" w:yAlign="inline"/>
              <w:jc w:val="center"/>
              <w:rPr>
                <w:lang w:val="x-none"/>
              </w:rPr>
            </w:pPr>
          </w:p>
        </w:tc>
        <w:tc>
          <w:tcPr>
            <w:tcW w:w="3703" w:type="dxa"/>
          </w:tcPr>
          <w:p w14:paraId="637230A3" w14:textId="11048360" w:rsidR="002003E3" w:rsidRDefault="002003E3" w:rsidP="002003E3">
            <w:pPr>
              <w:pStyle w:val="affff4"/>
              <w:framePr w:hSpace="0" w:wrap="auto" w:vAnchor="margin" w:hAnchor="text" w:xAlign="left" w:yAlign="inline"/>
              <w:rPr>
                <w:lang w:val="x-none"/>
              </w:rPr>
            </w:pPr>
            <w:r w:rsidRPr="002F7635">
              <w:t xml:space="preserve">Электронный католог издательства «Просвещение» </w:t>
            </w:r>
          </w:p>
        </w:tc>
      </w:tr>
      <w:tr w:rsidR="002003E3" w14:paraId="42766AF2" w14:textId="77777777" w:rsidTr="002003E3">
        <w:tc>
          <w:tcPr>
            <w:tcW w:w="734" w:type="dxa"/>
          </w:tcPr>
          <w:p w14:paraId="34A849D3" w14:textId="7530BD3C" w:rsidR="002003E3" w:rsidRDefault="002003E3" w:rsidP="002003E3">
            <w:pPr>
              <w:pStyle w:val="affff4"/>
              <w:framePr w:hSpace="0" w:wrap="auto" w:vAnchor="margin" w:hAnchor="text" w:xAlign="left" w:yAlign="inline"/>
              <w:jc w:val="center"/>
              <w:rPr>
                <w:lang w:val="x-none"/>
              </w:rPr>
            </w:pPr>
            <w:r w:rsidRPr="002F7635">
              <w:rPr>
                <w:w w:val="97"/>
              </w:rPr>
              <w:t>6</w:t>
            </w:r>
          </w:p>
        </w:tc>
        <w:tc>
          <w:tcPr>
            <w:tcW w:w="4054" w:type="dxa"/>
          </w:tcPr>
          <w:p w14:paraId="69D88BF3" w14:textId="77777777" w:rsidR="002003E3" w:rsidRPr="002F7635" w:rsidRDefault="002003E3" w:rsidP="002003E3">
            <w:pPr>
              <w:autoSpaceDE w:val="0"/>
              <w:autoSpaceDN w:val="0"/>
              <w:spacing w:before="64" w:line="250" w:lineRule="auto"/>
              <w:ind w:left="72"/>
              <w:rPr>
                <w:rFonts w:ascii="Times New Roman" w:eastAsia="Times New Roman" w:hAnsi="Times New Roman" w:cs="Times New Roman"/>
                <w:sz w:val="24"/>
                <w:szCs w:val="24"/>
                <w:lang w:val="en-US"/>
              </w:rPr>
            </w:pPr>
            <w:r w:rsidRPr="002F7635">
              <w:rPr>
                <w:rFonts w:ascii="Times New Roman" w:eastAsia="Times New Roman" w:hAnsi="Times New Roman" w:cs="Times New Roman"/>
                <w:sz w:val="24"/>
                <w:szCs w:val="24"/>
                <w:lang w:val="en-US"/>
              </w:rPr>
              <w:t>Getting to Know You. Узнать тебя поближе.</w:t>
            </w:r>
          </w:p>
          <w:p w14:paraId="3724F540" w14:textId="337DCB82" w:rsidR="002003E3" w:rsidRDefault="002003E3" w:rsidP="002003E3">
            <w:pPr>
              <w:pStyle w:val="affff4"/>
              <w:framePr w:hSpace="0" w:wrap="auto" w:vAnchor="margin" w:hAnchor="text" w:xAlign="left" w:yAlign="inline"/>
              <w:rPr>
                <w:lang w:val="x-none"/>
              </w:rPr>
            </w:pPr>
            <w:r w:rsidRPr="002F7635">
              <w:t xml:space="preserve">Описание человека. Черты характера. Изменения внешности. Негативные типы личности. Язык жестов. </w:t>
            </w:r>
            <w:r w:rsidRPr="002F7635">
              <w:rPr>
                <w:lang w:val="en-US"/>
              </w:rPr>
              <w:t>Язык животных.</w:t>
            </w:r>
          </w:p>
        </w:tc>
        <w:tc>
          <w:tcPr>
            <w:tcW w:w="784" w:type="dxa"/>
          </w:tcPr>
          <w:p w14:paraId="1FE16AAC" w14:textId="7BF51915" w:rsidR="002003E3" w:rsidRDefault="002003E3" w:rsidP="002003E3">
            <w:pPr>
              <w:pStyle w:val="affff4"/>
              <w:framePr w:hSpace="0" w:wrap="auto" w:vAnchor="margin" w:hAnchor="text" w:xAlign="left" w:yAlign="inline"/>
              <w:jc w:val="center"/>
              <w:rPr>
                <w:lang w:val="x-none"/>
              </w:rPr>
            </w:pPr>
            <w:r w:rsidRPr="002F7635">
              <w:rPr>
                <w:w w:val="97"/>
              </w:rPr>
              <w:t>22</w:t>
            </w:r>
          </w:p>
        </w:tc>
        <w:tc>
          <w:tcPr>
            <w:tcW w:w="1633" w:type="dxa"/>
          </w:tcPr>
          <w:p w14:paraId="25C61AD5" w14:textId="3207277F" w:rsidR="002003E3" w:rsidRDefault="00432193" w:rsidP="002003E3">
            <w:pPr>
              <w:pStyle w:val="affff4"/>
              <w:framePr w:hSpace="0" w:wrap="auto" w:vAnchor="margin" w:hAnchor="text" w:xAlign="left" w:yAlign="inline"/>
              <w:jc w:val="center"/>
              <w:rPr>
                <w:lang w:val="x-none"/>
              </w:rPr>
            </w:pPr>
            <w:r>
              <w:t>1</w:t>
            </w:r>
          </w:p>
        </w:tc>
        <w:tc>
          <w:tcPr>
            <w:tcW w:w="3703" w:type="dxa"/>
          </w:tcPr>
          <w:p w14:paraId="6D2869F9" w14:textId="432E91F9" w:rsidR="002003E3" w:rsidRDefault="002003E3" w:rsidP="002003E3">
            <w:pPr>
              <w:pStyle w:val="affff4"/>
              <w:framePr w:hSpace="0" w:wrap="auto" w:vAnchor="margin" w:hAnchor="text" w:xAlign="left" w:yAlign="inline"/>
              <w:rPr>
                <w:lang w:val="x-none"/>
              </w:rPr>
            </w:pPr>
            <w:r w:rsidRPr="002F7635">
              <w:rPr>
                <w:lang w:val="en-US"/>
              </w:rPr>
              <w:t>www</w:t>
            </w:r>
            <w:r w:rsidRPr="002F7635">
              <w:t>.</w:t>
            </w:r>
            <w:r w:rsidRPr="002F7635">
              <w:rPr>
                <w:lang w:val="en-US"/>
              </w:rPr>
              <w:t>yaklass</w:t>
            </w:r>
            <w:r w:rsidRPr="002F7635">
              <w:t>.</w:t>
            </w:r>
            <w:r w:rsidRPr="002F7635">
              <w:rPr>
                <w:lang w:val="en-US"/>
              </w:rPr>
              <w:t>ru</w:t>
            </w:r>
          </w:p>
        </w:tc>
      </w:tr>
      <w:tr w:rsidR="002003E3" w14:paraId="7083D28E" w14:textId="77777777" w:rsidTr="002003E3">
        <w:tc>
          <w:tcPr>
            <w:tcW w:w="4788" w:type="dxa"/>
            <w:gridSpan w:val="2"/>
          </w:tcPr>
          <w:p w14:paraId="2549138C" w14:textId="77777777" w:rsidR="002003E3" w:rsidRDefault="002003E3" w:rsidP="002003E3">
            <w:pPr>
              <w:pStyle w:val="affff4"/>
              <w:framePr w:hSpace="0" w:wrap="auto" w:vAnchor="margin" w:hAnchor="text" w:xAlign="left" w:yAlign="inline"/>
              <w:jc w:val="right"/>
              <w:rPr>
                <w:lang w:val="x-none"/>
              </w:rPr>
            </w:pPr>
            <w:r w:rsidRPr="00024040">
              <w:t xml:space="preserve">ОБЩЕЕ КОЛИЧЕСТВО ЧАСОВ </w:t>
            </w:r>
            <w:r>
              <w:br/>
            </w:r>
            <w:r w:rsidRPr="00024040">
              <w:t>ПО ПРОГРАММЕ</w:t>
            </w:r>
          </w:p>
        </w:tc>
        <w:tc>
          <w:tcPr>
            <w:tcW w:w="784" w:type="dxa"/>
          </w:tcPr>
          <w:p w14:paraId="7F7FA5BE" w14:textId="77777777" w:rsidR="002003E3" w:rsidRDefault="002003E3" w:rsidP="002003E3">
            <w:pPr>
              <w:pStyle w:val="affff4"/>
              <w:framePr w:hSpace="0" w:wrap="auto" w:vAnchor="margin" w:hAnchor="text" w:xAlign="left" w:yAlign="inline"/>
              <w:jc w:val="center"/>
              <w:rPr>
                <w:lang w:val="x-none"/>
              </w:rPr>
            </w:pPr>
            <w:r w:rsidRPr="00024040">
              <w:t>136</w:t>
            </w:r>
          </w:p>
        </w:tc>
        <w:tc>
          <w:tcPr>
            <w:tcW w:w="1633" w:type="dxa"/>
          </w:tcPr>
          <w:p w14:paraId="5F065997" w14:textId="35201011" w:rsidR="002003E3" w:rsidRDefault="00432193" w:rsidP="002003E3">
            <w:pPr>
              <w:pStyle w:val="affff4"/>
              <w:framePr w:hSpace="0" w:wrap="auto" w:vAnchor="margin" w:hAnchor="text" w:xAlign="left" w:yAlign="inline"/>
              <w:jc w:val="center"/>
              <w:rPr>
                <w:lang w:val="x-none"/>
              </w:rPr>
            </w:pPr>
            <w:r>
              <w:t>3</w:t>
            </w:r>
          </w:p>
        </w:tc>
        <w:tc>
          <w:tcPr>
            <w:tcW w:w="3703" w:type="dxa"/>
          </w:tcPr>
          <w:p w14:paraId="11A7E188" w14:textId="77777777" w:rsidR="002003E3" w:rsidRDefault="002003E3" w:rsidP="002003E3">
            <w:pPr>
              <w:pStyle w:val="affff4"/>
              <w:framePr w:hSpace="0" w:wrap="auto" w:vAnchor="margin" w:hAnchor="text" w:xAlign="left" w:yAlign="inline"/>
              <w:rPr>
                <w:lang w:val="x-none"/>
              </w:rPr>
            </w:pPr>
          </w:p>
        </w:tc>
      </w:tr>
    </w:tbl>
    <w:p w14:paraId="68FB58F7" w14:textId="77777777" w:rsidR="002003E3" w:rsidRDefault="002003E3">
      <w:pPr>
        <w:rPr>
          <w:rFonts w:ascii="Times New Roman" w:eastAsia="Calibri" w:hAnsi="Times New Roman" w:cs="Times New Roman"/>
          <w:b/>
          <w:caps/>
          <w:color w:val="000000" w:themeColor="text1"/>
          <w:sz w:val="28"/>
          <w:szCs w:val="24"/>
          <w:lang w:val="x-none"/>
        </w:rPr>
      </w:pPr>
      <w:r>
        <w:br w:type="page"/>
      </w:r>
    </w:p>
    <w:p w14:paraId="3D0C699D" w14:textId="52A4E6A8" w:rsidR="00CA5980" w:rsidRPr="002F7635" w:rsidRDefault="00CA5980" w:rsidP="008C718A">
      <w:pPr>
        <w:pStyle w:val="affff1"/>
      </w:pPr>
      <w:bookmarkStart w:id="73" w:name="_Toc149647033"/>
      <w:bookmarkStart w:id="74" w:name="_Toc150046077"/>
      <w:bookmarkStart w:id="75" w:name="_Toc150047337"/>
      <w:r w:rsidRPr="002F7635">
        <w:lastRenderedPageBreak/>
        <w:t>9 класс</w:t>
      </w:r>
      <w:bookmarkEnd w:id="73"/>
      <w:bookmarkEnd w:id="74"/>
      <w:bookmarkEnd w:id="75"/>
    </w:p>
    <w:tbl>
      <w:tblPr>
        <w:tblStyle w:val="afd"/>
        <w:tblW w:w="0" w:type="auto"/>
        <w:tblLook w:val="04A0" w:firstRow="1" w:lastRow="0" w:firstColumn="1" w:lastColumn="0" w:noHBand="0" w:noVBand="1"/>
      </w:tblPr>
      <w:tblGrid>
        <w:gridCol w:w="734"/>
        <w:gridCol w:w="2998"/>
        <w:gridCol w:w="784"/>
        <w:gridCol w:w="1633"/>
        <w:gridCol w:w="4571"/>
      </w:tblGrid>
      <w:tr w:rsidR="00261434" w14:paraId="655D02F8" w14:textId="77777777" w:rsidTr="00261434">
        <w:tc>
          <w:tcPr>
            <w:tcW w:w="734" w:type="dxa"/>
            <w:vMerge w:val="restart"/>
            <w:vAlign w:val="center"/>
          </w:tcPr>
          <w:p w14:paraId="6A55AB94" w14:textId="77777777" w:rsidR="00261434" w:rsidRDefault="00261434" w:rsidP="001F12F2">
            <w:pPr>
              <w:pStyle w:val="affff4"/>
              <w:framePr w:hSpace="0" w:wrap="auto" w:vAnchor="margin" w:hAnchor="text" w:xAlign="left" w:yAlign="inline"/>
              <w:jc w:val="center"/>
              <w:rPr>
                <w:lang w:val="x-none"/>
              </w:rPr>
            </w:pPr>
            <w:r w:rsidRPr="002F7635">
              <w:rPr>
                <w:b/>
                <w:w w:val="97"/>
                <w:lang w:val="en-US"/>
              </w:rPr>
              <w:t>№</w:t>
            </w:r>
            <w:r>
              <w:rPr>
                <w:lang w:val="en-US"/>
              </w:rPr>
              <w:t xml:space="preserve"> </w:t>
            </w:r>
            <w:r w:rsidRPr="002F7635">
              <w:rPr>
                <w:b/>
                <w:w w:val="97"/>
                <w:lang w:val="en-US"/>
              </w:rPr>
              <w:t>п/п</w:t>
            </w:r>
          </w:p>
        </w:tc>
        <w:tc>
          <w:tcPr>
            <w:tcW w:w="2998" w:type="dxa"/>
            <w:vMerge w:val="restart"/>
            <w:vAlign w:val="center"/>
          </w:tcPr>
          <w:p w14:paraId="73A44386" w14:textId="77777777" w:rsidR="00261434" w:rsidRDefault="00261434" w:rsidP="001F12F2">
            <w:pPr>
              <w:pStyle w:val="affff4"/>
              <w:framePr w:hSpace="0" w:wrap="auto" w:vAnchor="margin" w:hAnchor="text" w:xAlign="left" w:yAlign="inline"/>
              <w:jc w:val="center"/>
              <w:rPr>
                <w:lang w:val="x-none"/>
              </w:rPr>
            </w:pPr>
            <w:r w:rsidRPr="002F7635">
              <w:rPr>
                <w:b/>
                <w:w w:val="97"/>
              </w:rPr>
              <w:t xml:space="preserve">Наименование разделов </w:t>
            </w:r>
            <w:r>
              <w:rPr>
                <w:b/>
                <w:w w:val="97"/>
              </w:rPr>
              <w:br/>
            </w:r>
            <w:r w:rsidRPr="002F7635">
              <w:rPr>
                <w:b/>
                <w:w w:val="97"/>
              </w:rPr>
              <w:t>и тем программы</w:t>
            </w:r>
          </w:p>
        </w:tc>
        <w:tc>
          <w:tcPr>
            <w:tcW w:w="2417" w:type="dxa"/>
            <w:gridSpan w:val="2"/>
            <w:vAlign w:val="center"/>
          </w:tcPr>
          <w:p w14:paraId="7FBF680F" w14:textId="77777777" w:rsidR="00261434" w:rsidRDefault="00261434" w:rsidP="001F12F2">
            <w:pPr>
              <w:pStyle w:val="affff4"/>
              <w:framePr w:hSpace="0" w:wrap="auto" w:vAnchor="margin" w:hAnchor="text" w:xAlign="left" w:yAlign="inline"/>
              <w:jc w:val="center"/>
              <w:rPr>
                <w:lang w:val="x-none"/>
              </w:rPr>
            </w:pPr>
            <w:r w:rsidRPr="002F7635">
              <w:rPr>
                <w:b/>
                <w:w w:val="97"/>
              </w:rPr>
              <w:t>Количество часов</w:t>
            </w:r>
          </w:p>
        </w:tc>
        <w:tc>
          <w:tcPr>
            <w:tcW w:w="4571" w:type="dxa"/>
            <w:vMerge w:val="restart"/>
            <w:vAlign w:val="center"/>
          </w:tcPr>
          <w:p w14:paraId="6D07F55E" w14:textId="77777777" w:rsidR="00261434" w:rsidRDefault="00261434" w:rsidP="001F12F2">
            <w:pPr>
              <w:pStyle w:val="affff4"/>
              <w:framePr w:hSpace="0" w:wrap="auto" w:vAnchor="margin" w:hAnchor="text" w:xAlign="left" w:yAlign="inline"/>
              <w:jc w:val="center"/>
              <w:rPr>
                <w:lang w:val="x-none"/>
              </w:rPr>
            </w:pPr>
            <w:r w:rsidRPr="002F7635">
              <w:rPr>
                <w:b/>
                <w:w w:val="97"/>
              </w:rPr>
              <w:t xml:space="preserve">Электронные (цифровые) </w:t>
            </w:r>
            <w:r>
              <w:rPr>
                <w:b/>
                <w:w w:val="97"/>
              </w:rPr>
              <w:br/>
            </w:r>
            <w:r w:rsidRPr="002F7635">
              <w:rPr>
                <w:b/>
                <w:w w:val="97"/>
              </w:rPr>
              <w:t>образовательные ресурсы</w:t>
            </w:r>
          </w:p>
        </w:tc>
      </w:tr>
      <w:tr w:rsidR="00261434" w14:paraId="10FF88EF" w14:textId="77777777" w:rsidTr="00261434">
        <w:tc>
          <w:tcPr>
            <w:tcW w:w="734" w:type="dxa"/>
            <w:vMerge/>
          </w:tcPr>
          <w:p w14:paraId="3C47CC9F" w14:textId="77777777" w:rsidR="00261434" w:rsidRPr="00024040" w:rsidRDefault="00261434" w:rsidP="001F12F2">
            <w:pPr>
              <w:pStyle w:val="affff4"/>
              <w:framePr w:hSpace="0" w:wrap="auto" w:vAnchor="margin" w:hAnchor="text" w:xAlign="left" w:yAlign="inline"/>
              <w:jc w:val="center"/>
            </w:pPr>
          </w:p>
        </w:tc>
        <w:tc>
          <w:tcPr>
            <w:tcW w:w="2998" w:type="dxa"/>
            <w:vMerge/>
          </w:tcPr>
          <w:p w14:paraId="2981B226" w14:textId="77777777" w:rsidR="00261434" w:rsidRPr="00024040" w:rsidRDefault="00261434" w:rsidP="001F12F2">
            <w:pPr>
              <w:pStyle w:val="affff4"/>
              <w:framePr w:hSpace="0" w:wrap="auto" w:vAnchor="margin" w:hAnchor="text" w:xAlign="left" w:yAlign="inline"/>
            </w:pPr>
          </w:p>
        </w:tc>
        <w:tc>
          <w:tcPr>
            <w:tcW w:w="784" w:type="dxa"/>
          </w:tcPr>
          <w:p w14:paraId="6F9C3318" w14:textId="77777777" w:rsidR="00261434" w:rsidRPr="00024040" w:rsidRDefault="00261434" w:rsidP="001F12F2">
            <w:pPr>
              <w:pStyle w:val="affff4"/>
              <w:framePr w:hSpace="0" w:wrap="auto" w:vAnchor="margin" w:hAnchor="text" w:xAlign="left" w:yAlign="inline"/>
              <w:jc w:val="center"/>
            </w:pPr>
            <w:r w:rsidRPr="002F7635">
              <w:rPr>
                <w:b/>
                <w:w w:val="97"/>
                <w:lang w:val="en-US"/>
              </w:rPr>
              <w:t>всего</w:t>
            </w:r>
          </w:p>
        </w:tc>
        <w:tc>
          <w:tcPr>
            <w:tcW w:w="1633" w:type="dxa"/>
          </w:tcPr>
          <w:p w14:paraId="56611102" w14:textId="77777777" w:rsidR="00261434" w:rsidRPr="00024040" w:rsidRDefault="00261434" w:rsidP="001F12F2">
            <w:pPr>
              <w:pStyle w:val="affff4"/>
              <w:framePr w:hSpace="0" w:wrap="auto" w:vAnchor="margin" w:hAnchor="text" w:xAlign="left" w:yAlign="inline"/>
              <w:jc w:val="center"/>
            </w:pPr>
            <w:r w:rsidRPr="002F7635">
              <w:rPr>
                <w:b/>
                <w:w w:val="97"/>
                <w:lang w:val="en-US"/>
              </w:rPr>
              <w:t>контрольные работы</w:t>
            </w:r>
          </w:p>
        </w:tc>
        <w:tc>
          <w:tcPr>
            <w:tcW w:w="4571" w:type="dxa"/>
            <w:vMerge/>
          </w:tcPr>
          <w:p w14:paraId="64D66C24" w14:textId="77777777" w:rsidR="00261434" w:rsidRPr="00024040" w:rsidRDefault="00261434" w:rsidP="001F12F2">
            <w:pPr>
              <w:pStyle w:val="affff4"/>
              <w:framePr w:hSpace="0" w:wrap="auto" w:vAnchor="margin" w:hAnchor="text" w:xAlign="left" w:yAlign="inline"/>
            </w:pPr>
          </w:p>
        </w:tc>
      </w:tr>
      <w:tr w:rsidR="00261434" w14:paraId="5F56CBF4" w14:textId="77777777" w:rsidTr="00261434">
        <w:tc>
          <w:tcPr>
            <w:tcW w:w="734" w:type="dxa"/>
          </w:tcPr>
          <w:p w14:paraId="3634E2DC" w14:textId="47050C7D" w:rsidR="00261434" w:rsidRPr="00024040" w:rsidRDefault="00261434" w:rsidP="00261434">
            <w:pPr>
              <w:pStyle w:val="affff4"/>
              <w:framePr w:hSpace="0" w:wrap="auto" w:vAnchor="margin" w:hAnchor="text" w:xAlign="left" w:yAlign="inline"/>
              <w:jc w:val="center"/>
            </w:pPr>
            <w:r w:rsidRPr="002F7635">
              <w:rPr>
                <w:w w:val="97"/>
                <w:lang w:val="en-US"/>
              </w:rPr>
              <w:t>1.</w:t>
            </w:r>
          </w:p>
        </w:tc>
        <w:tc>
          <w:tcPr>
            <w:tcW w:w="2998" w:type="dxa"/>
          </w:tcPr>
          <w:p w14:paraId="25EFE7F1" w14:textId="27BCFD8A" w:rsidR="00261434" w:rsidRPr="00024040" w:rsidRDefault="00261434" w:rsidP="00261434">
            <w:pPr>
              <w:pStyle w:val="affff4"/>
              <w:framePr w:hSpace="0" w:wrap="auto" w:vAnchor="margin" w:hAnchor="text" w:xAlign="left" w:yAlign="inline"/>
            </w:pPr>
            <w:r w:rsidRPr="002F7635">
              <w:rPr>
                <w:w w:val="102"/>
              </w:rPr>
              <w:t xml:space="preserve">Родная страна </w:t>
            </w:r>
            <w:r w:rsidRPr="002F7635">
              <w:rPr>
                <w:w w:val="97"/>
              </w:rPr>
              <w:t>и страна/страны изучаемого языка. Их географическое положение, столицы и крупные города; население; официальные языки. Проблемы экологии. Защита окружающей среды.</w:t>
            </w:r>
          </w:p>
        </w:tc>
        <w:tc>
          <w:tcPr>
            <w:tcW w:w="784" w:type="dxa"/>
          </w:tcPr>
          <w:p w14:paraId="7FA1D01B" w14:textId="1F86C915" w:rsidR="00261434" w:rsidRPr="00432193" w:rsidRDefault="00261434" w:rsidP="00432193">
            <w:pPr>
              <w:pStyle w:val="affff4"/>
              <w:framePr w:hSpace="0" w:wrap="auto" w:vAnchor="margin" w:hAnchor="text" w:xAlign="left" w:yAlign="inline"/>
              <w:jc w:val="center"/>
              <w:rPr>
                <w:lang w:val="en-US"/>
              </w:rPr>
            </w:pPr>
            <w:r w:rsidRPr="002F7635">
              <w:rPr>
                <w:w w:val="97"/>
              </w:rPr>
              <w:t>1</w:t>
            </w:r>
            <w:r w:rsidR="00432193">
              <w:rPr>
                <w:w w:val="97"/>
                <w:lang w:val="en-US"/>
              </w:rPr>
              <w:t>0</w:t>
            </w:r>
          </w:p>
        </w:tc>
        <w:tc>
          <w:tcPr>
            <w:tcW w:w="1633" w:type="dxa"/>
          </w:tcPr>
          <w:p w14:paraId="7DB9878D" w14:textId="6B260E31" w:rsidR="00261434" w:rsidRPr="00024040" w:rsidRDefault="00261434" w:rsidP="00261434">
            <w:pPr>
              <w:pStyle w:val="affff4"/>
              <w:framePr w:hSpace="0" w:wrap="auto" w:vAnchor="margin" w:hAnchor="text" w:xAlign="left" w:yAlign="inline"/>
              <w:jc w:val="center"/>
            </w:pPr>
            <w:r w:rsidRPr="002F7635">
              <w:t>1</w:t>
            </w:r>
          </w:p>
        </w:tc>
        <w:tc>
          <w:tcPr>
            <w:tcW w:w="4571" w:type="dxa"/>
          </w:tcPr>
          <w:p w14:paraId="70EA15E4" w14:textId="2DFB531B" w:rsidR="00261434" w:rsidRPr="00024040" w:rsidRDefault="00261434" w:rsidP="00261434">
            <w:pPr>
              <w:pStyle w:val="affff4"/>
              <w:framePr w:hSpace="0" w:wrap="auto" w:vAnchor="margin" w:hAnchor="text" w:xAlign="left" w:yAlign="inline"/>
            </w:pPr>
            <w:r w:rsidRPr="002F7635">
              <w:t>Электронный католог издательства «Просвещение»</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61434" w14:paraId="6C1F3572" w14:textId="77777777" w:rsidTr="00261434">
        <w:tc>
          <w:tcPr>
            <w:tcW w:w="734" w:type="dxa"/>
          </w:tcPr>
          <w:p w14:paraId="1FDB40DC" w14:textId="1DAFFC77" w:rsidR="00261434" w:rsidRDefault="00261434" w:rsidP="00261434">
            <w:pPr>
              <w:pStyle w:val="affff4"/>
              <w:framePr w:hSpace="0" w:wrap="auto" w:vAnchor="margin" w:hAnchor="text" w:xAlign="left" w:yAlign="inline"/>
              <w:jc w:val="center"/>
              <w:rPr>
                <w:lang w:val="x-none"/>
              </w:rPr>
            </w:pPr>
            <w:r w:rsidRPr="002F7635">
              <w:rPr>
                <w:w w:val="97"/>
                <w:lang w:val="en-US"/>
              </w:rPr>
              <w:t>2</w:t>
            </w:r>
          </w:p>
        </w:tc>
        <w:tc>
          <w:tcPr>
            <w:tcW w:w="2998" w:type="dxa"/>
          </w:tcPr>
          <w:p w14:paraId="3953FD02" w14:textId="037529EA" w:rsidR="00261434" w:rsidRDefault="00261434" w:rsidP="00261434">
            <w:pPr>
              <w:pStyle w:val="affff4"/>
              <w:framePr w:hSpace="0" w:wrap="auto" w:vAnchor="margin" w:hAnchor="text" w:xAlign="left" w:yAlign="inline"/>
              <w:rPr>
                <w:lang w:val="x-none"/>
              </w:rPr>
            </w:pPr>
            <w:r w:rsidRPr="002F7635">
              <w:rPr>
                <w:w w:val="97"/>
              </w:rPr>
              <w:t>Внешность и характер человека/литературного персонажа</w:t>
            </w:r>
          </w:p>
        </w:tc>
        <w:tc>
          <w:tcPr>
            <w:tcW w:w="784" w:type="dxa"/>
          </w:tcPr>
          <w:p w14:paraId="661DFB55" w14:textId="40D5B0D4" w:rsidR="00261434" w:rsidRDefault="00261434" w:rsidP="00261434">
            <w:pPr>
              <w:pStyle w:val="affff4"/>
              <w:framePr w:hSpace="0" w:wrap="auto" w:vAnchor="margin" w:hAnchor="text" w:xAlign="left" w:yAlign="inline"/>
              <w:jc w:val="center"/>
              <w:rPr>
                <w:lang w:val="x-none"/>
              </w:rPr>
            </w:pPr>
            <w:r w:rsidRPr="002F7635">
              <w:rPr>
                <w:w w:val="97"/>
                <w:lang w:val="en-US"/>
              </w:rPr>
              <w:t>4</w:t>
            </w:r>
          </w:p>
        </w:tc>
        <w:tc>
          <w:tcPr>
            <w:tcW w:w="1633" w:type="dxa"/>
          </w:tcPr>
          <w:p w14:paraId="273FE244" w14:textId="77777777" w:rsidR="00261434" w:rsidRDefault="00261434" w:rsidP="00261434">
            <w:pPr>
              <w:pStyle w:val="affff4"/>
              <w:framePr w:hSpace="0" w:wrap="auto" w:vAnchor="margin" w:hAnchor="text" w:xAlign="left" w:yAlign="inline"/>
              <w:jc w:val="center"/>
              <w:rPr>
                <w:lang w:val="x-none"/>
              </w:rPr>
            </w:pPr>
          </w:p>
        </w:tc>
        <w:tc>
          <w:tcPr>
            <w:tcW w:w="4571" w:type="dxa"/>
          </w:tcPr>
          <w:p w14:paraId="76F33AAF" w14:textId="68DC4258" w:rsidR="00261434" w:rsidRDefault="00261434" w:rsidP="00261434">
            <w:pPr>
              <w:pStyle w:val="affff4"/>
              <w:framePr w:hSpace="0" w:wrap="auto" w:vAnchor="margin" w:hAnchor="text" w:xAlign="left" w:yAlign="inline"/>
              <w:rPr>
                <w:lang w:val="x-none"/>
              </w:rPr>
            </w:pPr>
          </w:p>
        </w:tc>
      </w:tr>
      <w:tr w:rsidR="00261434" w14:paraId="069F85B6" w14:textId="77777777" w:rsidTr="00261434">
        <w:tc>
          <w:tcPr>
            <w:tcW w:w="734" w:type="dxa"/>
          </w:tcPr>
          <w:p w14:paraId="04524995" w14:textId="60ED7F0B" w:rsidR="00261434" w:rsidRDefault="00261434" w:rsidP="00261434">
            <w:pPr>
              <w:pStyle w:val="affff4"/>
              <w:framePr w:hSpace="0" w:wrap="auto" w:vAnchor="margin" w:hAnchor="text" w:xAlign="left" w:yAlign="inline"/>
              <w:jc w:val="center"/>
              <w:rPr>
                <w:lang w:val="x-none"/>
              </w:rPr>
            </w:pPr>
            <w:r w:rsidRPr="002F7635">
              <w:rPr>
                <w:w w:val="97"/>
                <w:lang w:val="en-US"/>
              </w:rPr>
              <w:t>3</w:t>
            </w:r>
          </w:p>
        </w:tc>
        <w:tc>
          <w:tcPr>
            <w:tcW w:w="2998" w:type="dxa"/>
          </w:tcPr>
          <w:p w14:paraId="63DD93A5" w14:textId="122FB485" w:rsidR="00261434" w:rsidRDefault="00261434" w:rsidP="00261434">
            <w:pPr>
              <w:pStyle w:val="affff4"/>
              <w:framePr w:hSpace="0" w:wrap="auto" w:vAnchor="margin" w:hAnchor="text" w:xAlign="left" w:yAlign="inline"/>
              <w:rPr>
                <w:lang w:val="x-none"/>
              </w:rPr>
            </w:pPr>
            <w:r w:rsidRPr="002F7635">
              <w:rPr>
                <w:w w:val="97"/>
              </w:rPr>
              <w:t xml:space="preserve">Виды отдыха в различное время года. Путешествия по России и зарубежным странам. </w:t>
            </w:r>
            <w:r w:rsidRPr="002F7635">
              <w:rPr>
                <w:w w:val="97"/>
                <w:lang w:val="en-US"/>
              </w:rPr>
              <w:t>Транспорт</w:t>
            </w:r>
            <w:r w:rsidRPr="002F7635">
              <w:rPr>
                <w:w w:val="97"/>
              </w:rPr>
              <w:t xml:space="preserve"> </w:t>
            </w:r>
          </w:p>
        </w:tc>
        <w:tc>
          <w:tcPr>
            <w:tcW w:w="784" w:type="dxa"/>
          </w:tcPr>
          <w:p w14:paraId="46761BD3" w14:textId="4B2D1EE5" w:rsidR="00261434" w:rsidRDefault="00261434" w:rsidP="00261434">
            <w:pPr>
              <w:pStyle w:val="affff4"/>
              <w:framePr w:hSpace="0" w:wrap="auto" w:vAnchor="margin" w:hAnchor="text" w:xAlign="left" w:yAlign="inline"/>
              <w:jc w:val="center"/>
              <w:rPr>
                <w:lang w:val="x-none"/>
              </w:rPr>
            </w:pPr>
            <w:r w:rsidRPr="002F7635">
              <w:rPr>
                <w:w w:val="97"/>
                <w:lang w:val="en-US"/>
              </w:rPr>
              <w:t>8</w:t>
            </w:r>
          </w:p>
        </w:tc>
        <w:tc>
          <w:tcPr>
            <w:tcW w:w="1633" w:type="dxa"/>
          </w:tcPr>
          <w:p w14:paraId="3C16434C" w14:textId="0721C1A4" w:rsidR="00261434" w:rsidRDefault="00261434" w:rsidP="00261434">
            <w:pPr>
              <w:pStyle w:val="affff4"/>
              <w:framePr w:hSpace="0" w:wrap="auto" w:vAnchor="margin" w:hAnchor="text" w:xAlign="left" w:yAlign="inline"/>
              <w:jc w:val="center"/>
              <w:rPr>
                <w:lang w:val="x-none"/>
              </w:rPr>
            </w:pPr>
          </w:p>
        </w:tc>
        <w:tc>
          <w:tcPr>
            <w:tcW w:w="4571" w:type="dxa"/>
          </w:tcPr>
          <w:p w14:paraId="23B58AEE" w14:textId="1D070319" w:rsidR="00261434" w:rsidRDefault="00261434" w:rsidP="00261434">
            <w:pPr>
              <w:pStyle w:val="affff4"/>
              <w:framePr w:hSpace="0" w:wrap="auto" w:vAnchor="margin" w:hAnchor="text" w:xAlign="left" w:yAlign="inline"/>
              <w:rPr>
                <w:lang w:val="x-none"/>
              </w:rPr>
            </w:pPr>
            <w:r w:rsidRPr="002F7635">
              <w:rPr>
                <w:lang w:val="en-US"/>
              </w:rPr>
              <w:t>www.yaklass.ru</w:t>
            </w:r>
          </w:p>
        </w:tc>
      </w:tr>
      <w:tr w:rsidR="00261434" w14:paraId="1937BF2D" w14:textId="77777777" w:rsidTr="00261434">
        <w:tc>
          <w:tcPr>
            <w:tcW w:w="734" w:type="dxa"/>
          </w:tcPr>
          <w:p w14:paraId="30D941E7" w14:textId="310E89A2" w:rsidR="00261434" w:rsidRDefault="00261434" w:rsidP="00261434">
            <w:pPr>
              <w:pStyle w:val="affff4"/>
              <w:framePr w:hSpace="0" w:wrap="auto" w:vAnchor="margin" w:hAnchor="text" w:xAlign="left" w:yAlign="inline"/>
              <w:jc w:val="center"/>
              <w:rPr>
                <w:lang w:val="x-none"/>
              </w:rPr>
            </w:pPr>
            <w:r w:rsidRPr="002F7635">
              <w:rPr>
                <w:w w:val="97"/>
                <w:lang w:val="en-US"/>
              </w:rPr>
              <w:t>4</w:t>
            </w:r>
            <w:r w:rsidRPr="002F7635">
              <w:rPr>
                <w:w w:val="97"/>
              </w:rPr>
              <w:t>.</w:t>
            </w:r>
          </w:p>
        </w:tc>
        <w:tc>
          <w:tcPr>
            <w:tcW w:w="2998" w:type="dxa"/>
          </w:tcPr>
          <w:p w14:paraId="19C209E5" w14:textId="15C2E47F" w:rsidR="00261434" w:rsidRDefault="00261434" w:rsidP="00261434">
            <w:pPr>
              <w:pStyle w:val="affff4"/>
              <w:framePr w:hSpace="0" w:wrap="auto" w:vAnchor="margin" w:hAnchor="text" w:xAlign="left" w:yAlign="inline"/>
              <w:rPr>
                <w:lang w:val="x-none"/>
              </w:rPr>
            </w:pPr>
            <w:r w:rsidRPr="002F7635">
              <w:rPr>
                <w:w w:val="97"/>
              </w:rPr>
              <w:t xml:space="preserve">Природа: флора и фауна. Климат, погода. Стихийные бедствия </w:t>
            </w:r>
          </w:p>
        </w:tc>
        <w:tc>
          <w:tcPr>
            <w:tcW w:w="784" w:type="dxa"/>
          </w:tcPr>
          <w:p w14:paraId="44025AE7" w14:textId="59F30855" w:rsidR="00261434" w:rsidRDefault="00261434" w:rsidP="00261434">
            <w:pPr>
              <w:pStyle w:val="affff4"/>
              <w:framePr w:hSpace="0" w:wrap="auto" w:vAnchor="margin" w:hAnchor="text" w:xAlign="left" w:yAlign="inline"/>
              <w:jc w:val="center"/>
              <w:rPr>
                <w:lang w:val="x-none"/>
              </w:rPr>
            </w:pPr>
            <w:r w:rsidRPr="002F7635">
              <w:rPr>
                <w:w w:val="97"/>
              </w:rPr>
              <w:t>1</w:t>
            </w:r>
            <w:r w:rsidR="00432193">
              <w:rPr>
                <w:w w:val="97"/>
                <w:lang w:val="en-US"/>
              </w:rPr>
              <w:t>0</w:t>
            </w:r>
          </w:p>
        </w:tc>
        <w:tc>
          <w:tcPr>
            <w:tcW w:w="1633" w:type="dxa"/>
          </w:tcPr>
          <w:p w14:paraId="2966190D" w14:textId="77777777" w:rsidR="00261434" w:rsidRDefault="00261434" w:rsidP="00261434">
            <w:pPr>
              <w:pStyle w:val="affff4"/>
              <w:framePr w:hSpace="0" w:wrap="auto" w:vAnchor="margin" w:hAnchor="text" w:xAlign="left" w:yAlign="inline"/>
              <w:jc w:val="center"/>
              <w:rPr>
                <w:lang w:val="x-none"/>
              </w:rPr>
            </w:pPr>
          </w:p>
        </w:tc>
        <w:tc>
          <w:tcPr>
            <w:tcW w:w="4571" w:type="dxa"/>
          </w:tcPr>
          <w:p w14:paraId="26475294" w14:textId="3F16F399" w:rsidR="00261434" w:rsidRDefault="00261434" w:rsidP="00261434">
            <w:pPr>
              <w:pStyle w:val="affff4"/>
              <w:framePr w:hSpace="0" w:wrap="auto" w:vAnchor="margin" w:hAnchor="text" w:xAlign="left" w:yAlign="inline"/>
              <w:rPr>
                <w:lang w:val="x-none"/>
              </w:rPr>
            </w:pPr>
            <w:r w:rsidRPr="002F7635">
              <w:t>Электронный католог издательства «Просвещение»</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61434" w14:paraId="24A3091D" w14:textId="77777777" w:rsidTr="00261434">
        <w:tc>
          <w:tcPr>
            <w:tcW w:w="734" w:type="dxa"/>
          </w:tcPr>
          <w:p w14:paraId="0AADD8CC" w14:textId="6E8BFCE3" w:rsidR="00261434" w:rsidRDefault="00261434" w:rsidP="00261434">
            <w:pPr>
              <w:pStyle w:val="affff4"/>
              <w:framePr w:hSpace="0" w:wrap="auto" w:vAnchor="margin" w:hAnchor="text" w:xAlign="left" w:yAlign="inline"/>
              <w:jc w:val="center"/>
              <w:rPr>
                <w:lang w:val="x-none"/>
              </w:rPr>
            </w:pPr>
            <w:r w:rsidRPr="002F7635">
              <w:rPr>
                <w:w w:val="97"/>
                <w:lang w:val="en-US"/>
              </w:rPr>
              <w:t>5</w:t>
            </w:r>
            <w:r w:rsidRPr="002F7635">
              <w:rPr>
                <w:w w:val="97"/>
              </w:rPr>
              <w:t>.</w:t>
            </w:r>
          </w:p>
        </w:tc>
        <w:tc>
          <w:tcPr>
            <w:tcW w:w="2998" w:type="dxa"/>
          </w:tcPr>
          <w:p w14:paraId="4A62CD78" w14:textId="0B71752C" w:rsidR="00261434" w:rsidRDefault="00261434" w:rsidP="00261434">
            <w:pPr>
              <w:pStyle w:val="affff4"/>
              <w:framePr w:hSpace="0" w:wrap="auto" w:vAnchor="margin" w:hAnchor="text" w:xAlign="left" w:yAlign="inline"/>
              <w:rPr>
                <w:lang w:val="x-none"/>
              </w:rPr>
            </w:pPr>
            <w:r w:rsidRPr="002F7635">
              <w:rPr>
                <w:w w:val="97"/>
              </w:rPr>
              <w:t xml:space="preserve">Досуг и увлечения/хобби современного подростка (чтение, кино, театр, музыка, музей, спорт, живопись; компьютерные игры). </w:t>
            </w:r>
          </w:p>
        </w:tc>
        <w:tc>
          <w:tcPr>
            <w:tcW w:w="784" w:type="dxa"/>
          </w:tcPr>
          <w:p w14:paraId="4B7159BF" w14:textId="1AA8D142" w:rsidR="00261434" w:rsidRDefault="00261434" w:rsidP="00261434">
            <w:pPr>
              <w:pStyle w:val="affff4"/>
              <w:framePr w:hSpace="0" w:wrap="auto" w:vAnchor="margin" w:hAnchor="text" w:xAlign="left" w:yAlign="inline"/>
              <w:jc w:val="center"/>
              <w:rPr>
                <w:lang w:val="x-none"/>
              </w:rPr>
            </w:pPr>
            <w:r w:rsidRPr="002F7635">
              <w:rPr>
                <w:w w:val="97"/>
                <w:lang w:val="en-US"/>
              </w:rPr>
              <w:t>1</w:t>
            </w:r>
            <w:r w:rsidRPr="002F7635">
              <w:rPr>
                <w:w w:val="97"/>
              </w:rPr>
              <w:t>2</w:t>
            </w:r>
          </w:p>
        </w:tc>
        <w:tc>
          <w:tcPr>
            <w:tcW w:w="1633" w:type="dxa"/>
          </w:tcPr>
          <w:p w14:paraId="568CD678" w14:textId="54C1253C" w:rsidR="00261434" w:rsidRPr="00432193" w:rsidRDefault="00432193" w:rsidP="00261434">
            <w:pPr>
              <w:pStyle w:val="affff4"/>
              <w:framePr w:hSpace="0" w:wrap="auto" w:vAnchor="margin" w:hAnchor="text" w:xAlign="left" w:yAlign="inline"/>
              <w:jc w:val="center"/>
              <w:rPr>
                <w:lang w:val="en-US"/>
              </w:rPr>
            </w:pPr>
            <w:r>
              <w:rPr>
                <w:lang w:val="en-US"/>
              </w:rPr>
              <w:t>1</w:t>
            </w:r>
          </w:p>
        </w:tc>
        <w:tc>
          <w:tcPr>
            <w:tcW w:w="4571" w:type="dxa"/>
          </w:tcPr>
          <w:p w14:paraId="202ACA63" w14:textId="4EF4AC86" w:rsidR="00261434" w:rsidRDefault="00261434" w:rsidP="00261434">
            <w:pPr>
              <w:pStyle w:val="affff4"/>
              <w:framePr w:hSpace="0" w:wrap="auto" w:vAnchor="margin" w:hAnchor="text" w:xAlign="left" w:yAlign="inline"/>
              <w:rPr>
                <w:lang w:val="x-none"/>
              </w:rPr>
            </w:pPr>
            <w:r w:rsidRPr="002F7635">
              <w:t>Электронный католог издательства «Просвещение»</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61434" w14:paraId="0FB4DA3A" w14:textId="77777777" w:rsidTr="00261434">
        <w:tc>
          <w:tcPr>
            <w:tcW w:w="734" w:type="dxa"/>
          </w:tcPr>
          <w:p w14:paraId="1DA16C83" w14:textId="1B8B76E2" w:rsidR="00261434" w:rsidRDefault="00261434" w:rsidP="00261434">
            <w:pPr>
              <w:pStyle w:val="affff4"/>
              <w:framePr w:hSpace="0" w:wrap="auto" w:vAnchor="margin" w:hAnchor="text" w:xAlign="left" w:yAlign="inline"/>
              <w:jc w:val="center"/>
              <w:rPr>
                <w:lang w:val="x-none"/>
              </w:rPr>
            </w:pPr>
            <w:r w:rsidRPr="002F7635">
              <w:rPr>
                <w:w w:val="97"/>
                <w:lang w:val="en-US"/>
              </w:rPr>
              <w:t>6</w:t>
            </w:r>
          </w:p>
        </w:tc>
        <w:tc>
          <w:tcPr>
            <w:tcW w:w="2998" w:type="dxa"/>
          </w:tcPr>
          <w:p w14:paraId="54CCA24C" w14:textId="505C8CA6" w:rsidR="00261434" w:rsidRDefault="00261434" w:rsidP="00261434">
            <w:pPr>
              <w:pStyle w:val="affff4"/>
              <w:framePr w:hSpace="0" w:wrap="auto" w:vAnchor="margin" w:hAnchor="text" w:xAlign="left" w:yAlign="inline"/>
              <w:rPr>
                <w:lang w:val="x-none"/>
              </w:rPr>
            </w:pPr>
            <w:r w:rsidRPr="002F7635">
              <w:rPr>
                <w:w w:val="97"/>
              </w:rPr>
              <w:t xml:space="preserve">Здоровый образ жизни. Режим труда и отдыха. Фитнес. Сбалансированное питание. Посещение врача </w:t>
            </w:r>
          </w:p>
        </w:tc>
        <w:tc>
          <w:tcPr>
            <w:tcW w:w="784" w:type="dxa"/>
          </w:tcPr>
          <w:p w14:paraId="497B2D1A" w14:textId="14B4104A" w:rsidR="00261434" w:rsidRDefault="00432193" w:rsidP="00261434">
            <w:pPr>
              <w:pStyle w:val="affff4"/>
              <w:framePr w:hSpace="0" w:wrap="auto" w:vAnchor="margin" w:hAnchor="text" w:xAlign="left" w:yAlign="inline"/>
              <w:jc w:val="center"/>
              <w:rPr>
                <w:lang w:val="x-none"/>
              </w:rPr>
            </w:pPr>
            <w:r>
              <w:rPr>
                <w:w w:val="97"/>
              </w:rPr>
              <w:t>15</w:t>
            </w:r>
          </w:p>
        </w:tc>
        <w:tc>
          <w:tcPr>
            <w:tcW w:w="1633" w:type="dxa"/>
          </w:tcPr>
          <w:p w14:paraId="157E2314" w14:textId="77777777" w:rsidR="00261434" w:rsidRDefault="00261434" w:rsidP="00261434">
            <w:pPr>
              <w:pStyle w:val="affff4"/>
              <w:framePr w:hSpace="0" w:wrap="auto" w:vAnchor="margin" w:hAnchor="text" w:xAlign="left" w:yAlign="inline"/>
              <w:jc w:val="center"/>
              <w:rPr>
                <w:lang w:val="x-none"/>
              </w:rPr>
            </w:pPr>
          </w:p>
        </w:tc>
        <w:tc>
          <w:tcPr>
            <w:tcW w:w="4571" w:type="dxa"/>
          </w:tcPr>
          <w:p w14:paraId="60D61372" w14:textId="72ECE9A7" w:rsidR="00261434" w:rsidRDefault="00261434" w:rsidP="00261434">
            <w:pPr>
              <w:pStyle w:val="affff4"/>
              <w:framePr w:hSpace="0" w:wrap="auto" w:vAnchor="margin" w:hAnchor="text" w:xAlign="left" w:yAlign="inline"/>
              <w:rPr>
                <w:lang w:val="x-none"/>
              </w:rPr>
            </w:pPr>
            <w:r w:rsidRPr="002F7635">
              <w:rPr>
                <w:lang w:val="en-US"/>
              </w:rPr>
              <w:t>www.yaklass.ru</w:t>
            </w:r>
          </w:p>
        </w:tc>
      </w:tr>
      <w:tr w:rsidR="00261434" w14:paraId="05A29CAB" w14:textId="77777777" w:rsidTr="00261434">
        <w:tc>
          <w:tcPr>
            <w:tcW w:w="734" w:type="dxa"/>
          </w:tcPr>
          <w:p w14:paraId="2824A66F" w14:textId="05CC982B" w:rsidR="00261434" w:rsidRDefault="00261434" w:rsidP="00261434">
            <w:pPr>
              <w:pStyle w:val="affff4"/>
              <w:framePr w:hSpace="0" w:wrap="auto" w:vAnchor="margin" w:hAnchor="text" w:xAlign="left" w:yAlign="inline"/>
              <w:jc w:val="center"/>
              <w:rPr>
                <w:lang w:val="x-none"/>
              </w:rPr>
            </w:pPr>
            <w:r w:rsidRPr="002F7635">
              <w:rPr>
                <w:w w:val="97"/>
                <w:lang w:val="en-US"/>
              </w:rPr>
              <w:t>7</w:t>
            </w:r>
          </w:p>
        </w:tc>
        <w:tc>
          <w:tcPr>
            <w:tcW w:w="2998" w:type="dxa"/>
          </w:tcPr>
          <w:p w14:paraId="2111AF1E" w14:textId="14F65DB3" w:rsidR="00261434" w:rsidRDefault="00261434" w:rsidP="00261434">
            <w:pPr>
              <w:pStyle w:val="affff4"/>
              <w:framePr w:hSpace="0" w:wrap="auto" w:vAnchor="margin" w:hAnchor="text" w:xAlign="left" w:yAlign="inline"/>
              <w:rPr>
                <w:lang w:val="x-none"/>
              </w:rPr>
            </w:pPr>
            <w:r w:rsidRPr="002F7635">
              <w:rPr>
                <w:w w:val="97"/>
              </w:rPr>
              <w:t>Национальные праздники, знаменательные даты, традиции. Обычаи. Искусство</w:t>
            </w:r>
          </w:p>
        </w:tc>
        <w:tc>
          <w:tcPr>
            <w:tcW w:w="784" w:type="dxa"/>
          </w:tcPr>
          <w:p w14:paraId="3E77CD9E" w14:textId="4A7558B8" w:rsidR="00261434" w:rsidRDefault="00261434" w:rsidP="00261434">
            <w:pPr>
              <w:pStyle w:val="affff4"/>
              <w:framePr w:hSpace="0" w:wrap="auto" w:vAnchor="margin" w:hAnchor="text" w:xAlign="left" w:yAlign="inline"/>
              <w:jc w:val="center"/>
              <w:rPr>
                <w:lang w:val="x-none"/>
              </w:rPr>
            </w:pPr>
            <w:r w:rsidRPr="002F7635">
              <w:rPr>
                <w:w w:val="97"/>
                <w:lang w:val="en-US"/>
              </w:rPr>
              <w:t>8</w:t>
            </w:r>
          </w:p>
        </w:tc>
        <w:tc>
          <w:tcPr>
            <w:tcW w:w="1633" w:type="dxa"/>
          </w:tcPr>
          <w:p w14:paraId="1517F753" w14:textId="6D007813" w:rsidR="00261434" w:rsidRDefault="00261434" w:rsidP="00261434">
            <w:pPr>
              <w:pStyle w:val="affff4"/>
              <w:framePr w:hSpace="0" w:wrap="auto" w:vAnchor="margin" w:hAnchor="text" w:xAlign="left" w:yAlign="inline"/>
              <w:jc w:val="center"/>
              <w:rPr>
                <w:lang w:val="x-none"/>
              </w:rPr>
            </w:pPr>
          </w:p>
        </w:tc>
        <w:tc>
          <w:tcPr>
            <w:tcW w:w="4571" w:type="dxa"/>
          </w:tcPr>
          <w:p w14:paraId="39A18CC8" w14:textId="12D969A2" w:rsidR="00261434" w:rsidRDefault="00261434" w:rsidP="00261434">
            <w:pPr>
              <w:pStyle w:val="affff4"/>
              <w:framePr w:hSpace="0" w:wrap="auto" w:vAnchor="margin" w:hAnchor="text" w:xAlign="left" w:yAlign="inline"/>
              <w:rPr>
                <w:lang w:val="x-none"/>
              </w:rPr>
            </w:pPr>
            <w:r w:rsidRPr="002F7635">
              <w:rPr>
                <w:lang w:val="en-US"/>
              </w:rPr>
              <w:t>www.yaklass.ru</w:t>
            </w:r>
          </w:p>
        </w:tc>
      </w:tr>
      <w:tr w:rsidR="00261434" w14:paraId="520EEB20" w14:textId="77777777" w:rsidTr="00261434">
        <w:tc>
          <w:tcPr>
            <w:tcW w:w="734" w:type="dxa"/>
          </w:tcPr>
          <w:p w14:paraId="4A60EE96" w14:textId="39B616B6" w:rsidR="00261434" w:rsidRDefault="00261434" w:rsidP="00261434">
            <w:pPr>
              <w:pStyle w:val="affff4"/>
              <w:framePr w:hSpace="0" w:wrap="auto" w:vAnchor="margin" w:hAnchor="text" w:xAlign="left" w:yAlign="inline"/>
              <w:jc w:val="center"/>
              <w:rPr>
                <w:lang w:val="x-none"/>
              </w:rPr>
            </w:pPr>
            <w:r w:rsidRPr="002F7635">
              <w:rPr>
                <w:w w:val="97"/>
                <w:lang w:val="en-US"/>
              </w:rPr>
              <w:t>8</w:t>
            </w:r>
            <w:r w:rsidRPr="002F7635">
              <w:rPr>
                <w:w w:val="97"/>
              </w:rPr>
              <w:t>.</w:t>
            </w:r>
          </w:p>
        </w:tc>
        <w:tc>
          <w:tcPr>
            <w:tcW w:w="2998" w:type="dxa"/>
          </w:tcPr>
          <w:p w14:paraId="03ADDF9D" w14:textId="19921A10" w:rsidR="00261434" w:rsidRDefault="00261434" w:rsidP="00261434">
            <w:pPr>
              <w:pStyle w:val="affff4"/>
              <w:framePr w:hSpace="0" w:wrap="auto" w:vAnchor="margin" w:hAnchor="text" w:xAlign="left" w:yAlign="inline"/>
              <w:rPr>
                <w:lang w:val="x-none"/>
              </w:rPr>
            </w:pPr>
            <w:r w:rsidRPr="002F7635">
              <w:rPr>
                <w:w w:val="97"/>
              </w:rPr>
              <w:t>Средства массовой информации. Телевидение.</w:t>
            </w:r>
            <w:r>
              <w:rPr>
                <w:w w:val="97"/>
              </w:rPr>
              <w:t xml:space="preserve"> </w:t>
            </w:r>
            <w:r w:rsidRPr="002F7635">
              <w:rPr>
                <w:w w:val="97"/>
              </w:rPr>
              <w:t xml:space="preserve">Радио. Пресса. Интернет </w:t>
            </w:r>
          </w:p>
        </w:tc>
        <w:tc>
          <w:tcPr>
            <w:tcW w:w="784" w:type="dxa"/>
          </w:tcPr>
          <w:p w14:paraId="40684BD3" w14:textId="14FE9867" w:rsidR="00261434" w:rsidRDefault="00261434" w:rsidP="00261434">
            <w:pPr>
              <w:pStyle w:val="affff4"/>
              <w:framePr w:hSpace="0" w:wrap="auto" w:vAnchor="margin" w:hAnchor="text" w:xAlign="left" w:yAlign="inline"/>
              <w:jc w:val="center"/>
              <w:rPr>
                <w:lang w:val="x-none"/>
              </w:rPr>
            </w:pPr>
            <w:r w:rsidRPr="002F7635">
              <w:rPr>
                <w:w w:val="97"/>
              </w:rPr>
              <w:t>7</w:t>
            </w:r>
          </w:p>
        </w:tc>
        <w:tc>
          <w:tcPr>
            <w:tcW w:w="1633" w:type="dxa"/>
          </w:tcPr>
          <w:p w14:paraId="7C31A38F" w14:textId="77777777" w:rsidR="00261434" w:rsidRDefault="00261434" w:rsidP="00261434">
            <w:pPr>
              <w:pStyle w:val="affff4"/>
              <w:framePr w:hSpace="0" w:wrap="auto" w:vAnchor="margin" w:hAnchor="text" w:xAlign="left" w:yAlign="inline"/>
              <w:jc w:val="center"/>
              <w:rPr>
                <w:lang w:val="x-none"/>
              </w:rPr>
            </w:pPr>
          </w:p>
        </w:tc>
        <w:tc>
          <w:tcPr>
            <w:tcW w:w="4571" w:type="dxa"/>
          </w:tcPr>
          <w:p w14:paraId="552D9DE3" w14:textId="062970ED" w:rsidR="00261434" w:rsidRDefault="00261434" w:rsidP="00261434">
            <w:pPr>
              <w:pStyle w:val="affff4"/>
              <w:framePr w:hSpace="0" w:wrap="auto" w:vAnchor="margin" w:hAnchor="text" w:xAlign="left" w:yAlign="inline"/>
              <w:rPr>
                <w:lang w:val="x-none"/>
              </w:rPr>
            </w:pPr>
            <w:r w:rsidRPr="002F7635">
              <w:rPr>
                <w:lang w:val="en-US"/>
              </w:rPr>
              <w:t>www.yaklass.ru</w:t>
            </w:r>
          </w:p>
        </w:tc>
      </w:tr>
      <w:tr w:rsidR="00261434" w14:paraId="47A9ABE2" w14:textId="77777777" w:rsidTr="00261434">
        <w:tc>
          <w:tcPr>
            <w:tcW w:w="734" w:type="dxa"/>
          </w:tcPr>
          <w:p w14:paraId="215F066A" w14:textId="7EDDEED7" w:rsidR="00261434" w:rsidRDefault="00261434" w:rsidP="00261434">
            <w:pPr>
              <w:pStyle w:val="affff4"/>
              <w:framePr w:hSpace="0" w:wrap="auto" w:vAnchor="margin" w:hAnchor="text" w:xAlign="left" w:yAlign="inline"/>
              <w:jc w:val="center"/>
              <w:rPr>
                <w:lang w:val="x-none"/>
              </w:rPr>
            </w:pPr>
            <w:r w:rsidRPr="002F7635">
              <w:rPr>
                <w:w w:val="97"/>
                <w:lang w:val="en-US"/>
              </w:rPr>
              <w:t>9</w:t>
            </w:r>
            <w:r w:rsidRPr="002F7635">
              <w:rPr>
                <w:w w:val="97"/>
              </w:rPr>
              <w:t>.</w:t>
            </w:r>
          </w:p>
        </w:tc>
        <w:tc>
          <w:tcPr>
            <w:tcW w:w="2998" w:type="dxa"/>
          </w:tcPr>
          <w:p w14:paraId="5585D78A" w14:textId="23209788" w:rsidR="00261434" w:rsidRDefault="00261434" w:rsidP="00261434">
            <w:pPr>
              <w:pStyle w:val="affff4"/>
              <w:framePr w:hSpace="0" w:wrap="auto" w:vAnchor="margin" w:hAnchor="text" w:xAlign="left" w:yAlign="inline"/>
              <w:rPr>
                <w:lang w:val="x-none"/>
              </w:rPr>
            </w:pPr>
            <w:r w:rsidRPr="002F7635">
              <w:rPr>
                <w:w w:val="97"/>
              </w:rPr>
              <w:t>Покупки: одежда, обувь и продукты питания. Карманные деньги. Молодёжная мода</w:t>
            </w:r>
          </w:p>
        </w:tc>
        <w:tc>
          <w:tcPr>
            <w:tcW w:w="784" w:type="dxa"/>
          </w:tcPr>
          <w:p w14:paraId="0AAAAA78" w14:textId="346205C3" w:rsidR="00261434" w:rsidRDefault="00261434" w:rsidP="00261434">
            <w:pPr>
              <w:pStyle w:val="affff4"/>
              <w:framePr w:hSpace="0" w:wrap="auto" w:vAnchor="margin" w:hAnchor="text" w:xAlign="left" w:yAlign="inline"/>
              <w:jc w:val="center"/>
              <w:rPr>
                <w:lang w:val="x-none"/>
              </w:rPr>
            </w:pPr>
            <w:r w:rsidRPr="002F7635">
              <w:rPr>
                <w:w w:val="97"/>
              </w:rPr>
              <w:t>7</w:t>
            </w:r>
          </w:p>
        </w:tc>
        <w:tc>
          <w:tcPr>
            <w:tcW w:w="1633" w:type="dxa"/>
          </w:tcPr>
          <w:p w14:paraId="505A6F32" w14:textId="79B39891" w:rsidR="00261434" w:rsidRDefault="00432193" w:rsidP="00261434">
            <w:pPr>
              <w:pStyle w:val="affff4"/>
              <w:framePr w:hSpace="0" w:wrap="auto" w:vAnchor="margin" w:hAnchor="text" w:xAlign="left" w:yAlign="inline"/>
              <w:jc w:val="center"/>
              <w:rPr>
                <w:lang w:val="x-none"/>
              </w:rPr>
            </w:pPr>
            <w:r>
              <w:t>1</w:t>
            </w:r>
          </w:p>
        </w:tc>
        <w:tc>
          <w:tcPr>
            <w:tcW w:w="4571" w:type="dxa"/>
          </w:tcPr>
          <w:p w14:paraId="23DF46BE" w14:textId="70C28764" w:rsidR="00261434" w:rsidRDefault="00261434" w:rsidP="00261434">
            <w:pPr>
              <w:pStyle w:val="affff4"/>
              <w:framePr w:hSpace="0" w:wrap="auto" w:vAnchor="margin" w:hAnchor="text" w:xAlign="left" w:yAlign="inline"/>
              <w:rPr>
                <w:lang w:val="x-none"/>
              </w:rPr>
            </w:pPr>
            <w:r w:rsidRPr="002F7635">
              <w:t>Электронный католог издательства «Просвещение»</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61434" w14:paraId="57C1CFCE" w14:textId="77777777" w:rsidTr="00261434">
        <w:tc>
          <w:tcPr>
            <w:tcW w:w="734" w:type="dxa"/>
          </w:tcPr>
          <w:p w14:paraId="5333D42B" w14:textId="71D0F638" w:rsidR="00261434" w:rsidRDefault="00261434" w:rsidP="00261434">
            <w:pPr>
              <w:pStyle w:val="affff4"/>
              <w:framePr w:hSpace="0" w:wrap="auto" w:vAnchor="margin" w:hAnchor="text" w:xAlign="left" w:yAlign="inline"/>
              <w:jc w:val="center"/>
              <w:rPr>
                <w:lang w:val="x-none"/>
              </w:rPr>
            </w:pPr>
            <w:r w:rsidRPr="002F7635">
              <w:rPr>
                <w:w w:val="97"/>
                <w:lang w:val="en-US"/>
              </w:rPr>
              <w:t>10</w:t>
            </w:r>
          </w:p>
        </w:tc>
        <w:tc>
          <w:tcPr>
            <w:tcW w:w="2998" w:type="dxa"/>
          </w:tcPr>
          <w:p w14:paraId="065F5203" w14:textId="7882BBF3" w:rsidR="00261434" w:rsidRDefault="00261434" w:rsidP="00261434">
            <w:pPr>
              <w:pStyle w:val="affff4"/>
              <w:framePr w:hSpace="0" w:wrap="auto" w:vAnchor="margin" w:hAnchor="text" w:xAlign="left" w:yAlign="inline"/>
              <w:rPr>
                <w:lang w:val="x-none"/>
              </w:rPr>
            </w:pPr>
            <w:r w:rsidRPr="002F7635">
              <w:rPr>
                <w:w w:val="97"/>
              </w:rPr>
              <w:t>Выдающиеся люди родной страны и стран изучаемого языка, их вклад науку и мировую культуру, государственные деятели, ученые, писатели, поэты</w:t>
            </w:r>
          </w:p>
        </w:tc>
        <w:tc>
          <w:tcPr>
            <w:tcW w:w="784" w:type="dxa"/>
          </w:tcPr>
          <w:p w14:paraId="11D9EF25" w14:textId="4E665497" w:rsidR="00261434" w:rsidRDefault="00432193" w:rsidP="00261434">
            <w:pPr>
              <w:pStyle w:val="affff4"/>
              <w:framePr w:hSpace="0" w:wrap="auto" w:vAnchor="margin" w:hAnchor="text" w:xAlign="left" w:yAlign="inline"/>
              <w:jc w:val="center"/>
              <w:rPr>
                <w:lang w:val="x-none"/>
              </w:rPr>
            </w:pPr>
            <w:r>
              <w:rPr>
                <w:w w:val="97"/>
                <w:lang w:val="en-US"/>
              </w:rPr>
              <w:t>15</w:t>
            </w:r>
          </w:p>
        </w:tc>
        <w:tc>
          <w:tcPr>
            <w:tcW w:w="1633" w:type="dxa"/>
          </w:tcPr>
          <w:p w14:paraId="70B81ECD" w14:textId="00018B2C" w:rsidR="00261434" w:rsidRDefault="00261434" w:rsidP="00261434">
            <w:pPr>
              <w:pStyle w:val="affff4"/>
              <w:framePr w:hSpace="0" w:wrap="auto" w:vAnchor="margin" w:hAnchor="text" w:xAlign="left" w:yAlign="inline"/>
              <w:jc w:val="center"/>
              <w:rPr>
                <w:lang w:val="x-none"/>
              </w:rPr>
            </w:pPr>
          </w:p>
        </w:tc>
        <w:tc>
          <w:tcPr>
            <w:tcW w:w="4571" w:type="dxa"/>
          </w:tcPr>
          <w:p w14:paraId="483942BB" w14:textId="7863225C" w:rsidR="00261434" w:rsidRDefault="00261434" w:rsidP="00261434">
            <w:pPr>
              <w:pStyle w:val="affff4"/>
              <w:framePr w:hSpace="0" w:wrap="auto" w:vAnchor="margin" w:hAnchor="text" w:xAlign="left" w:yAlign="inline"/>
              <w:rPr>
                <w:lang w:val="x-none"/>
              </w:rPr>
            </w:pPr>
            <w:r w:rsidRPr="002F7635">
              <w:t>Электронный католог издательства «Просвещение»</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61434" w14:paraId="78E92DBE" w14:textId="77777777" w:rsidTr="00261434">
        <w:tc>
          <w:tcPr>
            <w:tcW w:w="734" w:type="dxa"/>
          </w:tcPr>
          <w:p w14:paraId="414E03CD" w14:textId="0E2A2041" w:rsidR="00261434" w:rsidRDefault="00261434" w:rsidP="00261434">
            <w:pPr>
              <w:pStyle w:val="affff4"/>
              <w:framePr w:hSpace="0" w:wrap="auto" w:vAnchor="margin" w:hAnchor="text" w:xAlign="left" w:yAlign="inline"/>
              <w:jc w:val="center"/>
              <w:rPr>
                <w:lang w:val="x-none"/>
              </w:rPr>
            </w:pPr>
            <w:r w:rsidRPr="002F7635">
              <w:rPr>
                <w:w w:val="97"/>
                <w:lang w:val="en-US"/>
              </w:rPr>
              <w:t>11.</w:t>
            </w:r>
          </w:p>
        </w:tc>
        <w:tc>
          <w:tcPr>
            <w:tcW w:w="2998" w:type="dxa"/>
          </w:tcPr>
          <w:p w14:paraId="68F4B3E0" w14:textId="012428C5" w:rsidR="00261434" w:rsidRDefault="00261434" w:rsidP="00261434">
            <w:pPr>
              <w:pStyle w:val="affff4"/>
              <w:framePr w:hSpace="0" w:wrap="auto" w:vAnchor="margin" w:hAnchor="text" w:xAlign="left" w:yAlign="inline"/>
              <w:rPr>
                <w:lang w:val="x-none"/>
              </w:rPr>
            </w:pPr>
            <w:r w:rsidRPr="002F7635">
              <w:rPr>
                <w:w w:val="97"/>
              </w:rPr>
              <w:t>Достопримечательности, культурные особенности, страницы истории</w:t>
            </w:r>
          </w:p>
        </w:tc>
        <w:tc>
          <w:tcPr>
            <w:tcW w:w="784" w:type="dxa"/>
          </w:tcPr>
          <w:p w14:paraId="0EA58181" w14:textId="2F14DCED" w:rsidR="00261434" w:rsidRDefault="00432193" w:rsidP="00261434">
            <w:pPr>
              <w:pStyle w:val="affff4"/>
              <w:framePr w:hSpace="0" w:wrap="auto" w:vAnchor="margin" w:hAnchor="text" w:xAlign="left" w:yAlign="inline"/>
              <w:jc w:val="center"/>
              <w:rPr>
                <w:lang w:val="x-none"/>
              </w:rPr>
            </w:pPr>
            <w:r>
              <w:rPr>
                <w:w w:val="97"/>
                <w:lang w:val="en-US"/>
              </w:rPr>
              <w:t>16</w:t>
            </w:r>
          </w:p>
        </w:tc>
        <w:tc>
          <w:tcPr>
            <w:tcW w:w="1633" w:type="dxa"/>
          </w:tcPr>
          <w:p w14:paraId="7E65DF44" w14:textId="1951B630" w:rsidR="00261434" w:rsidRDefault="00261434" w:rsidP="00261434">
            <w:pPr>
              <w:pStyle w:val="affff4"/>
              <w:framePr w:hSpace="0" w:wrap="auto" w:vAnchor="margin" w:hAnchor="text" w:xAlign="left" w:yAlign="inline"/>
              <w:jc w:val="center"/>
              <w:rPr>
                <w:lang w:val="x-none"/>
              </w:rPr>
            </w:pPr>
          </w:p>
        </w:tc>
        <w:tc>
          <w:tcPr>
            <w:tcW w:w="4571" w:type="dxa"/>
          </w:tcPr>
          <w:p w14:paraId="38C8581D" w14:textId="45639496" w:rsidR="00261434" w:rsidRDefault="00261434" w:rsidP="00261434">
            <w:pPr>
              <w:pStyle w:val="affff4"/>
              <w:framePr w:hSpace="0" w:wrap="auto" w:vAnchor="margin" w:hAnchor="text" w:xAlign="left" w:yAlign="inline"/>
              <w:rPr>
                <w:lang w:val="x-none"/>
              </w:rPr>
            </w:pPr>
            <w:r w:rsidRPr="002F7635">
              <w:t>Электронный католог издательства «Просвещение»</w:t>
            </w:r>
            <w:r w:rsidRPr="002F7635">
              <w:rPr>
                <w:lang w:val="en-US"/>
              </w:rPr>
              <w:t>www</w:t>
            </w:r>
            <w:r w:rsidRPr="002F7635">
              <w:t>.</w:t>
            </w:r>
            <w:r w:rsidRPr="002F7635">
              <w:rPr>
                <w:lang w:val="en-US"/>
              </w:rPr>
              <w:t>prosv</w:t>
            </w:r>
            <w:r w:rsidRPr="002F7635">
              <w:t>.</w:t>
            </w:r>
            <w:r w:rsidRPr="002F7635">
              <w:rPr>
                <w:lang w:val="en-US"/>
              </w:rPr>
              <w:t>ru</w:t>
            </w:r>
            <w:r w:rsidRPr="002F7635">
              <w:t>/</w:t>
            </w:r>
            <w:r w:rsidRPr="002F7635">
              <w:rPr>
                <w:lang w:val="en-US"/>
              </w:rPr>
              <w:t>umk</w:t>
            </w:r>
            <w:r w:rsidRPr="002F7635">
              <w:t>/</w:t>
            </w:r>
            <w:r w:rsidRPr="002F7635">
              <w:rPr>
                <w:lang w:val="en-US"/>
              </w:rPr>
              <w:t>starlight</w:t>
            </w:r>
          </w:p>
        </w:tc>
      </w:tr>
      <w:tr w:rsidR="00261434" w14:paraId="72DCC2DF" w14:textId="77777777" w:rsidTr="00261434">
        <w:tc>
          <w:tcPr>
            <w:tcW w:w="3732" w:type="dxa"/>
            <w:gridSpan w:val="2"/>
          </w:tcPr>
          <w:p w14:paraId="248CD0BB" w14:textId="77777777" w:rsidR="00261434" w:rsidRDefault="00261434" w:rsidP="00261434">
            <w:pPr>
              <w:pStyle w:val="affff4"/>
              <w:framePr w:hSpace="0" w:wrap="auto" w:vAnchor="margin" w:hAnchor="text" w:xAlign="left" w:yAlign="inline"/>
              <w:jc w:val="right"/>
              <w:rPr>
                <w:lang w:val="x-none"/>
              </w:rPr>
            </w:pPr>
            <w:r w:rsidRPr="00024040">
              <w:t xml:space="preserve">ОБЩЕЕ КОЛИЧЕСТВО ЧАСОВ </w:t>
            </w:r>
            <w:r>
              <w:br/>
            </w:r>
            <w:r w:rsidRPr="00024040">
              <w:t>ПО ПРОГРАММЕ</w:t>
            </w:r>
          </w:p>
        </w:tc>
        <w:tc>
          <w:tcPr>
            <w:tcW w:w="784" w:type="dxa"/>
          </w:tcPr>
          <w:p w14:paraId="49304F67" w14:textId="3C9267F9" w:rsidR="00261434" w:rsidRDefault="00261434" w:rsidP="00261434">
            <w:pPr>
              <w:pStyle w:val="affff4"/>
              <w:framePr w:hSpace="0" w:wrap="auto" w:vAnchor="margin" w:hAnchor="text" w:xAlign="left" w:yAlign="inline"/>
              <w:jc w:val="center"/>
              <w:rPr>
                <w:lang w:val="x-none"/>
              </w:rPr>
            </w:pPr>
            <w:r w:rsidRPr="002F7635">
              <w:rPr>
                <w:w w:val="97"/>
                <w:lang w:val="en-US"/>
              </w:rPr>
              <w:t>1</w:t>
            </w:r>
            <w:r w:rsidR="00432193">
              <w:rPr>
                <w:w w:val="97"/>
              </w:rPr>
              <w:t>02</w:t>
            </w:r>
          </w:p>
        </w:tc>
        <w:tc>
          <w:tcPr>
            <w:tcW w:w="1633" w:type="dxa"/>
          </w:tcPr>
          <w:p w14:paraId="5D630878" w14:textId="28F4D2AD" w:rsidR="00261434" w:rsidRDefault="00432193" w:rsidP="00261434">
            <w:pPr>
              <w:pStyle w:val="affff4"/>
              <w:framePr w:hSpace="0" w:wrap="auto" w:vAnchor="margin" w:hAnchor="text" w:xAlign="left" w:yAlign="inline"/>
              <w:jc w:val="center"/>
              <w:rPr>
                <w:lang w:val="x-none"/>
              </w:rPr>
            </w:pPr>
            <w:r>
              <w:rPr>
                <w:w w:val="97"/>
              </w:rPr>
              <w:t>3</w:t>
            </w:r>
          </w:p>
        </w:tc>
        <w:tc>
          <w:tcPr>
            <w:tcW w:w="4571" w:type="dxa"/>
          </w:tcPr>
          <w:p w14:paraId="3B48CC92" w14:textId="77777777" w:rsidR="00261434" w:rsidRDefault="00261434" w:rsidP="00261434">
            <w:pPr>
              <w:pStyle w:val="affff4"/>
              <w:framePr w:hSpace="0" w:wrap="auto" w:vAnchor="margin" w:hAnchor="text" w:xAlign="left" w:yAlign="inline"/>
              <w:rPr>
                <w:lang w:val="x-none"/>
              </w:rPr>
            </w:pPr>
          </w:p>
        </w:tc>
      </w:tr>
    </w:tbl>
    <w:p w14:paraId="203C746B" w14:textId="4EF7663D" w:rsidR="00261434" w:rsidRDefault="0026143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E8E48BE" w14:textId="3A674BBC" w:rsidR="00CA5980" w:rsidRPr="0018796E" w:rsidRDefault="00261434" w:rsidP="006F1218">
      <w:pPr>
        <w:pStyle w:val="19"/>
      </w:pPr>
      <w:bookmarkStart w:id="76" w:name="_Toc149647034"/>
      <w:bookmarkStart w:id="77" w:name="_Toc150046078"/>
      <w:bookmarkStart w:id="78" w:name="_Toc150046856"/>
      <w:bookmarkStart w:id="79" w:name="_Toc150047088"/>
      <w:bookmarkStart w:id="80" w:name="_Toc150047338"/>
      <w:r w:rsidRPr="0018796E">
        <w:lastRenderedPageBreak/>
        <w:t>Поурочное планирование</w:t>
      </w:r>
      <w:bookmarkEnd w:id="76"/>
      <w:bookmarkEnd w:id="77"/>
      <w:bookmarkEnd w:id="78"/>
      <w:bookmarkEnd w:id="79"/>
      <w:bookmarkEnd w:id="80"/>
      <w:r w:rsidRPr="0018796E">
        <w:t xml:space="preserve"> </w:t>
      </w:r>
    </w:p>
    <w:p w14:paraId="63898D4B" w14:textId="138C2ADB" w:rsidR="00261434" w:rsidRDefault="00595E4A" w:rsidP="008C718A">
      <w:pPr>
        <w:pStyle w:val="affff1"/>
      </w:pPr>
      <w:bookmarkStart w:id="81" w:name="_Toc138412919"/>
      <w:bookmarkStart w:id="82" w:name="_Toc149647035"/>
      <w:bookmarkStart w:id="83" w:name="_Toc150046079"/>
      <w:bookmarkStart w:id="84" w:name="_Toc150047339"/>
      <w:r w:rsidRPr="002F7635">
        <w:t>5 класс</w:t>
      </w:r>
      <w:bookmarkEnd w:id="81"/>
      <w:bookmarkEnd w:id="82"/>
      <w:bookmarkEnd w:id="83"/>
      <w:bookmarkEnd w:id="84"/>
    </w:p>
    <w:tbl>
      <w:tblPr>
        <w:tblW w:w="10908" w:type="dxa"/>
        <w:tblLayout w:type="fixed"/>
        <w:tblLook w:val="04A0" w:firstRow="1" w:lastRow="0" w:firstColumn="1" w:lastColumn="0" w:noHBand="0" w:noVBand="1"/>
      </w:tblPr>
      <w:tblGrid>
        <w:gridCol w:w="648"/>
        <w:gridCol w:w="6210"/>
        <w:gridCol w:w="850"/>
        <w:gridCol w:w="1310"/>
        <w:gridCol w:w="1890"/>
      </w:tblGrid>
      <w:tr w:rsidR="00595E4A" w:rsidRPr="002F7635" w14:paraId="31FB01D4" w14:textId="77777777" w:rsidTr="00BF6AD1">
        <w:trPr>
          <w:tblHeader/>
        </w:trPr>
        <w:tc>
          <w:tcPr>
            <w:tcW w:w="648" w:type="dxa"/>
            <w:vMerge w:val="restart"/>
            <w:tcBorders>
              <w:top w:val="single" w:sz="4" w:space="0" w:color="auto"/>
              <w:left w:val="single" w:sz="4" w:space="0" w:color="auto"/>
              <w:right w:val="single" w:sz="4" w:space="0" w:color="auto"/>
            </w:tcBorders>
            <w:shd w:val="clear" w:color="auto" w:fill="auto"/>
            <w:noWrap/>
            <w:vAlign w:val="center"/>
          </w:tcPr>
          <w:p w14:paraId="2EFE6238" w14:textId="77777777" w:rsidR="00595E4A" w:rsidRPr="002F7635" w:rsidRDefault="00595E4A" w:rsidP="00BF6AD1">
            <w:pPr>
              <w:spacing w:after="0" w:line="240" w:lineRule="auto"/>
              <w:jc w:val="center"/>
              <w:rPr>
                <w:rFonts w:ascii="Times New Roman" w:eastAsia="Times New Roman" w:hAnsi="Times New Roman" w:cs="Times New Roman"/>
                <w:b/>
                <w:color w:val="000000"/>
                <w:sz w:val="24"/>
                <w:szCs w:val="24"/>
                <w:lang w:val="en-US"/>
              </w:rPr>
            </w:pPr>
            <w:r w:rsidRPr="002F7635">
              <w:rPr>
                <w:rFonts w:ascii="Times New Roman" w:eastAsia="Times New Roman" w:hAnsi="Times New Roman" w:cs="Times New Roman"/>
                <w:b/>
                <w:color w:val="000000"/>
                <w:sz w:val="24"/>
                <w:szCs w:val="24"/>
                <w:lang w:val="en-US"/>
              </w:rPr>
              <w:t>№</w:t>
            </w:r>
          </w:p>
        </w:tc>
        <w:tc>
          <w:tcPr>
            <w:tcW w:w="6210" w:type="dxa"/>
            <w:vMerge w:val="restart"/>
            <w:tcBorders>
              <w:top w:val="single" w:sz="4" w:space="0" w:color="auto"/>
              <w:left w:val="nil"/>
              <w:right w:val="single" w:sz="4" w:space="0" w:color="auto"/>
            </w:tcBorders>
            <w:shd w:val="clear" w:color="auto" w:fill="auto"/>
            <w:vAlign w:val="center"/>
          </w:tcPr>
          <w:p w14:paraId="700ACE5D" w14:textId="77777777" w:rsidR="00595E4A" w:rsidRPr="002F7635" w:rsidRDefault="00595E4A" w:rsidP="00BF6AD1">
            <w:pPr>
              <w:spacing w:after="0" w:line="240" w:lineRule="auto"/>
              <w:jc w:val="center"/>
              <w:rPr>
                <w:rFonts w:ascii="Times New Roman" w:eastAsia="Times New Roman" w:hAnsi="Times New Roman" w:cs="Times New Roman"/>
                <w:b/>
                <w:color w:val="000000"/>
                <w:sz w:val="24"/>
                <w:szCs w:val="24"/>
                <w:lang w:val="en-US"/>
              </w:rPr>
            </w:pPr>
            <w:r w:rsidRPr="002F7635">
              <w:rPr>
                <w:rFonts w:ascii="Times New Roman" w:eastAsia="Times New Roman" w:hAnsi="Times New Roman" w:cs="Times New Roman"/>
                <w:b/>
                <w:color w:val="000000"/>
                <w:sz w:val="24"/>
                <w:szCs w:val="24"/>
                <w:lang w:val="en-US"/>
              </w:rPr>
              <w:t>Тема урока</w:t>
            </w:r>
          </w:p>
        </w:tc>
        <w:tc>
          <w:tcPr>
            <w:tcW w:w="2160" w:type="dxa"/>
            <w:gridSpan w:val="2"/>
            <w:tcBorders>
              <w:top w:val="single" w:sz="4" w:space="0" w:color="auto"/>
              <w:left w:val="nil"/>
              <w:bottom w:val="single" w:sz="4" w:space="0" w:color="auto"/>
              <w:right w:val="single" w:sz="4" w:space="0" w:color="auto"/>
            </w:tcBorders>
            <w:shd w:val="clear" w:color="auto" w:fill="auto"/>
            <w:vAlign w:val="center"/>
          </w:tcPr>
          <w:p w14:paraId="699BC5AF" w14:textId="3DFD2E2C" w:rsidR="00595E4A" w:rsidRPr="002F7635" w:rsidRDefault="00595E4A" w:rsidP="00BF6AD1">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color w:val="000000"/>
                <w:sz w:val="24"/>
                <w:szCs w:val="24"/>
              </w:rPr>
              <w:t xml:space="preserve">Количество </w:t>
            </w:r>
            <w:r w:rsidR="00EA4AE5">
              <w:rPr>
                <w:rFonts w:ascii="Times New Roman" w:eastAsia="Times New Roman" w:hAnsi="Times New Roman" w:cs="Times New Roman"/>
                <w:b/>
                <w:color w:val="000000"/>
                <w:sz w:val="24"/>
                <w:szCs w:val="24"/>
              </w:rPr>
              <w:br/>
            </w:r>
            <w:r w:rsidRPr="002F7635">
              <w:rPr>
                <w:rFonts w:ascii="Times New Roman" w:eastAsia="Times New Roman" w:hAnsi="Times New Roman" w:cs="Times New Roman"/>
                <w:b/>
                <w:color w:val="000000"/>
                <w:sz w:val="24"/>
                <w:szCs w:val="24"/>
              </w:rPr>
              <w:t>часов</w:t>
            </w:r>
          </w:p>
        </w:tc>
        <w:tc>
          <w:tcPr>
            <w:tcW w:w="1890" w:type="dxa"/>
            <w:vMerge w:val="restart"/>
            <w:tcBorders>
              <w:top w:val="single" w:sz="4" w:space="0" w:color="auto"/>
              <w:left w:val="nil"/>
              <w:right w:val="single" w:sz="4" w:space="0" w:color="auto"/>
            </w:tcBorders>
            <w:shd w:val="clear" w:color="auto" w:fill="auto"/>
            <w:vAlign w:val="center"/>
          </w:tcPr>
          <w:p w14:paraId="17FBCD2D" w14:textId="77777777" w:rsidR="00595E4A" w:rsidRPr="002F7635" w:rsidRDefault="00595E4A" w:rsidP="00BF6AD1">
            <w:pPr>
              <w:spacing w:after="0" w:line="240" w:lineRule="auto"/>
              <w:jc w:val="center"/>
              <w:rPr>
                <w:rFonts w:ascii="Times New Roman" w:eastAsia="Times New Roman" w:hAnsi="Times New Roman" w:cs="Times New Roman"/>
                <w:b/>
                <w:color w:val="002060"/>
                <w:sz w:val="24"/>
                <w:szCs w:val="24"/>
              </w:rPr>
            </w:pPr>
            <w:r w:rsidRPr="002F7635">
              <w:rPr>
                <w:rFonts w:ascii="Times New Roman" w:eastAsia="Times New Roman" w:hAnsi="Times New Roman" w:cs="Times New Roman"/>
                <w:b/>
                <w:bCs/>
                <w:color w:val="000000"/>
                <w:sz w:val="24"/>
                <w:szCs w:val="24"/>
                <w:shd w:val="clear" w:color="auto" w:fill="FFFFFF"/>
              </w:rPr>
              <w:t>Виды и формы контроля</w:t>
            </w:r>
          </w:p>
        </w:tc>
      </w:tr>
      <w:tr w:rsidR="00595E4A" w:rsidRPr="002F7635" w14:paraId="29A0D645" w14:textId="77777777" w:rsidTr="00BF6AD1">
        <w:trPr>
          <w:tblHeader/>
        </w:trPr>
        <w:tc>
          <w:tcPr>
            <w:tcW w:w="648" w:type="dxa"/>
            <w:vMerge/>
            <w:tcBorders>
              <w:left w:val="single" w:sz="4" w:space="0" w:color="auto"/>
              <w:bottom w:val="single" w:sz="4" w:space="0" w:color="auto"/>
              <w:right w:val="single" w:sz="4" w:space="0" w:color="auto"/>
            </w:tcBorders>
            <w:shd w:val="clear" w:color="auto" w:fill="C5E0B3"/>
            <w:noWrap/>
            <w:hideMark/>
          </w:tcPr>
          <w:p w14:paraId="0581EAA0" w14:textId="77777777" w:rsidR="00595E4A" w:rsidRPr="002F7635" w:rsidRDefault="00595E4A" w:rsidP="00BF6AD1">
            <w:pPr>
              <w:spacing w:after="0" w:line="240" w:lineRule="auto"/>
              <w:jc w:val="center"/>
              <w:rPr>
                <w:rFonts w:ascii="Times New Roman" w:eastAsia="Times New Roman" w:hAnsi="Times New Roman" w:cs="Times New Roman"/>
                <w:b/>
                <w:color w:val="000000"/>
                <w:sz w:val="24"/>
                <w:szCs w:val="24"/>
                <w:lang w:val="en-US"/>
              </w:rPr>
            </w:pPr>
          </w:p>
        </w:tc>
        <w:tc>
          <w:tcPr>
            <w:tcW w:w="6210" w:type="dxa"/>
            <w:vMerge/>
            <w:tcBorders>
              <w:left w:val="nil"/>
              <w:bottom w:val="single" w:sz="4" w:space="0" w:color="auto"/>
              <w:right w:val="single" w:sz="4" w:space="0" w:color="auto"/>
            </w:tcBorders>
            <w:shd w:val="clear" w:color="auto" w:fill="C5E0B3"/>
            <w:hideMark/>
          </w:tcPr>
          <w:p w14:paraId="6412AFF9" w14:textId="77777777" w:rsidR="00595E4A" w:rsidRPr="002F7635" w:rsidRDefault="00595E4A" w:rsidP="00BF6AD1">
            <w:pPr>
              <w:spacing w:after="0" w:line="240" w:lineRule="auto"/>
              <w:jc w:val="center"/>
              <w:rPr>
                <w:rFonts w:ascii="Times New Roman" w:eastAsia="Times New Roman" w:hAnsi="Times New Roman" w:cs="Times New Roman"/>
                <w:b/>
                <w:color w:val="000000"/>
                <w:sz w:val="24"/>
                <w:szCs w:val="24"/>
                <w:lang w:val="en-US"/>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BF5D7F9" w14:textId="77777777" w:rsidR="00595E4A" w:rsidRPr="002F7635" w:rsidRDefault="00595E4A" w:rsidP="00BF6AD1">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color w:val="000000"/>
                <w:sz w:val="24"/>
                <w:szCs w:val="24"/>
              </w:rPr>
              <w:t>Всего</w:t>
            </w:r>
          </w:p>
        </w:tc>
        <w:tc>
          <w:tcPr>
            <w:tcW w:w="1310" w:type="dxa"/>
            <w:tcBorders>
              <w:top w:val="single" w:sz="4" w:space="0" w:color="auto"/>
              <w:left w:val="nil"/>
              <w:bottom w:val="single" w:sz="4" w:space="0" w:color="auto"/>
              <w:right w:val="single" w:sz="4" w:space="0" w:color="auto"/>
            </w:tcBorders>
            <w:shd w:val="clear" w:color="auto" w:fill="auto"/>
            <w:vAlign w:val="center"/>
          </w:tcPr>
          <w:p w14:paraId="616B303D" w14:textId="77777777" w:rsidR="00595E4A" w:rsidRPr="002F7635" w:rsidRDefault="00595E4A" w:rsidP="00BF6AD1">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color w:val="000000"/>
                <w:sz w:val="24"/>
                <w:szCs w:val="24"/>
              </w:rPr>
              <w:t>Контрольные работы</w:t>
            </w:r>
          </w:p>
        </w:tc>
        <w:tc>
          <w:tcPr>
            <w:tcW w:w="1890" w:type="dxa"/>
            <w:vMerge/>
            <w:tcBorders>
              <w:left w:val="nil"/>
              <w:bottom w:val="single" w:sz="4" w:space="0" w:color="auto"/>
              <w:right w:val="single" w:sz="4" w:space="0" w:color="auto"/>
            </w:tcBorders>
            <w:shd w:val="clear" w:color="auto" w:fill="C5E0B3"/>
          </w:tcPr>
          <w:p w14:paraId="68268A9F" w14:textId="77777777" w:rsidR="00595E4A" w:rsidRPr="002F7635" w:rsidRDefault="00595E4A" w:rsidP="00BF6AD1">
            <w:pPr>
              <w:spacing w:after="0" w:line="240" w:lineRule="auto"/>
              <w:jc w:val="center"/>
              <w:rPr>
                <w:rFonts w:ascii="Times New Roman" w:eastAsia="Times New Roman" w:hAnsi="Times New Roman" w:cs="Times New Roman"/>
                <w:b/>
                <w:color w:val="002060"/>
                <w:sz w:val="24"/>
                <w:szCs w:val="24"/>
                <w:lang w:val="en-US"/>
              </w:rPr>
            </w:pPr>
          </w:p>
        </w:tc>
      </w:tr>
      <w:tr w:rsidR="00595E4A" w:rsidRPr="002F7635" w14:paraId="30B3A5EC"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A48ED1C" w14:textId="1E575B67"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7ABD0F0E" w14:textId="77777777" w:rsidR="00595E4A" w:rsidRPr="002F7635" w:rsidRDefault="00595E4A" w:rsidP="00BF6AD1">
            <w:pPr>
              <w:spacing w:after="0" w:line="240" w:lineRule="auto"/>
              <w:rPr>
                <w:rFonts w:ascii="Times New Roman" w:eastAsia="Times New Roman" w:hAnsi="Times New Roman" w:cs="Times New Roman"/>
                <w:b/>
                <w:bCs/>
                <w:color w:val="000000"/>
                <w:sz w:val="24"/>
                <w:szCs w:val="24"/>
                <w:lang w:eastAsia="ru-RU"/>
              </w:rPr>
            </w:pPr>
            <w:r w:rsidRPr="002F7635">
              <w:rPr>
                <w:rFonts w:ascii="Times New Roman" w:eastAsia="Times New Roman" w:hAnsi="Times New Roman" w:cs="Times New Roman"/>
                <w:color w:val="000000"/>
                <w:sz w:val="24"/>
                <w:szCs w:val="24"/>
              </w:rPr>
              <w:t>ИОТ</w:t>
            </w:r>
            <w:r w:rsidRPr="002F7635">
              <w:rPr>
                <w:rFonts w:ascii="Times New Roman" w:eastAsia="Times New Roman" w:hAnsi="Times New Roman" w:cs="Times New Roman"/>
                <w:color w:val="000000"/>
                <w:sz w:val="24"/>
                <w:szCs w:val="24"/>
                <w:lang w:val="en-US"/>
              </w:rPr>
              <w:t xml:space="preserve"> № 047 – 2014. Starter Unit </w:t>
            </w:r>
            <w:r w:rsidRPr="002F7635">
              <w:rPr>
                <w:rFonts w:ascii="Times New Roman" w:eastAsia="Times New Roman" w:hAnsi="Times New Roman" w:cs="Times New Roman"/>
                <w:color w:val="000000"/>
                <w:sz w:val="24"/>
                <w:szCs w:val="24"/>
              </w:rPr>
              <w:t>Вводный</w:t>
            </w:r>
            <w:r w:rsidRPr="002F7635">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rPr>
              <w:t>урок</w:t>
            </w:r>
            <w:r w:rsidRPr="002F7635">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rPr>
              <w:t>Диалог-знакомство.</w:t>
            </w:r>
          </w:p>
        </w:tc>
        <w:tc>
          <w:tcPr>
            <w:tcW w:w="850" w:type="dxa"/>
            <w:tcBorders>
              <w:top w:val="nil"/>
              <w:left w:val="nil"/>
              <w:bottom w:val="single" w:sz="4" w:space="0" w:color="auto"/>
              <w:right w:val="single" w:sz="4" w:space="0" w:color="auto"/>
            </w:tcBorders>
            <w:shd w:val="clear" w:color="auto" w:fill="auto"/>
            <w:noWrap/>
            <w:hideMark/>
          </w:tcPr>
          <w:p w14:paraId="41F77BA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E4FA15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FED611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B05A945"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6F12965" w14:textId="185A4C32"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1CCDFFA7" w14:textId="77777777" w:rsidR="00595E4A" w:rsidRPr="002F7635" w:rsidRDefault="00595E4A" w:rsidP="00BF6AD1">
            <w:pPr>
              <w:spacing w:after="0" w:line="240" w:lineRule="auto"/>
              <w:rPr>
                <w:rFonts w:ascii="Times New Roman" w:eastAsia="Times New Roman" w:hAnsi="Times New Roman" w:cs="Times New Roman"/>
                <w:b/>
                <w:bCs/>
                <w:color w:val="000000"/>
                <w:sz w:val="24"/>
                <w:szCs w:val="24"/>
                <w:lang w:eastAsia="ru-RU"/>
              </w:rPr>
            </w:pPr>
            <w:r w:rsidRPr="002F7635">
              <w:rPr>
                <w:rFonts w:ascii="Times New Roman" w:eastAsia="Times New Roman" w:hAnsi="Times New Roman" w:cs="Times New Roman"/>
                <w:color w:val="000000"/>
                <w:sz w:val="24"/>
                <w:szCs w:val="24"/>
              </w:rPr>
              <w:t>Повторение. Личная информация. Школьная жизнь, предметы.</w:t>
            </w:r>
          </w:p>
        </w:tc>
        <w:tc>
          <w:tcPr>
            <w:tcW w:w="850" w:type="dxa"/>
            <w:tcBorders>
              <w:top w:val="nil"/>
              <w:left w:val="nil"/>
              <w:bottom w:val="single" w:sz="4" w:space="0" w:color="auto"/>
              <w:right w:val="single" w:sz="4" w:space="0" w:color="auto"/>
            </w:tcBorders>
            <w:shd w:val="clear" w:color="auto" w:fill="auto"/>
            <w:noWrap/>
            <w:hideMark/>
          </w:tcPr>
          <w:p w14:paraId="25D57C2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A09309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1D993EA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B99A1E3"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E928E90" w14:textId="5B29E27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2773D10D"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МОДУЛЬ 1. PEOPLE AROUND THE WORLD</w:t>
            </w:r>
            <w:r w:rsidR="00315B18">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lang w:val="en-US"/>
              </w:rPr>
              <w:t>People around the world/ Люди во всем мире: Страны и Национальности.</w:t>
            </w:r>
          </w:p>
        </w:tc>
        <w:tc>
          <w:tcPr>
            <w:tcW w:w="850" w:type="dxa"/>
            <w:tcBorders>
              <w:top w:val="nil"/>
              <w:left w:val="nil"/>
              <w:bottom w:val="single" w:sz="4" w:space="0" w:color="auto"/>
              <w:right w:val="single" w:sz="4" w:space="0" w:color="auto"/>
            </w:tcBorders>
            <w:shd w:val="clear" w:color="auto" w:fill="auto"/>
            <w:noWrap/>
            <w:hideMark/>
          </w:tcPr>
          <w:p w14:paraId="2127B60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shd w:val="clear" w:color="auto" w:fill="auto"/>
          </w:tcPr>
          <w:p w14:paraId="0B7F811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shd w:val="clear" w:color="auto" w:fill="auto"/>
          </w:tcPr>
          <w:p w14:paraId="35871E1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7D335D9"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FE432EA" w14:textId="70E1FA4B"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208236B7"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de-DE"/>
              </w:rPr>
              <w:t>Sports &amp; Hobbies /</w:t>
            </w:r>
            <w:r w:rsidRPr="002F7635">
              <w:rPr>
                <w:rFonts w:ascii="Times New Roman" w:eastAsia="Times New Roman" w:hAnsi="Times New Roman" w:cs="Times New Roman"/>
                <w:color w:val="000000"/>
                <w:sz w:val="24"/>
                <w:szCs w:val="24"/>
              </w:rPr>
              <w:t>Спорт</w:t>
            </w:r>
            <w:r w:rsidRPr="002F7635">
              <w:rPr>
                <w:rFonts w:ascii="Times New Roman" w:eastAsia="Times New Roman" w:hAnsi="Times New Roman" w:cs="Times New Roman"/>
                <w:color w:val="000000"/>
                <w:sz w:val="24"/>
                <w:szCs w:val="24"/>
                <w:lang w:val="de-DE"/>
              </w:rPr>
              <w:t xml:space="preserve"> </w:t>
            </w:r>
            <w:r w:rsidRPr="002F7635">
              <w:rPr>
                <w:rFonts w:ascii="Times New Roman" w:eastAsia="Times New Roman" w:hAnsi="Times New Roman" w:cs="Times New Roman"/>
                <w:color w:val="000000"/>
                <w:sz w:val="24"/>
                <w:szCs w:val="24"/>
              </w:rPr>
              <w:t>и</w:t>
            </w:r>
            <w:r w:rsidRPr="002F7635">
              <w:rPr>
                <w:rFonts w:ascii="Times New Roman" w:eastAsia="Times New Roman" w:hAnsi="Times New Roman" w:cs="Times New Roman"/>
                <w:color w:val="000000"/>
                <w:sz w:val="24"/>
                <w:szCs w:val="24"/>
                <w:lang w:val="de-DE"/>
              </w:rPr>
              <w:t xml:space="preserve"> </w:t>
            </w:r>
            <w:r w:rsidRPr="002F7635">
              <w:rPr>
                <w:rFonts w:ascii="Times New Roman" w:eastAsia="Times New Roman" w:hAnsi="Times New Roman" w:cs="Times New Roman"/>
                <w:color w:val="000000"/>
                <w:sz w:val="24"/>
                <w:szCs w:val="24"/>
              </w:rPr>
              <w:t>хобби</w:t>
            </w:r>
            <w:r w:rsidRPr="002F7635">
              <w:rPr>
                <w:rFonts w:ascii="Times New Roman" w:eastAsia="Times New Roman" w:hAnsi="Times New Roman" w:cs="Times New Roman"/>
                <w:color w:val="000000"/>
                <w:sz w:val="24"/>
                <w:szCs w:val="24"/>
                <w:lang w:val="de-DE"/>
              </w:rPr>
              <w:t xml:space="preserve">: </w:t>
            </w:r>
            <w:r w:rsidRPr="002F7635">
              <w:rPr>
                <w:rFonts w:ascii="Times New Roman" w:eastAsia="Times New Roman" w:hAnsi="Times New Roman" w:cs="Times New Roman"/>
                <w:color w:val="000000"/>
                <w:sz w:val="24"/>
                <w:szCs w:val="24"/>
                <w:lang w:val="en-US"/>
              </w:rPr>
              <w:t>to</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be</w:t>
            </w:r>
            <w:r w:rsidRPr="002F7635">
              <w:rPr>
                <w:rFonts w:ascii="Times New Roman" w:eastAsia="Times New Roman" w:hAnsi="Times New Roman" w:cs="Times New Roman"/>
                <w:color w:val="000000"/>
                <w:sz w:val="24"/>
                <w:szCs w:val="24"/>
              </w:rPr>
              <w:t xml:space="preserve"> (утвердительное предложение)</w:t>
            </w:r>
            <w:r w:rsidRPr="002F7635">
              <w:rPr>
                <w:rFonts w:ascii="Times New Roman" w:eastAsia="Times New Roman" w:hAnsi="Times New Roman" w:cs="Times New Roman"/>
                <w:color w:val="000000"/>
                <w:sz w:val="24"/>
                <w:szCs w:val="24"/>
                <w:lang w:val="de-DE"/>
              </w:rPr>
              <w:t>.</w:t>
            </w:r>
          </w:p>
        </w:tc>
        <w:tc>
          <w:tcPr>
            <w:tcW w:w="850" w:type="dxa"/>
            <w:tcBorders>
              <w:top w:val="nil"/>
              <w:left w:val="nil"/>
              <w:bottom w:val="single" w:sz="4" w:space="0" w:color="auto"/>
              <w:right w:val="single" w:sz="4" w:space="0" w:color="auto"/>
            </w:tcBorders>
            <w:shd w:val="clear" w:color="auto" w:fill="auto"/>
            <w:noWrap/>
            <w:hideMark/>
          </w:tcPr>
          <w:p w14:paraId="3E79E02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497F6B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34E0316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624C62C"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1CC596FB" w14:textId="284C143F"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633DEA28" w14:textId="77777777" w:rsidR="00595E4A" w:rsidRPr="002F7635" w:rsidRDefault="00595E4A" w:rsidP="00BF6AD1">
            <w:pPr>
              <w:spacing w:after="0" w:line="240" w:lineRule="auto"/>
              <w:rPr>
                <w:rFonts w:ascii="Times New Roman" w:eastAsia="Times New Roman" w:hAnsi="Times New Roman" w:cs="Times New Roman"/>
                <w:sz w:val="24"/>
                <w:szCs w:val="24"/>
                <w:lang w:val="en-US"/>
              </w:rPr>
            </w:pPr>
            <w:r w:rsidRPr="002F7635">
              <w:rPr>
                <w:rFonts w:ascii="Times New Roman" w:eastAsia="Times New Roman" w:hAnsi="Times New Roman" w:cs="Times New Roman"/>
                <w:color w:val="000000"/>
                <w:sz w:val="24"/>
                <w:szCs w:val="24"/>
                <w:lang w:val="en-US"/>
              </w:rPr>
              <w:t>Star forum. My favourite sport.</w:t>
            </w:r>
          </w:p>
        </w:tc>
        <w:tc>
          <w:tcPr>
            <w:tcW w:w="850" w:type="dxa"/>
            <w:tcBorders>
              <w:top w:val="nil"/>
              <w:left w:val="nil"/>
              <w:bottom w:val="single" w:sz="4" w:space="0" w:color="auto"/>
              <w:right w:val="single" w:sz="4" w:space="0" w:color="auto"/>
            </w:tcBorders>
            <w:shd w:val="clear" w:color="auto" w:fill="auto"/>
            <w:noWrap/>
          </w:tcPr>
          <w:p w14:paraId="594CEB9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76F7627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B88475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D30D28F"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BD32DFF" w14:textId="09B1784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7F986953" w14:textId="77777777" w:rsidR="00595E4A" w:rsidRPr="002F7635" w:rsidRDefault="00595E4A" w:rsidP="00BF6AD1">
            <w:pPr>
              <w:spacing w:after="0" w:line="240" w:lineRule="auto"/>
              <w:rPr>
                <w:rFonts w:ascii="Times New Roman" w:eastAsia="Times New Roman" w:hAnsi="Times New Roman" w:cs="Times New Roman"/>
                <w:bCs/>
                <w:color w:val="000000"/>
                <w:sz w:val="24"/>
                <w:szCs w:val="24"/>
                <w:lang w:eastAsia="ru-RU"/>
              </w:rPr>
            </w:pPr>
            <w:r w:rsidRPr="002F7635">
              <w:rPr>
                <w:rFonts w:ascii="Times New Roman" w:eastAsia="Times New Roman" w:hAnsi="Times New Roman" w:cs="Times New Roman"/>
                <w:color w:val="000000"/>
                <w:sz w:val="24"/>
                <w:szCs w:val="24"/>
                <w:lang w:val="en-US"/>
              </w:rPr>
              <w:t>Jobs</w:t>
            </w:r>
            <w:r w:rsidRPr="002F7635">
              <w:rPr>
                <w:rFonts w:ascii="Times New Roman" w:eastAsia="Times New Roman" w:hAnsi="Times New Roman" w:cs="Times New Roman"/>
                <w:color w:val="000000"/>
                <w:sz w:val="24"/>
                <w:szCs w:val="24"/>
              </w:rPr>
              <w:t xml:space="preserve">/Профессии. Отрицательная и вопросительная форма </w:t>
            </w:r>
            <w:r w:rsidRPr="002F7635">
              <w:rPr>
                <w:rFonts w:ascii="Times New Roman" w:eastAsia="Times New Roman" w:hAnsi="Times New Roman" w:cs="Times New Roman"/>
                <w:color w:val="000000"/>
                <w:sz w:val="24"/>
                <w:szCs w:val="24"/>
                <w:lang w:val="en-US"/>
              </w:rPr>
              <w:t>to</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be</w:t>
            </w:r>
          </w:p>
        </w:tc>
        <w:tc>
          <w:tcPr>
            <w:tcW w:w="850" w:type="dxa"/>
            <w:tcBorders>
              <w:top w:val="nil"/>
              <w:left w:val="nil"/>
              <w:bottom w:val="single" w:sz="4" w:space="0" w:color="auto"/>
              <w:right w:val="single" w:sz="4" w:space="0" w:color="auto"/>
            </w:tcBorders>
            <w:shd w:val="clear" w:color="auto" w:fill="auto"/>
            <w:noWrap/>
            <w:hideMark/>
          </w:tcPr>
          <w:p w14:paraId="150D7F4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1D79BE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783FA9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64EA9DC"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050AAD24" w14:textId="785EEE09"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05A0F4DB"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Jobs</w:t>
            </w:r>
            <w:r w:rsidRPr="002F7635">
              <w:rPr>
                <w:rFonts w:ascii="Times New Roman" w:eastAsia="Times New Roman" w:hAnsi="Times New Roman" w:cs="Times New Roman"/>
                <w:color w:val="000000"/>
                <w:sz w:val="24"/>
                <w:szCs w:val="24"/>
              </w:rPr>
              <w:t xml:space="preserve"> /Профессии. Личные и притяжательные местоимения. Диалог о любимой книге.</w:t>
            </w:r>
          </w:p>
        </w:tc>
        <w:tc>
          <w:tcPr>
            <w:tcW w:w="850" w:type="dxa"/>
            <w:tcBorders>
              <w:top w:val="nil"/>
              <w:left w:val="nil"/>
              <w:bottom w:val="single" w:sz="4" w:space="0" w:color="auto"/>
              <w:right w:val="single" w:sz="4" w:space="0" w:color="auto"/>
            </w:tcBorders>
            <w:shd w:val="clear" w:color="auto" w:fill="auto"/>
            <w:noWrap/>
          </w:tcPr>
          <w:p w14:paraId="0ADE209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06943E8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030AC4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630E7755"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4BBB4DBC"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6BA20820" w14:textId="0FACF429" w:rsidR="00211815" w:rsidRPr="00ED6EF4" w:rsidRDefault="00211815" w:rsidP="00BF6AD1">
            <w:pPr>
              <w:spacing w:after="0" w:line="240" w:lineRule="auto"/>
              <w:rPr>
                <w:rFonts w:ascii="Times New Roman" w:eastAsia="Times New Roman" w:hAnsi="Times New Roman" w:cs="Times New Roman"/>
                <w:b/>
                <w:color w:val="000000"/>
                <w:sz w:val="24"/>
                <w:szCs w:val="24"/>
              </w:rPr>
            </w:pPr>
            <w:r w:rsidRPr="00ED6EF4">
              <w:rPr>
                <w:rFonts w:ascii="Times New Roman" w:eastAsia="Times New Roman" w:hAnsi="Times New Roman" w:cs="Times New Roman"/>
                <w:b/>
                <w:color w:val="000000"/>
                <w:sz w:val="24"/>
                <w:szCs w:val="24"/>
              </w:rPr>
              <w:t>Входное тестирование</w:t>
            </w:r>
          </w:p>
        </w:tc>
        <w:tc>
          <w:tcPr>
            <w:tcW w:w="850" w:type="dxa"/>
            <w:tcBorders>
              <w:top w:val="nil"/>
              <w:left w:val="nil"/>
              <w:bottom w:val="single" w:sz="4" w:space="0" w:color="auto"/>
              <w:right w:val="single" w:sz="4" w:space="0" w:color="auto"/>
            </w:tcBorders>
            <w:shd w:val="clear" w:color="auto" w:fill="auto"/>
            <w:noWrap/>
          </w:tcPr>
          <w:p w14:paraId="421EA3DE" w14:textId="00B00A6D" w:rsidR="00211815" w:rsidRPr="00ED6EF4" w:rsidRDefault="00211815" w:rsidP="00BF6AD1">
            <w:pPr>
              <w:spacing w:after="0" w:line="240" w:lineRule="auto"/>
              <w:jc w:val="center"/>
              <w:rPr>
                <w:rFonts w:ascii="Times New Roman" w:eastAsia="Times New Roman" w:hAnsi="Times New Roman" w:cs="Times New Roman"/>
                <w:b/>
                <w:color w:val="000000"/>
                <w:sz w:val="24"/>
                <w:szCs w:val="24"/>
                <w:lang w:eastAsia="ru-RU"/>
              </w:rPr>
            </w:pPr>
            <w:r w:rsidRPr="00ED6EF4">
              <w:rPr>
                <w:rFonts w:ascii="Times New Roman" w:eastAsia="Times New Roman" w:hAnsi="Times New Roman" w:cs="Times New Roman"/>
                <w:b/>
                <w:color w:val="000000"/>
                <w:sz w:val="24"/>
                <w:szCs w:val="24"/>
                <w:lang w:eastAsia="ru-RU"/>
              </w:rPr>
              <w:t>1</w:t>
            </w:r>
          </w:p>
        </w:tc>
        <w:tc>
          <w:tcPr>
            <w:tcW w:w="1310" w:type="dxa"/>
            <w:tcBorders>
              <w:top w:val="nil"/>
              <w:left w:val="nil"/>
              <w:bottom w:val="single" w:sz="4" w:space="0" w:color="auto"/>
              <w:right w:val="single" w:sz="4" w:space="0" w:color="auto"/>
            </w:tcBorders>
          </w:tcPr>
          <w:p w14:paraId="2C815963" w14:textId="1EBE55D8" w:rsidR="00211815" w:rsidRPr="00ED6EF4" w:rsidRDefault="00211815" w:rsidP="00BF6AD1">
            <w:pPr>
              <w:spacing w:after="0" w:line="240" w:lineRule="auto"/>
              <w:jc w:val="center"/>
              <w:rPr>
                <w:rFonts w:ascii="Times New Roman" w:eastAsia="Times New Roman" w:hAnsi="Times New Roman" w:cs="Times New Roman"/>
                <w:b/>
                <w:color w:val="000000"/>
                <w:sz w:val="24"/>
                <w:szCs w:val="24"/>
                <w:lang w:eastAsia="ru-RU"/>
              </w:rPr>
            </w:pPr>
            <w:r w:rsidRPr="00ED6EF4">
              <w:rPr>
                <w:rFonts w:ascii="Times New Roman" w:eastAsia="Times New Roman" w:hAnsi="Times New Roman" w:cs="Times New Roman"/>
                <w:b/>
                <w:color w:val="000000"/>
                <w:sz w:val="24"/>
                <w:szCs w:val="24"/>
                <w:lang w:eastAsia="ru-RU"/>
              </w:rPr>
              <w:t>1</w:t>
            </w:r>
          </w:p>
        </w:tc>
        <w:tc>
          <w:tcPr>
            <w:tcW w:w="1890" w:type="dxa"/>
            <w:tcBorders>
              <w:top w:val="nil"/>
              <w:left w:val="nil"/>
              <w:bottom w:val="single" w:sz="4" w:space="0" w:color="auto"/>
              <w:right w:val="single" w:sz="4" w:space="0" w:color="auto"/>
            </w:tcBorders>
          </w:tcPr>
          <w:p w14:paraId="794EE75B" w14:textId="76394A98" w:rsidR="00211815" w:rsidRPr="00ED6EF4" w:rsidRDefault="00211815" w:rsidP="00BF6AD1">
            <w:pPr>
              <w:spacing w:after="0" w:line="240" w:lineRule="auto"/>
              <w:jc w:val="center"/>
              <w:rPr>
                <w:rFonts w:ascii="Times New Roman" w:eastAsia="Times New Roman" w:hAnsi="Times New Roman" w:cs="Times New Roman"/>
                <w:b/>
                <w:color w:val="000000"/>
                <w:sz w:val="24"/>
                <w:szCs w:val="24"/>
                <w:lang w:eastAsia="ru-RU"/>
              </w:rPr>
            </w:pPr>
            <w:r w:rsidRPr="00ED6EF4">
              <w:rPr>
                <w:rFonts w:ascii="Times New Roman" w:eastAsia="Times New Roman" w:hAnsi="Times New Roman" w:cs="Times New Roman"/>
                <w:b/>
                <w:color w:val="000000"/>
                <w:sz w:val="24"/>
                <w:szCs w:val="24"/>
                <w:lang w:eastAsia="ru-RU"/>
              </w:rPr>
              <w:t>тест</w:t>
            </w:r>
          </w:p>
        </w:tc>
      </w:tr>
      <w:tr w:rsidR="00595E4A" w:rsidRPr="002F7635" w14:paraId="1D4BDB22"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BD93093" w14:textId="5A7D27CC"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vAlign w:val="center"/>
          </w:tcPr>
          <w:p w14:paraId="262924BC"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Appearance</w:t>
            </w:r>
            <w:r w:rsidRPr="002F7635">
              <w:rPr>
                <w:rFonts w:ascii="Times New Roman" w:eastAsia="Times New Roman" w:hAnsi="Times New Roman" w:cs="Times New Roman"/>
                <w:color w:val="000000"/>
                <w:sz w:val="24"/>
                <w:szCs w:val="24"/>
              </w:rPr>
              <w:t>/ Внешность.</w:t>
            </w:r>
            <w:r w:rsidR="00315B18">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rPr>
              <w:t xml:space="preserve">Утвердительная, отрицательная и вопросительная формы глагола </w:t>
            </w:r>
            <w:r w:rsidRPr="002F7635">
              <w:rPr>
                <w:rFonts w:ascii="Times New Roman" w:eastAsia="Times New Roman" w:hAnsi="Times New Roman" w:cs="Times New Roman"/>
                <w:color w:val="000000"/>
                <w:sz w:val="24"/>
                <w:szCs w:val="24"/>
                <w:lang w:val="en-US"/>
              </w:rPr>
              <w:t>have</w:t>
            </w:r>
            <w:r w:rsidRPr="002F7635">
              <w:rPr>
                <w:rFonts w:ascii="Times New Roman" w:eastAsia="Times New Roman" w:hAnsi="Times New Roman" w:cs="Times New Roman"/>
                <w:color w:val="000000"/>
                <w:sz w:val="24"/>
                <w:szCs w:val="24"/>
              </w:rPr>
              <w:t>/</w:t>
            </w:r>
            <w:r w:rsidRPr="002F7635">
              <w:rPr>
                <w:rFonts w:ascii="Times New Roman" w:eastAsia="Times New Roman" w:hAnsi="Times New Roman" w:cs="Times New Roman"/>
                <w:color w:val="000000"/>
                <w:sz w:val="24"/>
                <w:szCs w:val="24"/>
                <w:lang w:val="en-US"/>
              </w:rPr>
              <w:t>has</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got</w:t>
            </w:r>
            <w:r w:rsidRPr="002F7635">
              <w:rPr>
                <w:rFonts w:ascii="Times New Roman" w:eastAsia="Times New Roman" w:hAnsi="Times New Roman" w:cs="Times New Roman"/>
                <w:color w:val="000000"/>
                <w:sz w:val="24"/>
                <w:szCs w:val="24"/>
              </w:rPr>
              <w:t>.</w:t>
            </w:r>
          </w:p>
        </w:tc>
        <w:tc>
          <w:tcPr>
            <w:tcW w:w="850" w:type="dxa"/>
            <w:tcBorders>
              <w:top w:val="nil"/>
              <w:left w:val="nil"/>
              <w:bottom w:val="single" w:sz="4" w:space="0" w:color="auto"/>
              <w:right w:val="single" w:sz="4" w:space="0" w:color="auto"/>
            </w:tcBorders>
            <w:shd w:val="clear" w:color="auto" w:fill="auto"/>
            <w:noWrap/>
            <w:hideMark/>
          </w:tcPr>
          <w:p w14:paraId="1373160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120698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37C295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21657F2"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22274FB" w14:textId="0E6C910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EEE7B8D"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Special people. Люди из племени.</w:t>
            </w:r>
          </w:p>
        </w:tc>
        <w:tc>
          <w:tcPr>
            <w:tcW w:w="850" w:type="dxa"/>
            <w:tcBorders>
              <w:top w:val="nil"/>
              <w:left w:val="nil"/>
              <w:bottom w:val="single" w:sz="4" w:space="0" w:color="auto"/>
              <w:right w:val="single" w:sz="4" w:space="0" w:color="auto"/>
            </w:tcBorders>
            <w:shd w:val="clear" w:color="auto" w:fill="auto"/>
            <w:noWrap/>
            <w:hideMark/>
          </w:tcPr>
          <w:p w14:paraId="1E06BD2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3940F9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6226B5B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34233B3"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2E389B4F" w14:textId="7604A42A"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CAAE89D"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Games</w:t>
            </w:r>
            <w:r w:rsidRPr="002F7635">
              <w:rPr>
                <w:rFonts w:ascii="Times New Roman" w:eastAsia="Times New Roman" w:hAnsi="Times New Roman" w:cs="Times New Roman"/>
                <w:color w:val="000000"/>
                <w:sz w:val="24"/>
                <w:szCs w:val="24"/>
              </w:rPr>
              <w:t>&amp;</w:t>
            </w:r>
            <w:r w:rsidRPr="002F7635">
              <w:rPr>
                <w:rFonts w:ascii="Times New Roman" w:eastAsia="Times New Roman" w:hAnsi="Times New Roman" w:cs="Times New Roman"/>
                <w:color w:val="000000"/>
                <w:sz w:val="24"/>
                <w:szCs w:val="24"/>
                <w:lang w:val="en-US"/>
              </w:rPr>
              <w:t>Leisure</w:t>
            </w:r>
            <w:r w:rsidRPr="002F7635">
              <w:rPr>
                <w:rFonts w:ascii="Times New Roman" w:eastAsia="Times New Roman" w:hAnsi="Times New Roman" w:cs="Times New Roman"/>
                <w:color w:val="000000"/>
                <w:sz w:val="24"/>
                <w:szCs w:val="24"/>
              </w:rPr>
              <w:t xml:space="preserve"> / Игры и досуг: Виды спорта. </w:t>
            </w:r>
            <w:r w:rsidRPr="002F7635">
              <w:rPr>
                <w:rFonts w:ascii="Times New Roman" w:eastAsia="Times New Roman" w:hAnsi="Times New Roman" w:cs="Times New Roman"/>
                <w:color w:val="000000"/>
                <w:sz w:val="24"/>
                <w:szCs w:val="24"/>
                <w:lang w:val="en-US"/>
              </w:rPr>
              <w:t>Спортивные звезды.</w:t>
            </w:r>
          </w:p>
        </w:tc>
        <w:tc>
          <w:tcPr>
            <w:tcW w:w="850" w:type="dxa"/>
            <w:tcBorders>
              <w:top w:val="nil"/>
              <w:left w:val="nil"/>
              <w:bottom w:val="single" w:sz="4" w:space="0" w:color="auto"/>
              <w:right w:val="single" w:sz="4" w:space="0" w:color="auto"/>
            </w:tcBorders>
            <w:shd w:val="clear" w:color="auto" w:fill="auto"/>
            <w:noWrap/>
            <w:hideMark/>
          </w:tcPr>
          <w:p w14:paraId="53AAA16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3FDF7F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11F27A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47BEA83"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0DC62CAD" w14:textId="2B1ACB4E"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06ACA9BD"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Games</w:t>
            </w:r>
            <w:r w:rsidRPr="002F7635">
              <w:rPr>
                <w:rFonts w:ascii="Times New Roman" w:eastAsia="Times New Roman" w:hAnsi="Times New Roman" w:cs="Times New Roman"/>
                <w:color w:val="000000"/>
                <w:sz w:val="24"/>
                <w:szCs w:val="24"/>
              </w:rPr>
              <w:t>&amp;</w:t>
            </w:r>
            <w:r w:rsidRPr="002F7635">
              <w:rPr>
                <w:rFonts w:ascii="Times New Roman" w:eastAsia="Times New Roman" w:hAnsi="Times New Roman" w:cs="Times New Roman"/>
                <w:color w:val="000000"/>
                <w:sz w:val="24"/>
                <w:szCs w:val="24"/>
                <w:lang w:val="en-US"/>
              </w:rPr>
              <w:t>Leisure</w:t>
            </w:r>
            <w:r w:rsidRPr="002F7635">
              <w:rPr>
                <w:rFonts w:ascii="Times New Roman" w:eastAsia="Times New Roman" w:hAnsi="Times New Roman" w:cs="Times New Roman"/>
                <w:color w:val="000000"/>
                <w:sz w:val="24"/>
                <w:szCs w:val="24"/>
              </w:rPr>
              <w:t>/ Игры и досуг: степени сравнения прилагательных.</w:t>
            </w:r>
          </w:p>
        </w:tc>
        <w:tc>
          <w:tcPr>
            <w:tcW w:w="850" w:type="dxa"/>
            <w:tcBorders>
              <w:top w:val="nil"/>
              <w:left w:val="nil"/>
              <w:bottom w:val="single" w:sz="4" w:space="0" w:color="auto"/>
              <w:right w:val="single" w:sz="4" w:space="0" w:color="auto"/>
            </w:tcBorders>
            <w:shd w:val="clear" w:color="auto" w:fill="auto"/>
            <w:noWrap/>
          </w:tcPr>
          <w:p w14:paraId="28F876A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5EED9B7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C72358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F47D7DE"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0E06A19" w14:textId="3DF6467A"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7C5317FF" w14:textId="77777777" w:rsidR="00595E4A" w:rsidRPr="002F7635" w:rsidRDefault="00595E4A" w:rsidP="00BF6AD1">
            <w:pPr>
              <w:spacing w:after="0" w:line="240" w:lineRule="auto"/>
              <w:rPr>
                <w:rFonts w:ascii="Times New Roman" w:eastAsia="Times New Roman" w:hAnsi="Times New Roman" w:cs="Times New Roman"/>
                <w:sz w:val="24"/>
                <w:szCs w:val="24"/>
                <w:lang w:val="en-US"/>
              </w:rPr>
            </w:pPr>
            <w:r w:rsidRPr="002F7635">
              <w:rPr>
                <w:rFonts w:ascii="Times New Roman" w:eastAsia="Times New Roman" w:hAnsi="Times New Roman" w:cs="Times New Roman"/>
                <w:color w:val="000000"/>
                <w:sz w:val="24"/>
                <w:szCs w:val="24"/>
                <w:lang w:val="en-US"/>
              </w:rPr>
              <w:t>Skills</w:t>
            </w:r>
            <w:r w:rsidRPr="002F7635">
              <w:rPr>
                <w:rFonts w:ascii="Times New Roman" w:eastAsia="Times New Roman" w:hAnsi="Times New Roman" w:cs="Times New Roman"/>
                <w:color w:val="000000"/>
                <w:sz w:val="24"/>
                <w:szCs w:val="24"/>
              </w:rPr>
              <w:t xml:space="preserve"> /Навыки и умения. Глагол </w:t>
            </w:r>
            <w:r w:rsidRPr="002F7635">
              <w:rPr>
                <w:rFonts w:ascii="Times New Roman" w:eastAsia="Times New Roman" w:hAnsi="Times New Roman" w:cs="Times New Roman"/>
                <w:color w:val="000000"/>
                <w:sz w:val="24"/>
                <w:szCs w:val="24"/>
                <w:lang w:val="en-US"/>
              </w:rPr>
              <w:t>can</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Вопросительные слова.</w:t>
            </w:r>
          </w:p>
        </w:tc>
        <w:tc>
          <w:tcPr>
            <w:tcW w:w="850" w:type="dxa"/>
            <w:tcBorders>
              <w:top w:val="nil"/>
              <w:left w:val="nil"/>
              <w:bottom w:val="single" w:sz="4" w:space="0" w:color="auto"/>
              <w:right w:val="single" w:sz="4" w:space="0" w:color="auto"/>
            </w:tcBorders>
            <w:shd w:val="clear" w:color="auto" w:fill="auto"/>
            <w:noWrap/>
            <w:hideMark/>
          </w:tcPr>
          <w:p w14:paraId="1ACC867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34ECA8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0BBCA2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BF8CA77"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231506B" w14:textId="2BFA99A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28E6DA96"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Writing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Emails</w:t>
            </w:r>
            <w:r w:rsidRPr="002F7635">
              <w:rPr>
                <w:rFonts w:ascii="Times New Roman" w:eastAsia="Times New Roman" w:hAnsi="Times New Roman" w:cs="Times New Roman"/>
                <w:color w:val="000000"/>
                <w:sz w:val="24"/>
                <w:szCs w:val="24"/>
              </w:rPr>
              <w:t xml:space="preserve"> /Пишем электронные письма: пунктуация (заглавные буквы); порядок слов в предложении.</w:t>
            </w:r>
          </w:p>
        </w:tc>
        <w:tc>
          <w:tcPr>
            <w:tcW w:w="850" w:type="dxa"/>
            <w:tcBorders>
              <w:top w:val="nil"/>
              <w:left w:val="nil"/>
              <w:bottom w:val="single" w:sz="4" w:space="0" w:color="auto"/>
              <w:right w:val="single" w:sz="4" w:space="0" w:color="auto"/>
            </w:tcBorders>
            <w:shd w:val="clear" w:color="auto" w:fill="auto"/>
            <w:noWrap/>
            <w:hideMark/>
          </w:tcPr>
          <w:p w14:paraId="3B5C6B6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3924AF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E5347D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408B368"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20C1248B" w14:textId="134F5709"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2CA39933"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Revision 1/ Повторение.</w:t>
            </w:r>
          </w:p>
        </w:tc>
        <w:tc>
          <w:tcPr>
            <w:tcW w:w="850" w:type="dxa"/>
            <w:tcBorders>
              <w:top w:val="nil"/>
              <w:left w:val="nil"/>
              <w:bottom w:val="single" w:sz="4" w:space="0" w:color="auto"/>
              <w:right w:val="single" w:sz="4" w:space="0" w:color="auto"/>
            </w:tcBorders>
            <w:shd w:val="clear" w:color="auto" w:fill="auto"/>
            <w:noWrap/>
            <w:hideMark/>
          </w:tcPr>
          <w:p w14:paraId="1B3915E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780A8A6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476D37F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44C820A"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CD76ADC" w14:textId="65CAB814"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0F2B37BE"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Проверочная работа по модулю 1</w:t>
            </w:r>
          </w:p>
        </w:tc>
        <w:tc>
          <w:tcPr>
            <w:tcW w:w="850" w:type="dxa"/>
            <w:tcBorders>
              <w:top w:val="nil"/>
              <w:left w:val="nil"/>
              <w:bottom w:val="single" w:sz="4" w:space="0" w:color="auto"/>
              <w:right w:val="single" w:sz="4" w:space="0" w:color="auto"/>
            </w:tcBorders>
            <w:shd w:val="clear" w:color="auto" w:fill="auto"/>
            <w:noWrap/>
            <w:hideMark/>
          </w:tcPr>
          <w:p w14:paraId="080621E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E4E94D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7B20A9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7DB16B4"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625B543" w14:textId="2D04BFDE"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4FA7C04D" w14:textId="77777777" w:rsidR="00595E4A" w:rsidRPr="002F7635" w:rsidRDefault="00595E4A" w:rsidP="00BF6AD1">
            <w:pPr>
              <w:spacing w:after="0" w:line="240" w:lineRule="auto"/>
              <w:rPr>
                <w:rFonts w:ascii="Times New Roman" w:eastAsia="Times New Roman" w:hAnsi="Times New Roman" w:cs="Times New Roman"/>
                <w:sz w:val="24"/>
                <w:szCs w:val="24"/>
                <w:highlight w:val="yellow"/>
              </w:rPr>
            </w:pPr>
            <w:r w:rsidRPr="002F7635">
              <w:rPr>
                <w:rFonts w:ascii="Times New Roman" w:eastAsia="Times New Roman" w:hAnsi="Times New Roman" w:cs="Times New Roman"/>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hideMark/>
          </w:tcPr>
          <w:p w14:paraId="7189389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84BF06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452CEF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F7635" w14:paraId="69809AAF"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3978032C"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C1E878D" w14:textId="1B049054"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 xml:space="preserve">МОДУЛЬ 2. EAST, WEST, HOME’S BEST. </w:t>
            </w:r>
            <w:r w:rsidRPr="002F7635">
              <w:rPr>
                <w:rFonts w:ascii="Times New Roman" w:eastAsia="Times New Roman" w:hAnsi="Times New Roman" w:cs="Times New Roman"/>
                <w:color w:val="000000"/>
                <w:sz w:val="24"/>
                <w:szCs w:val="24"/>
              </w:rPr>
              <w:t xml:space="preserve">В гостях хорошо, а дома лучше. </w:t>
            </w:r>
            <w:r w:rsidRPr="002F7635">
              <w:rPr>
                <w:rFonts w:ascii="Times New Roman" w:eastAsia="Times New Roman" w:hAnsi="Times New Roman" w:cs="Times New Roman"/>
                <w:color w:val="000000"/>
                <w:sz w:val="24"/>
                <w:szCs w:val="24"/>
                <w:lang w:val="en-US"/>
              </w:rPr>
              <w:t>Вводный урок.</w:t>
            </w:r>
          </w:p>
        </w:tc>
        <w:tc>
          <w:tcPr>
            <w:tcW w:w="850" w:type="dxa"/>
            <w:tcBorders>
              <w:top w:val="nil"/>
              <w:left w:val="nil"/>
              <w:bottom w:val="single" w:sz="4" w:space="0" w:color="auto"/>
              <w:right w:val="single" w:sz="4" w:space="0" w:color="auto"/>
            </w:tcBorders>
            <w:shd w:val="clear" w:color="auto" w:fill="auto"/>
            <w:noWrap/>
          </w:tcPr>
          <w:p w14:paraId="4A42FA86" w14:textId="2C3404F0"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691B968"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F826C47"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11815" w14:paraId="772F332A"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05BB22F0"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7381239" w14:textId="1921B8DD" w:rsidR="00211815" w:rsidRPr="00211815" w:rsidRDefault="00211815" w:rsidP="00211815">
            <w:pPr>
              <w:spacing w:after="0" w:line="240" w:lineRule="auto"/>
              <w:rPr>
                <w:rFonts w:ascii="Times New Roman" w:eastAsia="Times New Roman" w:hAnsi="Times New Roman" w:cs="Times New Roman"/>
                <w:sz w:val="24"/>
                <w:szCs w:val="24"/>
                <w:lang w:val="en-US"/>
              </w:rPr>
            </w:pPr>
            <w:r w:rsidRPr="002F7635">
              <w:rPr>
                <w:rFonts w:ascii="Times New Roman" w:eastAsia="Times New Roman" w:hAnsi="Times New Roman" w:cs="Times New Roman"/>
                <w:color w:val="000000"/>
                <w:sz w:val="24"/>
                <w:szCs w:val="24"/>
                <w:lang w:val="en-US"/>
              </w:rPr>
              <w:t>The</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Nautilus</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House</w:t>
            </w:r>
            <w:r w:rsidRPr="002F7635">
              <w:rPr>
                <w:rFonts w:ascii="Times New Roman" w:eastAsia="Times New Roman" w:hAnsi="Times New Roman" w:cs="Times New Roman"/>
                <w:color w:val="000000"/>
                <w:sz w:val="24"/>
                <w:szCs w:val="24"/>
              </w:rPr>
              <w:t xml:space="preserve">/Дом в стиле Наутилуса. </w:t>
            </w:r>
            <w:r w:rsidRPr="002F7635">
              <w:rPr>
                <w:rFonts w:ascii="Times New Roman" w:eastAsia="Times New Roman" w:hAnsi="Times New Roman" w:cs="Times New Roman"/>
                <w:color w:val="000000"/>
                <w:sz w:val="24"/>
                <w:szCs w:val="24"/>
                <w:lang w:val="en-US"/>
              </w:rPr>
              <w:t>Оборот there is/there are.</w:t>
            </w:r>
          </w:p>
        </w:tc>
        <w:tc>
          <w:tcPr>
            <w:tcW w:w="850" w:type="dxa"/>
            <w:tcBorders>
              <w:top w:val="nil"/>
              <w:left w:val="nil"/>
              <w:bottom w:val="single" w:sz="4" w:space="0" w:color="auto"/>
              <w:right w:val="single" w:sz="4" w:space="0" w:color="auto"/>
            </w:tcBorders>
            <w:shd w:val="clear" w:color="auto" w:fill="auto"/>
            <w:noWrap/>
          </w:tcPr>
          <w:p w14:paraId="3D200806" w14:textId="4F4C7353" w:rsidR="00211815" w:rsidRPr="005B315A"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0E096A3"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2FFB77F"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11815" w14:paraId="09A5667A"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68CABCA7"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4B4502C" w14:textId="3DBDC1AA" w:rsidR="00211815" w:rsidRPr="00211815" w:rsidRDefault="00211815" w:rsidP="00211815">
            <w:pPr>
              <w:spacing w:after="0" w:line="240" w:lineRule="auto"/>
              <w:rPr>
                <w:rFonts w:ascii="Times New Roman" w:eastAsia="Times New Roman" w:hAnsi="Times New Roman" w:cs="Times New Roman"/>
                <w:sz w:val="24"/>
                <w:szCs w:val="24"/>
                <w:lang w:val="en-US"/>
              </w:rPr>
            </w:pPr>
            <w:r w:rsidRPr="002F7635">
              <w:rPr>
                <w:rFonts w:ascii="Times New Roman" w:eastAsia="Times New Roman" w:hAnsi="Times New Roman" w:cs="Times New Roman"/>
                <w:color w:val="000000"/>
                <w:sz w:val="24"/>
                <w:szCs w:val="24"/>
                <w:lang w:val="en-US"/>
              </w:rPr>
              <w:t>Life in a Shell./Жизнь в раковине.</w:t>
            </w:r>
          </w:p>
        </w:tc>
        <w:tc>
          <w:tcPr>
            <w:tcW w:w="850" w:type="dxa"/>
            <w:tcBorders>
              <w:top w:val="nil"/>
              <w:left w:val="nil"/>
              <w:bottom w:val="single" w:sz="4" w:space="0" w:color="auto"/>
              <w:right w:val="single" w:sz="4" w:space="0" w:color="auto"/>
            </w:tcBorders>
            <w:shd w:val="clear" w:color="auto" w:fill="auto"/>
            <w:noWrap/>
          </w:tcPr>
          <w:p w14:paraId="54748B57" w14:textId="36E21D9D" w:rsidR="00211815" w:rsidRPr="005B315A"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6125CE7"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982CAA8"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F7635" w14:paraId="4F727114"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295908D3"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7B44A76" w14:textId="33BB6642"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A House out of this World. Plurals.</w:t>
            </w:r>
          </w:p>
        </w:tc>
        <w:tc>
          <w:tcPr>
            <w:tcW w:w="850" w:type="dxa"/>
            <w:tcBorders>
              <w:top w:val="nil"/>
              <w:left w:val="nil"/>
              <w:bottom w:val="single" w:sz="4" w:space="0" w:color="auto"/>
              <w:right w:val="single" w:sz="4" w:space="0" w:color="auto"/>
            </w:tcBorders>
            <w:shd w:val="clear" w:color="auto" w:fill="auto"/>
            <w:noWrap/>
          </w:tcPr>
          <w:p w14:paraId="3A997978" w14:textId="68513B98"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CD5B9F3"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E4B7273"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F7635" w14:paraId="56A3DAAC"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7468FB28"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A782723" w14:textId="374EC11A"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Домашние приборы. Указательные местоимения.</w:t>
            </w:r>
          </w:p>
        </w:tc>
        <w:tc>
          <w:tcPr>
            <w:tcW w:w="850" w:type="dxa"/>
            <w:tcBorders>
              <w:top w:val="nil"/>
              <w:left w:val="nil"/>
              <w:bottom w:val="single" w:sz="4" w:space="0" w:color="auto"/>
              <w:right w:val="single" w:sz="4" w:space="0" w:color="auto"/>
            </w:tcBorders>
            <w:shd w:val="clear" w:color="auto" w:fill="auto"/>
            <w:noWrap/>
          </w:tcPr>
          <w:p w14:paraId="6E82626C" w14:textId="47603784"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B06BB0E"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6C42B843"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F7635" w14:paraId="5565CD6A"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6708EDE5"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C9B5C3B" w14:textId="6352D517"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 xml:space="preserve">In the House. Household chores. </w:t>
            </w:r>
            <w:r w:rsidRPr="002F7635">
              <w:rPr>
                <w:rFonts w:ascii="Times New Roman" w:eastAsia="Times New Roman" w:hAnsi="Times New Roman" w:cs="Times New Roman"/>
                <w:color w:val="000000"/>
                <w:sz w:val="24"/>
                <w:szCs w:val="24"/>
              </w:rPr>
              <w:t>Домашние обязанности. Указательные местоимения. Предлоги места.</w:t>
            </w:r>
          </w:p>
        </w:tc>
        <w:tc>
          <w:tcPr>
            <w:tcW w:w="850" w:type="dxa"/>
            <w:tcBorders>
              <w:top w:val="nil"/>
              <w:left w:val="nil"/>
              <w:bottom w:val="single" w:sz="4" w:space="0" w:color="auto"/>
              <w:right w:val="single" w:sz="4" w:space="0" w:color="auto"/>
            </w:tcBorders>
            <w:shd w:val="clear" w:color="auto" w:fill="auto"/>
            <w:noWrap/>
          </w:tcPr>
          <w:p w14:paraId="4F2E2ECE" w14:textId="4FB58104"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9C679D7"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E3D0141"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4C6F171A"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3D863B31"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61999EEA" w14:textId="7BC5BA9A"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Types of houses.</w:t>
            </w:r>
          </w:p>
        </w:tc>
        <w:tc>
          <w:tcPr>
            <w:tcW w:w="850" w:type="dxa"/>
            <w:tcBorders>
              <w:top w:val="nil"/>
              <w:left w:val="nil"/>
              <w:bottom w:val="single" w:sz="4" w:space="0" w:color="auto"/>
              <w:right w:val="single" w:sz="4" w:space="0" w:color="auto"/>
            </w:tcBorders>
            <w:shd w:val="clear" w:color="auto" w:fill="auto"/>
            <w:noWrap/>
          </w:tcPr>
          <w:p w14:paraId="5D726839" w14:textId="7C3B880A"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9153E28"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EFE4A25"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F7635" w14:paraId="511BF5C9"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19B3C8A1"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21249298" w14:textId="42717DA3"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Describing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your</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home</w:t>
            </w:r>
            <w:r w:rsidRPr="002F7635">
              <w:rPr>
                <w:rFonts w:ascii="Times New Roman" w:eastAsia="Times New Roman" w:hAnsi="Times New Roman" w:cs="Times New Roman"/>
                <w:color w:val="000000"/>
                <w:sz w:val="24"/>
                <w:szCs w:val="24"/>
              </w:rPr>
              <w:t>. Описываем свой дом.</w:t>
            </w:r>
          </w:p>
        </w:tc>
        <w:tc>
          <w:tcPr>
            <w:tcW w:w="850" w:type="dxa"/>
            <w:tcBorders>
              <w:top w:val="nil"/>
              <w:left w:val="nil"/>
              <w:bottom w:val="single" w:sz="4" w:space="0" w:color="auto"/>
              <w:right w:val="single" w:sz="4" w:space="0" w:color="auto"/>
            </w:tcBorders>
            <w:shd w:val="clear" w:color="auto" w:fill="auto"/>
            <w:noWrap/>
          </w:tcPr>
          <w:p w14:paraId="13189D59" w14:textId="21A0B146"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25927CA"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21583CA9"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622034F5"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2DBCA0EF"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3876BCF4" w14:textId="205091BE"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Special</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places</w:t>
            </w:r>
            <w:r w:rsidRPr="002F7635">
              <w:rPr>
                <w:rFonts w:ascii="Times New Roman" w:eastAsia="Times New Roman" w:hAnsi="Times New Roman" w:cs="Times New Roman"/>
                <w:color w:val="000000"/>
                <w:sz w:val="24"/>
                <w:szCs w:val="24"/>
              </w:rPr>
              <w:t>. Особенные места. Географические черты.</w:t>
            </w:r>
          </w:p>
        </w:tc>
        <w:tc>
          <w:tcPr>
            <w:tcW w:w="850" w:type="dxa"/>
            <w:tcBorders>
              <w:top w:val="nil"/>
              <w:left w:val="nil"/>
              <w:bottom w:val="single" w:sz="4" w:space="0" w:color="auto"/>
              <w:right w:val="single" w:sz="4" w:space="0" w:color="auto"/>
            </w:tcBorders>
            <w:shd w:val="clear" w:color="auto" w:fill="auto"/>
            <w:noWrap/>
          </w:tcPr>
          <w:p w14:paraId="3E3BA519" w14:textId="2425C9BF"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1397C5D"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6564ABD0"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0B3D9255"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089C9883"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7A939694" w14:textId="4DF3FC44"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Going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Around</w:t>
            </w:r>
            <w:r w:rsidRPr="002F7635">
              <w:rPr>
                <w:rFonts w:ascii="Times New Roman" w:eastAsia="Times New Roman" w:hAnsi="Times New Roman" w:cs="Times New Roman"/>
                <w:color w:val="000000"/>
                <w:sz w:val="24"/>
                <w:szCs w:val="24"/>
              </w:rPr>
              <w:t xml:space="preserve"> Ходим по магазинам: магазины и товары.</w:t>
            </w:r>
          </w:p>
        </w:tc>
        <w:tc>
          <w:tcPr>
            <w:tcW w:w="850" w:type="dxa"/>
            <w:tcBorders>
              <w:top w:val="nil"/>
              <w:left w:val="nil"/>
              <w:bottom w:val="single" w:sz="4" w:space="0" w:color="auto"/>
              <w:right w:val="single" w:sz="4" w:space="0" w:color="auto"/>
            </w:tcBorders>
            <w:shd w:val="clear" w:color="auto" w:fill="auto"/>
            <w:noWrap/>
          </w:tcPr>
          <w:p w14:paraId="0B04A66D" w14:textId="73762A2F"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C716469"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3525EE8E"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25FD5764"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54238B10"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729AC9E3" w14:textId="2421992B"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rPr>
              <w:t>Маршрут до магазина. Предлоги</w:t>
            </w:r>
            <w:r>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rPr>
              <w:t>движения; повелительное наклонение.</w:t>
            </w:r>
          </w:p>
        </w:tc>
        <w:tc>
          <w:tcPr>
            <w:tcW w:w="850" w:type="dxa"/>
            <w:tcBorders>
              <w:top w:val="nil"/>
              <w:left w:val="nil"/>
              <w:bottom w:val="single" w:sz="4" w:space="0" w:color="auto"/>
              <w:right w:val="single" w:sz="4" w:space="0" w:color="auto"/>
            </w:tcBorders>
            <w:shd w:val="clear" w:color="auto" w:fill="auto"/>
            <w:noWrap/>
          </w:tcPr>
          <w:p w14:paraId="37400AF1" w14:textId="414D734A"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EF09499"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5E816B46"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5615A1CC"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5889AA53"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345826BE" w14:textId="1CADD930"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 xml:space="preserve">Skills. Places in the area. </w:t>
            </w:r>
            <w:r w:rsidRPr="002F7635">
              <w:rPr>
                <w:rFonts w:ascii="Times New Roman" w:eastAsia="Times New Roman" w:hAnsi="Times New Roman" w:cs="Times New Roman"/>
                <w:color w:val="000000"/>
                <w:sz w:val="24"/>
                <w:szCs w:val="24"/>
              </w:rPr>
              <w:t xml:space="preserve">Речевые умения. Что находится в </w:t>
            </w:r>
            <w:r w:rsidRPr="002F7635">
              <w:rPr>
                <w:rFonts w:ascii="Times New Roman" w:eastAsia="Times New Roman" w:hAnsi="Times New Roman" w:cs="Times New Roman"/>
                <w:color w:val="000000"/>
                <w:sz w:val="24"/>
                <w:szCs w:val="24"/>
              </w:rPr>
              <w:lastRenderedPageBreak/>
              <w:t>районе.</w:t>
            </w:r>
          </w:p>
        </w:tc>
        <w:tc>
          <w:tcPr>
            <w:tcW w:w="850" w:type="dxa"/>
            <w:tcBorders>
              <w:top w:val="nil"/>
              <w:left w:val="nil"/>
              <w:bottom w:val="single" w:sz="4" w:space="0" w:color="auto"/>
              <w:right w:val="single" w:sz="4" w:space="0" w:color="auto"/>
            </w:tcBorders>
            <w:shd w:val="clear" w:color="auto" w:fill="auto"/>
            <w:noWrap/>
          </w:tcPr>
          <w:p w14:paraId="34D312C7" w14:textId="04E9D2F2"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c>
          <w:tcPr>
            <w:tcW w:w="1310" w:type="dxa"/>
            <w:tcBorders>
              <w:top w:val="nil"/>
              <w:left w:val="nil"/>
              <w:bottom w:val="single" w:sz="4" w:space="0" w:color="auto"/>
              <w:right w:val="single" w:sz="4" w:space="0" w:color="auto"/>
            </w:tcBorders>
          </w:tcPr>
          <w:p w14:paraId="20842846"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909BFF4"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438D6F35"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16ECE4C1"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19108B32" w14:textId="5471BB69"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Writing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an</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email</w:t>
            </w:r>
            <w:r w:rsidRPr="002F7635">
              <w:rPr>
                <w:rFonts w:ascii="Times New Roman" w:eastAsia="Times New Roman" w:hAnsi="Times New Roman" w:cs="Times New Roman"/>
                <w:color w:val="000000"/>
                <w:sz w:val="24"/>
                <w:szCs w:val="24"/>
              </w:rPr>
              <w:t>. Пишем электронное письмо.</w:t>
            </w:r>
            <w:r>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rPr>
              <w:t>Порядок слов в предложении, прилагательные.</w:t>
            </w:r>
          </w:p>
        </w:tc>
        <w:tc>
          <w:tcPr>
            <w:tcW w:w="850" w:type="dxa"/>
            <w:tcBorders>
              <w:top w:val="nil"/>
              <w:left w:val="nil"/>
              <w:bottom w:val="single" w:sz="4" w:space="0" w:color="auto"/>
              <w:right w:val="single" w:sz="4" w:space="0" w:color="auto"/>
            </w:tcBorders>
            <w:shd w:val="clear" w:color="auto" w:fill="auto"/>
            <w:noWrap/>
          </w:tcPr>
          <w:p w14:paraId="2AB8B0CB" w14:textId="0FAB5C51"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A6314FF"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1629256C" w14:textId="77777777" w:rsidR="00211815" w:rsidRPr="00211815" w:rsidRDefault="00211815" w:rsidP="00211815">
            <w:pPr>
              <w:spacing w:after="0" w:line="240" w:lineRule="auto"/>
              <w:jc w:val="center"/>
              <w:rPr>
                <w:rFonts w:ascii="Times New Roman" w:eastAsia="Times New Roman" w:hAnsi="Times New Roman" w:cs="Times New Roman"/>
                <w:color w:val="000000"/>
                <w:sz w:val="24"/>
                <w:szCs w:val="24"/>
                <w:lang w:eastAsia="ru-RU"/>
              </w:rPr>
            </w:pPr>
          </w:p>
        </w:tc>
      </w:tr>
      <w:tr w:rsidR="00746473" w:rsidRPr="002F7635" w14:paraId="6EFE2181"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75AEA85A" w14:textId="77777777" w:rsidR="00746473" w:rsidRPr="00ED6EF4" w:rsidRDefault="00746473"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487D84D3" w14:textId="4AD4873E" w:rsidR="00746473" w:rsidRPr="00746473" w:rsidRDefault="00746473" w:rsidP="00746473">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Writing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an</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email</w:t>
            </w:r>
            <w:r w:rsidRPr="002F7635">
              <w:rPr>
                <w:rFonts w:ascii="Times New Roman" w:eastAsia="Times New Roman" w:hAnsi="Times New Roman" w:cs="Times New Roman"/>
                <w:color w:val="000000"/>
                <w:sz w:val="24"/>
                <w:szCs w:val="24"/>
              </w:rPr>
              <w:t>. Пишем электронное письмо.</w:t>
            </w:r>
          </w:p>
        </w:tc>
        <w:tc>
          <w:tcPr>
            <w:tcW w:w="850" w:type="dxa"/>
            <w:tcBorders>
              <w:top w:val="nil"/>
              <w:left w:val="nil"/>
              <w:bottom w:val="single" w:sz="4" w:space="0" w:color="auto"/>
              <w:right w:val="single" w:sz="4" w:space="0" w:color="auto"/>
            </w:tcBorders>
            <w:shd w:val="clear" w:color="auto" w:fill="auto"/>
            <w:noWrap/>
          </w:tcPr>
          <w:p w14:paraId="125D5D82" w14:textId="06A871BD" w:rsidR="00746473"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2D90950" w14:textId="77777777" w:rsidR="00746473" w:rsidRPr="00211815" w:rsidRDefault="00746473" w:rsidP="00211815">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7B4707AB" w14:textId="77777777" w:rsidR="00746473" w:rsidRPr="00211815" w:rsidRDefault="00746473" w:rsidP="00211815">
            <w:pPr>
              <w:spacing w:after="0" w:line="240" w:lineRule="auto"/>
              <w:jc w:val="center"/>
              <w:rPr>
                <w:rFonts w:ascii="Times New Roman" w:eastAsia="Times New Roman" w:hAnsi="Times New Roman" w:cs="Times New Roman"/>
                <w:color w:val="000000"/>
                <w:sz w:val="24"/>
                <w:szCs w:val="24"/>
                <w:lang w:eastAsia="ru-RU"/>
              </w:rPr>
            </w:pPr>
          </w:p>
        </w:tc>
      </w:tr>
      <w:tr w:rsidR="00211815" w:rsidRPr="002F7635" w14:paraId="7C30055E"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558B9DEB"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68361783" w14:textId="4B78F13A" w:rsidR="00211815" w:rsidRPr="002F7635" w:rsidRDefault="00211815" w:rsidP="00211815">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Revision 2.</w:t>
            </w:r>
          </w:p>
        </w:tc>
        <w:tc>
          <w:tcPr>
            <w:tcW w:w="850" w:type="dxa"/>
            <w:tcBorders>
              <w:top w:val="nil"/>
              <w:left w:val="nil"/>
              <w:bottom w:val="single" w:sz="4" w:space="0" w:color="auto"/>
              <w:right w:val="single" w:sz="4" w:space="0" w:color="auto"/>
            </w:tcBorders>
            <w:shd w:val="clear" w:color="auto" w:fill="auto"/>
            <w:noWrap/>
          </w:tcPr>
          <w:p w14:paraId="7E30DFF1" w14:textId="24D8FBD7"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40C1B36"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4F7CA76E"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211815" w:rsidRPr="002F7635" w14:paraId="6E3D4D0E" w14:textId="77777777" w:rsidTr="00CB1CDE">
        <w:tc>
          <w:tcPr>
            <w:tcW w:w="648" w:type="dxa"/>
            <w:tcBorders>
              <w:top w:val="nil"/>
              <w:left w:val="single" w:sz="4" w:space="0" w:color="auto"/>
              <w:bottom w:val="single" w:sz="4" w:space="0" w:color="auto"/>
              <w:right w:val="single" w:sz="4" w:space="0" w:color="auto"/>
            </w:tcBorders>
            <w:shd w:val="clear" w:color="auto" w:fill="auto"/>
            <w:noWrap/>
          </w:tcPr>
          <w:p w14:paraId="594AE241"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28D6C23D" w14:textId="79FBAF28" w:rsidR="00211815" w:rsidRPr="00ED6EF4" w:rsidRDefault="00FB26C6" w:rsidP="00FB26C6">
            <w:pPr>
              <w:spacing w:after="0" w:line="240" w:lineRule="auto"/>
              <w:rPr>
                <w:rFonts w:ascii="Times New Roman" w:eastAsia="Times New Roman" w:hAnsi="Times New Roman" w:cs="Times New Roman"/>
                <w:b/>
                <w:sz w:val="24"/>
                <w:szCs w:val="24"/>
              </w:rPr>
            </w:pPr>
            <w:r w:rsidRPr="00ED6EF4">
              <w:rPr>
                <w:rFonts w:ascii="Times New Roman" w:eastAsia="Times New Roman" w:hAnsi="Times New Roman" w:cs="Times New Roman"/>
                <w:b/>
                <w:color w:val="000000"/>
                <w:sz w:val="24"/>
                <w:szCs w:val="24"/>
              </w:rPr>
              <w:t>Контрольная работа за 1 триместр</w:t>
            </w:r>
          </w:p>
        </w:tc>
        <w:tc>
          <w:tcPr>
            <w:tcW w:w="850" w:type="dxa"/>
            <w:tcBorders>
              <w:top w:val="nil"/>
              <w:left w:val="nil"/>
              <w:bottom w:val="single" w:sz="4" w:space="0" w:color="auto"/>
              <w:right w:val="single" w:sz="4" w:space="0" w:color="auto"/>
            </w:tcBorders>
            <w:shd w:val="clear" w:color="auto" w:fill="auto"/>
            <w:noWrap/>
          </w:tcPr>
          <w:p w14:paraId="51E663D8" w14:textId="4103AC21" w:rsidR="00211815" w:rsidRPr="00ED6EF4" w:rsidRDefault="005B315A" w:rsidP="0021181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1310" w:type="dxa"/>
            <w:tcBorders>
              <w:top w:val="nil"/>
              <w:left w:val="nil"/>
              <w:bottom w:val="single" w:sz="4" w:space="0" w:color="auto"/>
              <w:right w:val="single" w:sz="4" w:space="0" w:color="auto"/>
            </w:tcBorders>
          </w:tcPr>
          <w:p w14:paraId="0E912C77" w14:textId="0AFC22CB" w:rsidR="00211815" w:rsidRPr="00ED6EF4" w:rsidRDefault="00FB26C6" w:rsidP="00211815">
            <w:pPr>
              <w:spacing w:after="0" w:line="240" w:lineRule="auto"/>
              <w:jc w:val="center"/>
              <w:rPr>
                <w:rFonts w:ascii="Times New Roman" w:eastAsia="Times New Roman" w:hAnsi="Times New Roman" w:cs="Times New Roman"/>
                <w:b/>
                <w:color w:val="000000"/>
                <w:sz w:val="24"/>
                <w:szCs w:val="24"/>
                <w:lang w:eastAsia="ru-RU"/>
              </w:rPr>
            </w:pPr>
            <w:r w:rsidRPr="00ED6EF4">
              <w:rPr>
                <w:rFonts w:ascii="Times New Roman" w:eastAsia="Times New Roman" w:hAnsi="Times New Roman" w:cs="Times New Roman"/>
                <w:b/>
                <w:color w:val="000000"/>
                <w:sz w:val="24"/>
                <w:szCs w:val="24"/>
                <w:lang w:eastAsia="ru-RU"/>
              </w:rPr>
              <w:t>1</w:t>
            </w:r>
          </w:p>
        </w:tc>
        <w:tc>
          <w:tcPr>
            <w:tcW w:w="1890" w:type="dxa"/>
            <w:tcBorders>
              <w:top w:val="nil"/>
              <w:left w:val="nil"/>
              <w:bottom w:val="single" w:sz="4" w:space="0" w:color="auto"/>
              <w:right w:val="single" w:sz="4" w:space="0" w:color="auto"/>
            </w:tcBorders>
          </w:tcPr>
          <w:p w14:paraId="72638048" w14:textId="61E82CB0" w:rsidR="00211815" w:rsidRPr="00ED6EF4" w:rsidRDefault="00FB26C6" w:rsidP="00211815">
            <w:pPr>
              <w:spacing w:after="0" w:line="240" w:lineRule="auto"/>
              <w:jc w:val="center"/>
              <w:rPr>
                <w:rFonts w:ascii="Times New Roman" w:eastAsia="Times New Roman" w:hAnsi="Times New Roman" w:cs="Times New Roman"/>
                <w:b/>
                <w:color w:val="000000"/>
                <w:sz w:val="24"/>
                <w:szCs w:val="24"/>
                <w:lang w:eastAsia="ru-RU"/>
              </w:rPr>
            </w:pPr>
            <w:r w:rsidRPr="00ED6EF4">
              <w:rPr>
                <w:rFonts w:ascii="Times New Roman" w:eastAsia="Times New Roman" w:hAnsi="Times New Roman" w:cs="Times New Roman"/>
                <w:b/>
                <w:color w:val="000000"/>
                <w:sz w:val="24"/>
                <w:szCs w:val="24"/>
                <w:lang w:eastAsia="ru-RU"/>
              </w:rPr>
              <w:t>тест</w:t>
            </w:r>
          </w:p>
        </w:tc>
      </w:tr>
      <w:tr w:rsidR="00211815" w:rsidRPr="002F7635" w14:paraId="2884FED9"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40C1F883" w14:textId="77777777" w:rsidR="00211815" w:rsidRPr="00ED6EF4" w:rsidRDefault="00211815"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6C679F1E" w14:textId="7520D686" w:rsidR="00211815" w:rsidRPr="002F7635" w:rsidRDefault="00FB26C6" w:rsidP="0021181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tcPr>
          <w:p w14:paraId="5E502075" w14:textId="65C6461F" w:rsidR="00211815" w:rsidRPr="002F7635" w:rsidRDefault="005B315A" w:rsidP="0021181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2FA0B56"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D91AC20" w14:textId="77777777" w:rsidR="00211815" w:rsidRPr="002F7635" w:rsidRDefault="00211815" w:rsidP="00211815">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92C3DD9"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B02AE9C" w14:textId="2A417101"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30F191DB"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 xml:space="preserve">МОДУЛЬ 3. DAY AFTER DAY Free Time Activities. </w:t>
            </w:r>
            <w:r w:rsidRPr="002F7635">
              <w:rPr>
                <w:rFonts w:ascii="Times New Roman" w:eastAsia="Times New Roman" w:hAnsi="Times New Roman" w:cs="Times New Roman"/>
                <w:color w:val="000000"/>
                <w:sz w:val="24"/>
                <w:szCs w:val="24"/>
              </w:rPr>
              <w:t>Вводный урок. Занятия на досуге.</w:t>
            </w:r>
          </w:p>
        </w:tc>
        <w:tc>
          <w:tcPr>
            <w:tcW w:w="850" w:type="dxa"/>
            <w:tcBorders>
              <w:top w:val="nil"/>
              <w:left w:val="nil"/>
              <w:bottom w:val="single" w:sz="4" w:space="0" w:color="auto"/>
              <w:right w:val="single" w:sz="4" w:space="0" w:color="auto"/>
            </w:tcBorders>
            <w:shd w:val="clear" w:color="auto" w:fill="auto"/>
            <w:noWrap/>
            <w:hideMark/>
          </w:tcPr>
          <w:p w14:paraId="3E7549B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499AC1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66B306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480814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14D9FA7" w14:textId="2B990689"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69F279C5"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Daily</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Routines</w:t>
            </w:r>
            <w:r w:rsidRPr="002F7635">
              <w:rPr>
                <w:rFonts w:ascii="Times New Roman" w:eastAsia="Times New Roman" w:hAnsi="Times New Roman" w:cs="Times New Roman"/>
                <w:color w:val="000000"/>
                <w:sz w:val="24"/>
                <w:szCs w:val="24"/>
              </w:rPr>
              <w:t xml:space="preserve">. Распорядок дня. </w:t>
            </w:r>
            <w:r w:rsidRPr="002F7635">
              <w:rPr>
                <w:rFonts w:ascii="Times New Roman" w:eastAsia="Times New Roman" w:hAnsi="Times New Roman" w:cs="Times New Roman"/>
                <w:color w:val="000000"/>
                <w:sz w:val="24"/>
                <w:szCs w:val="24"/>
                <w:lang w:val="en-US"/>
              </w:rPr>
              <w:t>Present</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Simple</w:t>
            </w:r>
            <w:r w:rsidRPr="002F7635">
              <w:rPr>
                <w:rFonts w:ascii="Times New Roman" w:eastAsia="Times New Roman" w:hAnsi="Times New Roman" w:cs="Times New Roman"/>
                <w:color w:val="000000"/>
                <w:sz w:val="24"/>
                <w:szCs w:val="24"/>
              </w:rPr>
              <w:t xml:space="preserve"> – утвердительная форма.</w:t>
            </w:r>
          </w:p>
        </w:tc>
        <w:tc>
          <w:tcPr>
            <w:tcW w:w="850" w:type="dxa"/>
            <w:tcBorders>
              <w:top w:val="nil"/>
              <w:left w:val="nil"/>
              <w:bottom w:val="single" w:sz="4" w:space="0" w:color="auto"/>
              <w:right w:val="single" w:sz="4" w:space="0" w:color="auto"/>
            </w:tcBorders>
            <w:shd w:val="clear" w:color="auto" w:fill="auto"/>
            <w:noWrap/>
            <w:hideMark/>
          </w:tcPr>
          <w:p w14:paraId="16366BF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0D782D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26C37C3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AD418BC"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0ED3978" w14:textId="289C8113"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vAlign w:val="center"/>
          </w:tcPr>
          <w:p w14:paraId="67C289E8" w14:textId="77777777" w:rsidR="00595E4A" w:rsidRPr="00315B18"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Распорядок дня.</w:t>
            </w:r>
            <w:r w:rsidR="00315B18">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Work</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Days</w:t>
            </w:r>
            <w:r w:rsidRPr="002F7635">
              <w:rPr>
                <w:rFonts w:ascii="Times New Roman" w:eastAsia="Times New Roman" w:hAnsi="Times New Roman" w:cs="Times New Roman"/>
                <w:color w:val="000000"/>
                <w:sz w:val="24"/>
                <w:szCs w:val="24"/>
              </w:rPr>
              <w:t xml:space="preserve"> /Рабочие дни. Названия профессий. </w:t>
            </w:r>
            <w:r w:rsidRPr="002F7635">
              <w:rPr>
                <w:rFonts w:ascii="Times New Roman" w:eastAsia="Times New Roman" w:hAnsi="Times New Roman" w:cs="Times New Roman"/>
                <w:color w:val="000000"/>
                <w:sz w:val="24"/>
                <w:szCs w:val="24"/>
                <w:lang w:val="en-US"/>
              </w:rPr>
              <w:t>Present</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Simple</w:t>
            </w:r>
            <w:r w:rsidRPr="002F7635">
              <w:rPr>
                <w:rFonts w:ascii="Times New Roman" w:eastAsia="Times New Roman" w:hAnsi="Times New Roman" w:cs="Times New Roman"/>
                <w:color w:val="000000"/>
                <w:sz w:val="24"/>
                <w:szCs w:val="24"/>
              </w:rPr>
              <w:t xml:space="preserve"> – отриц.</w:t>
            </w:r>
            <w:r w:rsidR="00315B18">
              <w:rPr>
                <w:rFonts w:ascii="Times New Roman" w:eastAsia="Times New Roman" w:hAnsi="Times New Roman" w:cs="Times New Roman"/>
                <w:color w:val="000000"/>
                <w:sz w:val="24"/>
                <w:szCs w:val="24"/>
              </w:rPr>
              <w:t xml:space="preserve"> </w:t>
            </w:r>
            <w:r w:rsidRPr="00315B18">
              <w:rPr>
                <w:rFonts w:ascii="Times New Roman" w:eastAsia="Times New Roman" w:hAnsi="Times New Roman" w:cs="Times New Roman"/>
                <w:color w:val="000000"/>
                <w:sz w:val="24"/>
                <w:szCs w:val="24"/>
              </w:rPr>
              <w:t>и вопросительная форма.</w:t>
            </w:r>
          </w:p>
        </w:tc>
        <w:tc>
          <w:tcPr>
            <w:tcW w:w="850" w:type="dxa"/>
            <w:tcBorders>
              <w:top w:val="nil"/>
              <w:left w:val="nil"/>
              <w:bottom w:val="single" w:sz="4" w:space="0" w:color="auto"/>
              <w:right w:val="single" w:sz="4" w:space="0" w:color="auto"/>
            </w:tcBorders>
            <w:shd w:val="clear" w:color="auto" w:fill="auto"/>
            <w:noWrap/>
            <w:hideMark/>
          </w:tcPr>
          <w:p w14:paraId="2D3176E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DAB4BC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F87765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D560053"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5C5CD6D" w14:textId="17107E7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60667C01"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Work</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Days</w:t>
            </w:r>
            <w:r w:rsidRPr="002F7635">
              <w:rPr>
                <w:rFonts w:ascii="Times New Roman" w:eastAsia="Times New Roman" w:hAnsi="Times New Roman" w:cs="Times New Roman"/>
                <w:color w:val="000000"/>
                <w:sz w:val="24"/>
                <w:szCs w:val="24"/>
              </w:rPr>
              <w:t xml:space="preserve"> /Рабочие дни: диалог. </w:t>
            </w:r>
            <w:r w:rsidRPr="002F7635">
              <w:rPr>
                <w:rFonts w:ascii="Times New Roman" w:eastAsia="Times New Roman" w:hAnsi="Times New Roman" w:cs="Times New Roman"/>
                <w:color w:val="000000"/>
                <w:sz w:val="24"/>
                <w:szCs w:val="24"/>
                <w:lang w:val="en-US"/>
              </w:rPr>
              <w:t>Present Simple: negative, interrogative.</w:t>
            </w:r>
          </w:p>
        </w:tc>
        <w:tc>
          <w:tcPr>
            <w:tcW w:w="850" w:type="dxa"/>
            <w:tcBorders>
              <w:top w:val="nil"/>
              <w:left w:val="nil"/>
              <w:bottom w:val="single" w:sz="4" w:space="0" w:color="auto"/>
              <w:right w:val="single" w:sz="4" w:space="0" w:color="auto"/>
            </w:tcBorders>
            <w:shd w:val="clear" w:color="auto" w:fill="auto"/>
            <w:noWrap/>
            <w:hideMark/>
          </w:tcPr>
          <w:p w14:paraId="56B00F0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B3E33A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C503D8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D2F8422"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757292C" w14:textId="6ECF3B91"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25D35F98"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Рабочие дни. Present Simple: adverbs of frequency.</w:t>
            </w:r>
          </w:p>
        </w:tc>
        <w:tc>
          <w:tcPr>
            <w:tcW w:w="850" w:type="dxa"/>
            <w:tcBorders>
              <w:top w:val="nil"/>
              <w:left w:val="nil"/>
              <w:bottom w:val="single" w:sz="4" w:space="0" w:color="auto"/>
              <w:right w:val="single" w:sz="4" w:space="0" w:color="auto"/>
            </w:tcBorders>
            <w:shd w:val="clear" w:color="auto" w:fill="auto"/>
            <w:noWrap/>
            <w:hideMark/>
          </w:tcPr>
          <w:p w14:paraId="3906FF3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C78E4B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24EC6D7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487BDE19"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2ECDE66" w14:textId="1F2D225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141CC4ED"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Culture</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Corner</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School</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Day</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in</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England</w:t>
            </w:r>
            <w:r w:rsidRPr="002F7635">
              <w:rPr>
                <w:rFonts w:ascii="Times New Roman" w:eastAsia="Times New Roman" w:hAnsi="Times New Roman" w:cs="Times New Roman"/>
                <w:color w:val="000000"/>
                <w:sz w:val="24"/>
                <w:szCs w:val="24"/>
              </w:rPr>
              <w:t xml:space="preserve"> /Уголок культуры: школьный день в Англии: монолог.</w:t>
            </w:r>
          </w:p>
        </w:tc>
        <w:tc>
          <w:tcPr>
            <w:tcW w:w="850" w:type="dxa"/>
            <w:tcBorders>
              <w:top w:val="nil"/>
              <w:left w:val="nil"/>
              <w:bottom w:val="single" w:sz="4" w:space="0" w:color="auto"/>
              <w:right w:val="single" w:sz="4" w:space="0" w:color="auto"/>
            </w:tcBorders>
            <w:shd w:val="clear" w:color="auto" w:fill="auto"/>
            <w:noWrap/>
            <w:hideMark/>
          </w:tcPr>
          <w:p w14:paraId="2EBB71B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8066D7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59A2755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4C7F622E"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30442F7" w14:textId="218A1BA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vAlign w:val="center"/>
          </w:tcPr>
          <w:p w14:paraId="6589EE6C"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 xml:space="preserve">Everyday English. Asking/telling the time. </w:t>
            </w:r>
            <w:r w:rsidRPr="002F7635">
              <w:rPr>
                <w:rFonts w:ascii="Times New Roman" w:eastAsia="Times New Roman" w:hAnsi="Times New Roman" w:cs="Times New Roman"/>
                <w:color w:val="000000"/>
                <w:sz w:val="24"/>
                <w:szCs w:val="24"/>
              </w:rPr>
              <w:t>Повседневный английский. Который час? Диалог.</w:t>
            </w:r>
          </w:p>
        </w:tc>
        <w:tc>
          <w:tcPr>
            <w:tcW w:w="850" w:type="dxa"/>
            <w:tcBorders>
              <w:top w:val="nil"/>
              <w:left w:val="nil"/>
              <w:bottom w:val="single" w:sz="4" w:space="0" w:color="auto"/>
              <w:right w:val="single" w:sz="4" w:space="0" w:color="auto"/>
            </w:tcBorders>
            <w:shd w:val="clear" w:color="auto" w:fill="auto"/>
            <w:noWrap/>
            <w:hideMark/>
          </w:tcPr>
          <w:p w14:paraId="778C864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507C12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58A0F7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3BBBD01"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219D28D" w14:textId="6DD0AE86"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33AF10D6"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Модальное выражение</w:t>
            </w:r>
            <w:r w:rsidR="00315B18">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lang w:val="en-US"/>
              </w:rPr>
              <w:t>have to.</w:t>
            </w:r>
          </w:p>
        </w:tc>
        <w:tc>
          <w:tcPr>
            <w:tcW w:w="850" w:type="dxa"/>
            <w:tcBorders>
              <w:top w:val="nil"/>
              <w:left w:val="nil"/>
              <w:bottom w:val="single" w:sz="4" w:space="0" w:color="auto"/>
              <w:right w:val="single" w:sz="4" w:space="0" w:color="auto"/>
            </w:tcBorders>
            <w:shd w:val="clear" w:color="auto" w:fill="auto"/>
            <w:noWrap/>
            <w:hideMark/>
          </w:tcPr>
          <w:p w14:paraId="5E25C2A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9A85FA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7B6A2FE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4954FF6"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44EA95A" w14:textId="79C43F7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18C3C14E" w14:textId="3EBB7059"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Учимся давать советы. Should, ought to.</w:t>
            </w:r>
            <w:r w:rsidR="00432193" w:rsidRPr="002F7635">
              <w:rPr>
                <w:rFonts w:ascii="Times New Roman" w:eastAsia="Times New Roman" w:hAnsi="Times New Roman" w:cs="Times New Roman"/>
                <w:color w:val="000000"/>
                <w:sz w:val="24"/>
                <w:szCs w:val="24"/>
                <w:lang w:val="en-US"/>
              </w:rPr>
              <w:t xml:space="preserve"> Adjectives, adverbs.</w:t>
            </w:r>
          </w:p>
        </w:tc>
        <w:tc>
          <w:tcPr>
            <w:tcW w:w="850" w:type="dxa"/>
            <w:tcBorders>
              <w:top w:val="nil"/>
              <w:left w:val="nil"/>
              <w:bottom w:val="single" w:sz="4" w:space="0" w:color="auto"/>
              <w:right w:val="single" w:sz="4" w:space="0" w:color="auto"/>
            </w:tcBorders>
            <w:shd w:val="clear" w:color="auto" w:fill="auto"/>
            <w:noWrap/>
            <w:hideMark/>
          </w:tcPr>
          <w:p w14:paraId="28DB9E7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C5BCA0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38620CE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5DB6D12"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8DE3EBB" w14:textId="2B0E32E3"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11196ACC"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Skills. Identifying people.</w:t>
            </w:r>
          </w:p>
        </w:tc>
        <w:tc>
          <w:tcPr>
            <w:tcW w:w="850" w:type="dxa"/>
            <w:tcBorders>
              <w:top w:val="nil"/>
              <w:left w:val="nil"/>
              <w:bottom w:val="single" w:sz="4" w:space="0" w:color="auto"/>
              <w:right w:val="single" w:sz="4" w:space="0" w:color="auto"/>
            </w:tcBorders>
            <w:shd w:val="clear" w:color="auto" w:fill="auto"/>
            <w:noWrap/>
            <w:hideMark/>
          </w:tcPr>
          <w:p w14:paraId="1722C5F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C105A0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A59E60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5A94676"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DF4180B" w14:textId="5AC2ED07"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84B22EE"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Writing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Email</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giving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news</w:t>
            </w:r>
            <w:r w:rsidRPr="002F7635">
              <w:rPr>
                <w:rFonts w:ascii="Times New Roman" w:eastAsia="Times New Roman" w:hAnsi="Times New Roman" w:cs="Times New Roman"/>
                <w:color w:val="000000"/>
                <w:sz w:val="24"/>
                <w:szCs w:val="24"/>
              </w:rPr>
              <w:t xml:space="preserve">. Электронное письмо о новости. </w:t>
            </w:r>
            <w:r w:rsidRPr="002F7635">
              <w:rPr>
                <w:rFonts w:ascii="Times New Roman" w:eastAsia="Times New Roman" w:hAnsi="Times New Roman" w:cs="Times New Roman"/>
                <w:color w:val="000000"/>
                <w:sz w:val="24"/>
                <w:szCs w:val="24"/>
                <w:lang w:val="en-US"/>
              </w:rPr>
              <w:t>Средства логической связи.</w:t>
            </w:r>
          </w:p>
        </w:tc>
        <w:tc>
          <w:tcPr>
            <w:tcW w:w="850" w:type="dxa"/>
            <w:tcBorders>
              <w:top w:val="nil"/>
              <w:left w:val="nil"/>
              <w:bottom w:val="single" w:sz="4" w:space="0" w:color="auto"/>
              <w:right w:val="single" w:sz="4" w:space="0" w:color="auto"/>
            </w:tcBorders>
            <w:shd w:val="clear" w:color="auto" w:fill="auto"/>
            <w:noWrap/>
            <w:hideMark/>
          </w:tcPr>
          <w:p w14:paraId="5587E27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908FA6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487B1A3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746473" w:rsidRPr="002F7635" w14:paraId="0B21AB44"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353CFDC" w14:textId="77777777" w:rsidR="00746473" w:rsidRPr="00ED6EF4" w:rsidRDefault="00746473"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15A1A56" w14:textId="6FE07A4F" w:rsidR="00746473" w:rsidRPr="00746473" w:rsidRDefault="00746473"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Writing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Email</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giving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news</w:t>
            </w:r>
            <w:r w:rsidRPr="002F7635">
              <w:rPr>
                <w:rFonts w:ascii="Times New Roman" w:eastAsia="Times New Roman" w:hAnsi="Times New Roman" w:cs="Times New Roman"/>
                <w:color w:val="000000"/>
                <w:sz w:val="24"/>
                <w:szCs w:val="24"/>
              </w:rPr>
              <w:t xml:space="preserve">. Электронное письмо о новости. </w:t>
            </w:r>
            <w:r w:rsidRPr="002F7635">
              <w:rPr>
                <w:rFonts w:ascii="Times New Roman" w:eastAsia="Times New Roman" w:hAnsi="Times New Roman" w:cs="Times New Roman"/>
                <w:color w:val="000000"/>
                <w:sz w:val="24"/>
                <w:szCs w:val="24"/>
                <w:lang w:val="en-US"/>
              </w:rPr>
              <w:t>Средства логической связи.</w:t>
            </w:r>
            <w:r>
              <w:rPr>
                <w:rFonts w:ascii="Times New Roman" w:eastAsia="Times New Roman" w:hAnsi="Times New Roman" w:cs="Times New Roman"/>
                <w:color w:val="000000"/>
                <w:sz w:val="24"/>
                <w:szCs w:val="24"/>
              </w:rPr>
              <w:t>(практика)</w:t>
            </w:r>
          </w:p>
        </w:tc>
        <w:tc>
          <w:tcPr>
            <w:tcW w:w="850" w:type="dxa"/>
            <w:tcBorders>
              <w:top w:val="nil"/>
              <w:left w:val="nil"/>
              <w:bottom w:val="single" w:sz="4" w:space="0" w:color="auto"/>
              <w:right w:val="single" w:sz="4" w:space="0" w:color="auto"/>
            </w:tcBorders>
            <w:shd w:val="clear" w:color="auto" w:fill="auto"/>
            <w:noWrap/>
          </w:tcPr>
          <w:p w14:paraId="28B15958" w14:textId="7750D8EC" w:rsidR="00746473" w:rsidRPr="002F7635" w:rsidRDefault="005B315A" w:rsidP="00BF6AD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6BD4170" w14:textId="77777777" w:rsidR="00746473" w:rsidRPr="002F7635" w:rsidRDefault="00746473"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15842F92" w14:textId="77777777" w:rsidR="00746473" w:rsidRPr="002F7635" w:rsidRDefault="00746473"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06C3ED4"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7881CA4" w14:textId="4A414B52"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FFFFFF"/>
            <w:vAlign w:val="bottom"/>
          </w:tcPr>
          <w:p w14:paraId="4BBF9DD6" w14:textId="4338416A" w:rsidR="00595E4A" w:rsidRPr="002F7635" w:rsidRDefault="00ED6EF4" w:rsidP="00ED6EF4">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w:t>
            </w:r>
            <w:r w:rsidR="00161005">
              <w:rPr>
                <w:rFonts w:ascii="Times New Roman" w:eastAsia="Times New Roman" w:hAnsi="Times New Roman" w:cs="Times New Roman"/>
                <w:bCs/>
                <w:color w:val="000000"/>
                <w:sz w:val="24"/>
                <w:szCs w:val="24"/>
                <w:lang w:eastAsia="ru-RU"/>
              </w:rPr>
              <w:t>роверочная работа по модулю 3</w:t>
            </w:r>
            <w:r w:rsidR="00595E4A" w:rsidRPr="002F7635">
              <w:rPr>
                <w:rFonts w:ascii="Times New Roman" w:eastAsia="Times New Roman" w:hAnsi="Times New Roman" w:cs="Times New Roman"/>
                <w:bCs/>
                <w:color w:val="000000"/>
                <w:sz w:val="24"/>
                <w:szCs w:val="24"/>
                <w:lang w:eastAsia="ru-RU"/>
              </w:rPr>
              <w:t xml:space="preserve"> </w:t>
            </w:r>
          </w:p>
        </w:tc>
        <w:tc>
          <w:tcPr>
            <w:tcW w:w="850" w:type="dxa"/>
            <w:tcBorders>
              <w:top w:val="nil"/>
              <w:left w:val="nil"/>
              <w:bottom w:val="single" w:sz="4" w:space="0" w:color="auto"/>
              <w:right w:val="single" w:sz="4" w:space="0" w:color="auto"/>
            </w:tcBorders>
            <w:shd w:val="clear" w:color="auto" w:fill="auto"/>
            <w:noWrap/>
            <w:hideMark/>
          </w:tcPr>
          <w:p w14:paraId="111707E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B97686F" w14:textId="25DEBBB0"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3A8E4EA7" w14:textId="5CE51D84"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8CD880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C8F75FD" w14:textId="45F3551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06AE5C6E"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hideMark/>
          </w:tcPr>
          <w:p w14:paraId="6A1CA28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794FD1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9BD936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3779AFE"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EBECD65" w14:textId="2313159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58DA97B2"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 xml:space="preserve">МОДУЛЬ 4. COME RAIN OR SHINE. </w:t>
            </w:r>
            <w:r w:rsidRPr="002F7635">
              <w:rPr>
                <w:rFonts w:ascii="Times New Roman" w:eastAsia="Times New Roman" w:hAnsi="Times New Roman" w:cs="Times New Roman"/>
                <w:color w:val="000000"/>
                <w:sz w:val="24"/>
                <w:szCs w:val="24"/>
              </w:rPr>
              <w:t xml:space="preserve">Вводный урок. </w:t>
            </w:r>
            <w:r w:rsidRPr="002F7635">
              <w:rPr>
                <w:rFonts w:ascii="Times New Roman" w:eastAsia="Times New Roman" w:hAnsi="Times New Roman" w:cs="Times New Roman"/>
                <w:color w:val="000000"/>
                <w:sz w:val="24"/>
                <w:szCs w:val="24"/>
                <w:lang w:val="en-US"/>
              </w:rPr>
              <w:t>Weather</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and</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Seasons</w:t>
            </w:r>
            <w:r w:rsidRPr="002F7635">
              <w:rPr>
                <w:rFonts w:ascii="Times New Roman" w:eastAsia="Times New Roman" w:hAnsi="Times New Roman" w:cs="Times New Roman"/>
                <w:color w:val="000000"/>
                <w:sz w:val="24"/>
                <w:szCs w:val="24"/>
              </w:rPr>
              <w:t>. /Погода и времена года.</w:t>
            </w:r>
          </w:p>
        </w:tc>
        <w:tc>
          <w:tcPr>
            <w:tcW w:w="850" w:type="dxa"/>
            <w:tcBorders>
              <w:top w:val="nil"/>
              <w:left w:val="nil"/>
              <w:bottom w:val="single" w:sz="4" w:space="0" w:color="auto"/>
              <w:right w:val="single" w:sz="4" w:space="0" w:color="auto"/>
            </w:tcBorders>
            <w:shd w:val="clear" w:color="auto" w:fill="auto"/>
            <w:noWrap/>
            <w:hideMark/>
          </w:tcPr>
          <w:p w14:paraId="54FA791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804DAC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val="en-US" w:eastAsia="ru-RU"/>
              </w:rPr>
            </w:pPr>
          </w:p>
        </w:tc>
        <w:tc>
          <w:tcPr>
            <w:tcW w:w="1890" w:type="dxa"/>
            <w:tcBorders>
              <w:top w:val="nil"/>
              <w:left w:val="nil"/>
              <w:bottom w:val="single" w:sz="4" w:space="0" w:color="auto"/>
              <w:right w:val="single" w:sz="4" w:space="0" w:color="auto"/>
            </w:tcBorders>
          </w:tcPr>
          <w:p w14:paraId="5D4AA3B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val="en-US" w:eastAsia="ru-RU"/>
              </w:rPr>
            </w:pPr>
          </w:p>
        </w:tc>
      </w:tr>
      <w:tr w:rsidR="00595E4A" w:rsidRPr="002F7635" w14:paraId="035072A0"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6E81D13F" w14:textId="2E2F0B7B"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054548F7"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On the go /В пути. Present Continuous: утвердительная форма.</w:t>
            </w:r>
          </w:p>
        </w:tc>
        <w:tc>
          <w:tcPr>
            <w:tcW w:w="850" w:type="dxa"/>
            <w:tcBorders>
              <w:top w:val="nil"/>
              <w:left w:val="nil"/>
              <w:bottom w:val="single" w:sz="4" w:space="0" w:color="auto"/>
              <w:right w:val="single" w:sz="4" w:space="0" w:color="auto"/>
            </w:tcBorders>
            <w:shd w:val="clear" w:color="auto" w:fill="auto"/>
            <w:noWrap/>
          </w:tcPr>
          <w:p w14:paraId="4E0CCE9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C5DA2A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F351AC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36B7A0B"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404A180D" w14:textId="5DD8432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5897FD7"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Shopping Time / Время покупок.</w:t>
            </w:r>
          </w:p>
        </w:tc>
        <w:tc>
          <w:tcPr>
            <w:tcW w:w="850" w:type="dxa"/>
            <w:tcBorders>
              <w:top w:val="nil"/>
              <w:left w:val="nil"/>
              <w:bottom w:val="single" w:sz="4" w:space="0" w:color="auto"/>
              <w:right w:val="single" w:sz="4" w:space="0" w:color="auto"/>
            </w:tcBorders>
            <w:shd w:val="clear" w:color="auto" w:fill="auto"/>
            <w:noWrap/>
          </w:tcPr>
          <w:p w14:paraId="36FA592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eastAsia="ru-RU"/>
              </w:rPr>
            </w:pPr>
            <w:r w:rsidRPr="002F7635">
              <w:rPr>
                <w:rFonts w:ascii="Times New Roman" w:eastAsia="Times New Roman" w:hAnsi="Times New Roman" w:cs="Times New Roman"/>
                <w:sz w:val="24"/>
                <w:szCs w:val="24"/>
                <w:lang w:eastAsia="ru-RU"/>
              </w:rPr>
              <w:t>1</w:t>
            </w:r>
          </w:p>
        </w:tc>
        <w:tc>
          <w:tcPr>
            <w:tcW w:w="1310" w:type="dxa"/>
            <w:tcBorders>
              <w:top w:val="nil"/>
              <w:left w:val="nil"/>
              <w:bottom w:val="single" w:sz="4" w:space="0" w:color="auto"/>
              <w:right w:val="single" w:sz="4" w:space="0" w:color="auto"/>
            </w:tcBorders>
          </w:tcPr>
          <w:p w14:paraId="3D3A5B4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1890" w:type="dxa"/>
            <w:tcBorders>
              <w:top w:val="nil"/>
              <w:left w:val="nil"/>
              <w:bottom w:val="single" w:sz="4" w:space="0" w:color="auto"/>
              <w:right w:val="single" w:sz="4" w:space="0" w:color="auto"/>
            </w:tcBorders>
          </w:tcPr>
          <w:p w14:paraId="02CC51D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eastAsia="ru-RU"/>
              </w:rPr>
            </w:pPr>
          </w:p>
        </w:tc>
      </w:tr>
      <w:tr w:rsidR="00595E4A" w:rsidRPr="002F7635" w14:paraId="48E1A1A7"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7D35DDE6" w14:textId="4C95F8DA"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168EB2AC"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Grammar</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Present</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Continuous</w:t>
            </w:r>
            <w:r w:rsidRPr="002F7635">
              <w:rPr>
                <w:rFonts w:ascii="Times New Roman" w:eastAsia="Times New Roman" w:hAnsi="Times New Roman" w:cs="Times New Roman"/>
                <w:color w:val="000000"/>
                <w:sz w:val="24"/>
                <w:szCs w:val="24"/>
              </w:rPr>
              <w:t xml:space="preserve"> – отрицательная и вопросительная формы.</w:t>
            </w:r>
          </w:p>
        </w:tc>
        <w:tc>
          <w:tcPr>
            <w:tcW w:w="850" w:type="dxa"/>
            <w:tcBorders>
              <w:top w:val="nil"/>
              <w:left w:val="nil"/>
              <w:bottom w:val="single" w:sz="4" w:space="0" w:color="auto"/>
              <w:right w:val="single" w:sz="4" w:space="0" w:color="auto"/>
            </w:tcBorders>
            <w:shd w:val="clear" w:color="auto" w:fill="auto"/>
            <w:noWrap/>
          </w:tcPr>
          <w:p w14:paraId="7B693C8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0F443BA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1890" w:type="dxa"/>
            <w:tcBorders>
              <w:top w:val="nil"/>
              <w:left w:val="nil"/>
              <w:bottom w:val="single" w:sz="4" w:space="0" w:color="auto"/>
              <w:right w:val="single" w:sz="4" w:space="0" w:color="auto"/>
            </w:tcBorders>
          </w:tcPr>
          <w:p w14:paraId="47B0134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highlight w:val="yellow"/>
                <w:lang w:eastAsia="ru-RU"/>
              </w:rPr>
            </w:pPr>
          </w:p>
        </w:tc>
      </w:tr>
      <w:tr w:rsidR="00595E4A" w:rsidRPr="002F7635" w14:paraId="2F9E4993"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13036959" w14:textId="3078A56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04ED4178"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fr-FR"/>
              </w:rPr>
              <w:t xml:space="preserve">Grammar: Present Continuous vs Pr. </w:t>
            </w:r>
            <w:r w:rsidRPr="002F7635">
              <w:rPr>
                <w:rFonts w:ascii="Times New Roman" w:eastAsia="Times New Roman" w:hAnsi="Times New Roman" w:cs="Times New Roman"/>
                <w:color w:val="000000"/>
                <w:sz w:val="24"/>
                <w:szCs w:val="24"/>
                <w:lang w:val="en-US"/>
              </w:rPr>
              <w:t>Simple</w:t>
            </w:r>
          </w:p>
        </w:tc>
        <w:tc>
          <w:tcPr>
            <w:tcW w:w="850" w:type="dxa"/>
            <w:tcBorders>
              <w:top w:val="nil"/>
              <w:left w:val="nil"/>
              <w:bottom w:val="single" w:sz="4" w:space="0" w:color="auto"/>
              <w:right w:val="single" w:sz="4" w:space="0" w:color="auto"/>
            </w:tcBorders>
            <w:shd w:val="clear" w:color="auto" w:fill="auto"/>
            <w:noWrap/>
          </w:tcPr>
          <w:p w14:paraId="1CF54CA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98B1F2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3937E02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A338D44"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6796258" w14:textId="1F6F2576"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59BEB0EB"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hideMark/>
          </w:tcPr>
          <w:p w14:paraId="0396173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006604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7FA7FA2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9FD6CEF"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584A3F9" w14:textId="4F056B7C"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C93492B"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Everyday English. Buying drinks and snacks.</w:t>
            </w:r>
          </w:p>
        </w:tc>
        <w:tc>
          <w:tcPr>
            <w:tcW w:w="850" w:type="dxa"/>
            <w:tcBorders>
              <w:top w:val="nil"/>
              <w:left w:val="nil"/>
              <w:bottom w:val="single" w:sz="4" w:space="0" w:color="auto"/>
              <w:right w:val="single" w:sz="4" w:space="0" w:color="auto"/>
            </w:tcBorders>
            <w:shd w:val="clear" w:color="auto" w:fill="auto"/>
            <w:noWrap/>
            <w:hideMark/>
          </w:tcPr>
          <w:p w14:paraId="496ADBE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383DCC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4B8A0C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4FB6307"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A48B07D" w14:textId="1DF95B6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31A796EF"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Marvelous markets. Потрясающие рынки.</w:t>
            </w:r>
          </w:p>
        </w:tc>
        <w:tc>
          <w:tcPr>
            <w:tcW w:w="850" w:type="dxa"/>
            <w:tcBorders>
              <w:top w:val="nil"/>
              <w:left w:val="nil"/>
              <w:bottom w:val="single" w:sz="4" w:space="0" w:color="auto"/>
              <w:right w:val="single" w:sz="4" w:space="0" w:color="auto"/>
            </w:tcBorders>
            <w:shd w:val="clear" w:color="auto" w:fill="auto"/>
            <w:noWrap/>
            <w:hideMark/>
          </w:tcPr>
          <w:p w14:paraId="05561B6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3660A5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CA6C5B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FB8BE7A"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B12FF2C" w14:textId="023337D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2D43019"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Grammar: Can – must. Модальные глаголы.</w:t>
            </w:r>
          </w:p>
        </w:tc>
        <w:tc>
          <w:tcPr>
            <w:tcW w:w="850" w:type="dxa"/>
            <w:tcBorders>
              <w:top w:val="nil"/>
              <w:left w:val="nil"/>
              <w:bottom w:val="single" w:sz="4" w:space="0" w:color="auto"/>
              <w:right w:val="single" w:sz="4" w:space="0" w:color="auto"/>
            </w:tcBorders>
            <w:shd w:val="clear" w:color="auto" w:fill="auto"/>
            <w:noWrap/>
            <w:hideMark/>
          </w:tcPr>
          <w:p w14:paraId="3146055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6471D9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147EF6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F2324FF"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7D7029A8" w14:textId="01F2BF6E"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2FAFBFB"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Food</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and</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drinks</w:t>
            </w:r>
            <w:r w:rsidRPr="002F7635">
              <w:rPr>
                <w:rFonts w:ascii="Times New Roman" w:eastAsia="Times New Roman" w:hAnsi="Times New Roman" w:cs="Times New Roman"/>
                <w:color w:val="000000"/>
                <w:sz w:val="24"/>
                <w:szCs w:val="24"/>
              </w:rPr>
              <w:t>. Продукты и напитки.</w:t>
            </w:r>
          </w:p>
        </w:tc>
        <w:tc>
          <w:tcPr>
            <w:tcW w:w="850" w:type="dxa"/>
            <w:tcBorders>
              <w:top w:val="nil"/>
              <w:left w:val="nil"/>
              <w:bottom w:val="single" w:sz="4" w:space="0" w:color="auto"/>
              <w:right w:val="single" w:sz="4" w:space="0" w:color="auto"/>
            </w:tcBorders>
            <w:shd w:val="clear" w:color="auto" w:fill="auto"/>
            <w:noWrap/>
          </w:tcPr>
          <w:p w14:paraId="01A1A00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085103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BCB3E5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C1CD2A1"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24F3243" w14:textId="58A67D8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3481632"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Breakfast around the World.</w:t>
            </w:r>
          </w:p>
        </w:tc>
        <w:tc>
          <w:tcPr>
            <w:tcW w:w="850" w:type="dxa"/>
            <w:tcBorders>
              <w:top w:val="nil"/>
              <w:left w:val="nil"/>
              <w:bottom w:val="single" w:sz="4" w:space="0" w:color="auto"/>
              <w:right w:val="single" w:sz="4" w:space="0" w:color="auto"/>
            </w:tcBorders>
            <w:shd w:val="clear" w:color="auto" w:fill="auto"/>
            <w:noWrap/>
            <w:hideMark/>
          </w:tcPr>
          <w:p w14:paraId="2F885E8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D9FE75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A7BD81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2C9DF28"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8C924C9" w14:textId="062ABF72"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794F2A1"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Grammar</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Many</w:t>
            </w:r>
            <w:r w:rsidRPr="002F7635">
              <w:rPr>
                <w:rFonts w:ascii="Times New Roman" w:eastAsia="Times New Roman" w:hAnsi="Times New Roman" w:cs="Times New Roman"/>
                <w:color w:val="000000"/>
                <w:sz w:val="24"/>
                <w:szCs w:val="24"/>
              </w:rPr>
              <w:t>/</w:t>
            </w:r>
            <w:r w:rsidRPr="002F7635">
              <w:rPr>
                <w:rFonts w:ascii="Times New Roman" w:eastAsia="Times New Roman" w:hAnsi="Times New Roman" w:cs="Times New Roman"/>
                <w:color w:val="000000"/>
                <w:sz w:val="24"/>
                <w:szCs w:val="24"/>
                <w:lang w:val="en-US"/>
              </w:rPr>
              <w:t>much</w:t>
            </w:r>
            <w:r w:rsidRPr="002F7635">
              <w:rPr>
                <w:rFonts w:ascii="Times New Roman" w:eastAsia="Times New Roman" w:hAnsi="Times New Roman" w:cs="Times New Roman"/>
                <w:color w:val="000000"/>
                <w:sz w:val="24"/>
                <w:szCs w:val="24"/>
              </w:rPr>
              <w:t>; исчисляемые и неисчисляемые существительные.</w:t>
            </w:r>
          </w:p>
        </w:tc>
        <w:tc>
          <w:tcPr>
            <w:tcW w:w="850" w:type="dxa"/>
            <w:tcBorders>
              <w:top w:val="nil"/>
              <w:left w:val="nil"/>
              <w:bottom w:val="single" w:sz="4" w:space="0" w:color="auto"/>
              <w:right w:val="single" w:sz="4" w:space="0" w:color="auto"/>
            </w:tcBorders>
            <w:shd w:val="clear" w:color="auto" w:fill="auto"/>
            <w:noWrap/>
            <w:hideMark/>
          </w:tcPr>
          <w:p w14:paraId="282D12D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64394BE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520B4E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266B4EC"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2582F36D" w14:textId="30FF199C"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2BC153AC"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Grammar: few/a few, little/ a little.</w:t>
            </w:r>
          </w:p>
        </w:tc>
        <w:tc>
          <w:tcPr>
            <w:tcW w:w="850" w:type="dxa"/>
            <w:tcBorders>
              <w:top w:val="nil"/>
              <w:left w:val="nil"/>
              <w:bottom w:val="single" w:sz="4" w:space="0" w:color="auto"/>
              <w:right w:val="single" w:sz="4" w:space="0" w:color="auto"/>
            </w:tcBorders>
            <w:shd w:val="clear" w:color="auto" w:fill="auto"/>
            <w:noWrap/>
          </w:tcPr>
          <w:p w14:paraId="32B3B45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331B4D8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397AADB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7D7DBE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2937961B" w14:textId="45863B0E"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4865184"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Be going to.</w:t>
            </w:r>
          </w:p>
        </w:tc>
        <w:tc>
          <w:tcPr>
            <w:tcW w:w="850" w:type="dxa"/>
            <w:tcBorders>
              <w:top w:val="nil"/>
              <w:left w:val="nil"/>
              <w:bottom w:val="single" w:sz="4" w:space="0" w:color="auto"/>
              <w:right w:val="single" w:sz="4" w:space="0" w:color="auto"/>
            </w:tcBorders>
            <w:shd w:val="clear" w:color="auto" w:fill="auto"/>
            <w:noWrap/>
            <w:hideMark/>
          </w:tcPr>
          <w:p w14:paraId="3FF2084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t>1</w:t>
            </w:r>
          </w:p>
        </w:tc>
        <w:tc>
          <w:tcPr>
            <w:tcW w:w="1310" w:type="dxa"/>
            <w:tcBorders>
              <w:top w:val="nil"/>
              <w:left w:val="nil"/>
              <w:bottom w:val="single" w:sz="4" w:space="0" w:color="auto"/>
              <w:right w:val="single" w:sz="4" w:space="0" w:color="auto"/>
            </w:tcBorders>
          </w:tcPr>
          <w:p w14:paraId="43343EA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46550CC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E5E986F"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F1CDE53" w14:textId="49946991"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189FE14"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 xml:space="preserve">Skills. Festivals and celebrations. Речевые умения. </w:t>
            </w:r>
            <w:r w:rsidRPr="002F7635">
              <w:rPr>
                <w:rFonts w:ascii="Times New Roman" w:eastAsia="Times New Roman" w:hAnsi="Times New Roman" w:cs="Times New Roman"/>
                <w:color w:val="000000"/>
                <w:sz w:val="24"/>
                <w:szCs w:val="24"/>
                <w:lang w:val="en-US"/>
              </w:rPr>
              <w:lastRenderedPageBreak/>
              <w:t>Фестивали и праздники.</w:t>
            </w:r>
          </w:p>
        </w:tc>
        <w:tc>
          <w:tcPr>
            <w:tcW w:w="850" w:type="dxa"/>
            <w:tcBorders>
              <w:top w:val="nil"/>
              <w:left w:val="nil"/>
              <w:bottom w:val="single" w:sz="4" w:space="0" w:color="auto"/>
              <w:right w:val="single" w:sz="4" w:space="0" w:color="auto"/>
            </w:tcBorders>
            <w:shd w:val="clear" w:color="auto" w:fill="auto"/>
            <w:noWrap/>
            <w:hideMark/>
          </w:tcPr>
          <w:p w14:paraId="35E51CA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r w:rsidRPr="002F7635">
              <w:rPr>
                <w:rFonts w:ascii="Times New Roman" w:eastAsia="Times New Roman" w:hAnsi="Times New Roman" w:cs="Times New Roman"/>
                <w:color w:val="000000"/>
                <w:sz w:val="24"/>
                <w:szCs w:val="24"/>
                <w:lang w:val="en-US" w:eastAsia="ru-RU"/>
              </w:rPr>
              <w:lastRenderedPageBreak/>
              <w:t>1</w:t>
            </w:r>
          </w:p>
        </w:tc>
        <w:tc>
          <w:tcPr>
            <w:tcW w:w="1310" w:type="dxa"/>
            <w:tcBorders>
              <w:top w:val="nil"/>
              <w:left w:val="nil"/>
              <w:bottom w:val="single" w:sz="4" w:space="0" w:color="auto"/>
              <w:right w:val="single" w:sz="4" w:space="0" w:color="auto"/>
            </w:tcBorders>
          </w:tcPr>
          <w:p w14:paraId="318844C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3C241A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AD68160"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E0ACD90" w14:textId="5DA2C594"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2F7CF517"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Writing. A postcard from a festival</w:t>
            </w:r>
            <w:r w:rsidR="00315B18">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lang w:val="en-US"/>
              </w:rPr>
              <w:t>/Открытка с фестиваля.</w:t>
            </w:r>
          </w:p>
        </w:tc>
        <w:tc>
          <w:tcPr>
            <w:tcW w:w="850" w:type="dxa"/>
            <w:tcBorders>
              <w:top w:val="nil"/>
              <w:left w:val="nil"/>
              <w:bottom w:val="single" w:sz="4" w:space="0" w:color="auto"/>
              <w:right w:val="single" w:sz="4" w:space="0" w:color="auto"/>
            </w:tcBorders>
            <w:shd w:val="clear" w:color="auto" w:fill="auto"/>
            <w:noWrap/>
            <w:hideMark/>
          </w:tcPr>
          <w:p w14:paraId="67D33CD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DD2A50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511E6F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40B4B7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8003A6E" w14:textId="76146BD2"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BCE6EFE"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Revision 4</w:t>
            </w:r>
          </w:p>
        </w:tc>
        <w:tc>
          <w:tcPr>
            <w:tcW w:w="850" w:type="dxa"/>
            <w:tcBorders>
              <w:top w:val="nil"/>
              <w:left w:val="nil"/>
              <w:bottom w:val="single" w:sz="4" w:space="0" w:color="auto"/>
              <w:right w:val="single" w:sz="4" w:space="0" w:color="auto"/>
            </w:tcBorders>
            <w:shd w:val="clear" w:color="auto" w:fill="auto"/>
            <w:noWrap/>
            <w:hideMark/>
          </w:tcPr>
          <w:p w14:paraId="4984E8B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AE11B5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8E27E1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933186B"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05BB0E2" w14:textId="087951E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389DA9F7" w14:textId="0F449CE6" w:rsidR="00595E4A" w:rsidRPr="00746473" w:rsidRDefault="00ED6EF4" w:rsidP="00BF6AD1">
            <w:pPr>
              <w:spacing w:after="0" w:line="240" w:lineRule="auto"/>
              <w:rPr>
                <w:rFonts w:ascii="Times New Roman" w:eastAsia="Times New Roman" w:hAnsi="Times New Roman" w:cs="Times New Roman"/>
                <w:b/>
                <w:color w:val="000000"/>
                <w:sz w:val="24"/>
                <w:szCs w:val="24"/>
              </w:rPr>
            </w:pPr>
            <w:r w:rsidRPr="00746473">
              <w:rPr>
                <w:rFonts w:ascii="Times New Roman" w:eastAsia="Times New Roman" w:hAnsi="Times New Roman" w:cs="Times New Roman"/>
                <w:b/>
                <w:color w:val="000000"/>
                <w:sz w:val="24"/>
                <w:szCs w:val="24"/>
              </w:rPr>
              <w:t>Контрольная работа за 2 триместр</w:t>
            </w:r>
          </w:p>
        </w:tc>
        <w:tc>
          <w:tcPr>
            <w:tcW w:w="850" w:type="dxa"/>
            <w:tcBorders>
              <w:top w:val="nil"/>
              <w:left w:val="nil"/>
              <w:bottom w:val="single" w:sz="4" w:space="0" w:color="auto"/>
              <w:right w:val="single" w:sz="4" w:space="0" w:color="auto"/>
            </w:tcBorders>
            <w:shd w:val="clear" w:color="auto" w:fill="auto"/>
            <w:noWrap/>
            <w:hideMark/>
          </w:tcPr>
          <w:p w14:paraId="138E36BC" w14:textId="77777777" w:rsidR="00595E4A" w:rsidRPr="00746473" w:rsidRDefault="00595E4A" w:rsidP="00BF6AD1">
            <w:pPr>
              <w:spacing w:after="0" w:line="240" w:lineRule="auto"/>
              <w:jc w:val="center"/>
              <w:rPr>
                <w:rFonts w:ascii="Times New Roman" w:eastAsia="Times New Roman" w:hAnsi="Times New Roman" w:cs="Times New Roman"/>
                <w:b/>
                <w:color w:val="000000"/>
                <w:sz w:val="24"/>
                <w:szCs w:val="24"/>
                <w:lang w:eastAsia="ru-RU"/>
              </w:rPr>
            </w:pPr>
            <w:r w:rsidRPr="00746473">
              <w:rPr>
                <w:rFonts w:ascii="Times New Roman" w:eastAsia="Times New Roman" w:hAnsi="Times New Roman" w:cs="Times New Roman"/>
                <w:b/>
                <w:color w:val="000000"/>
                <w:sz w:val="24"/>
                <w:szCs w:val="24"/>
                <w:lang w:eastAsia="ru-RU"/>
              </w:rPr>
              <w:t>1</w:t>
            </w:r>
          </w:p>
        </w:tc>
        <w:tc>
          <w:tcPr>
            <w:tcW w:w="1310" w:type="dxa"/>
            <w:tcBorders>
              <w:top w:val="nil"/>
              <w:left w:val="nil"/>
              <w:bottom w:val="single" w:sz="4" w:space="0" w:color="auto"/>
              <w:right w:val="single" w:sz="4" w:space="0" w:color="auto"/>
            </w:tcBorders>
          </w:tcPr>
          <w:p w14:paraId="51D68125" w14:textId="75A48AAD" w:rsidR="00595E4A" w:rsidRPr="00746473" w:rsidRDefault="00ED6EF4" w:rsidP="00BF6AD1">
            <w:pPr>
              <w:spacing w:after="0" w:line="240" w:lineRule="auto"/>
              <w:jc w:val="center"/>
              <w:rPr>
                <w:rFonts w:ascii="Times New Roman" w:eastAsia="Times New Roman" w:hAnsi="Times New Roman" w:cs="Times New Roman"/>
                <w:b/>
                <w:color w:val="000000"/>
                <w:sz w:val="24"/>
                <w:szCs w:val="24"/>
                <w:lang w:eastAsia="ru-RU"/>
              </w:rPr>
            </w:pPr>
            <w:r w:rsidRPr="00746473">
              <w:rPr>
                <w:rFonts w:ascii="Times New Roman" w:eastAsia="Times New Roman" w:hAnsi="Times New Roman" w:cs="Times New Roman"/>
                <w:b/>
                <w:color w:val="000000"/>
                <w:sz w:val="24"/>
                <w:szCs w:val="24"/>
                <w:lang w:eastAsia="ru-RU"/>
              </w:rPr>
              <w:t>1</w:t>
            </w:r>
          </w:p>
        </w:tc>
        <w:tc>
          <w:tcPr>
            <w:tcW w:w="1890" w:type="dxa"/>
            <w:tcBorders>
              <w:top w:val="nil"/>
              <w:left w:val="nil"/>
              <w:bottom w:val="single" w:sz="4" w:space="0" w:color="auto"/>
              <w:right w:val="single" w:sz="4" w:space="0" w:color="auto"/>
            </w:tcBorders>
          </w:tcPr>
          <w:p w14:paraId="2D2540C9" w14:textId="237ED324" w:rsidR="00595E4A" w:rsidRPr="00746473" w:rsidRDefault="00ED6EF4" w:rsidP="00BF6AD1">
            <w:pPr>
              <w:spacing w:after="0" w:line="240" w:lineRule="auto"/>
              <w:jc w:val="center"/>
              <w:rPr>
                <w:rFonts w:ascii="Times New Roman" w:eastAsia="Times New Roman" w:hAnsi="Times New Roman" w:cs="Times New Roman"/>
                <w:b/>
                <w:color w:val="000000"/>
                <w:sz w:val="24"/>
                <w:szCs w:val="24"/>
                <w:lang w:eastAsia="ru-RU"/>
              </w:rPr>
            </w:pPr>
            <w:r w:rsidRPr="00746473">
              <w:rPr>
                <w:rFonts w:ascii="Times New Roman" w:eastAsia="Times New Roman" w:hAnsi="Times New Roman" w:cs="Times New Roman"/>
                <w:b/>
                <w:color w:val="000000"/>
                <w:sz w:val="24"/>
                <w:szCs w:val="24"/>
                <w:lang w:eastAsia="ru-RU"/>
              </w:rPr>
              <w:t>тест</w:t>
            </w:r>
          </w:p>
        </w:tc>
      </w:tr>
      <w:tr w:rsidR="00595E4A" w:rsidRPr="002F7635" w14:paraId="5C3952D9"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83C7998" w14:textId="3146B825"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vAlign w:val="bottom"/>
          </w:tcPr>
          <w:p w14:paraId="131182F4"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hideMark/>
          </w:tcPr>
          <w:p w14:paraId="21D9901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279F78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C19FE3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60C770A"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E2C3FC0" w14:textId="01133F02"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vAlign w:val="center"/>
          </w:tcPr>
          <w:p w14:paraId="22967853"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 xml:space="preserve">МОДУЛЬ 5. LIFE IN THE PAST. </w:t>
            </w:r>
            <w:r w:rsidRPr="002F7635">
              <w:rPr>
                <w:rFonts w:ascii="Times New Roman" w:eastAsia="Times New Roman" w:hAnsi="Times New Roman" w:cs="Times New Roman"/>
                <w:color w:val="000000"/>
                <w:sz w:val="24"/>
                <w:szCs w:val="24"/>
              </w:rPr>
              <w:t xml:space="preserve">Жизнь в прошлом. Вводный урок. Прошедшее время глагола </w:t>
            </w:r>
            <w:r w:rsidRPr="002F7635">
              <w:rPr>
                <w:rFonts w:ascii="Times New Roman" w:eastAsia="Times New Roman" w:hAnsi="Times New Roman" w:cs="Times New Roman"/>
                <w:color w:val="000000"/>
                <w:sz w:val="24"/>
                <w:szCs w:val="24"/>
                <w:lang w:val="en-US"/>
              </w:rPr>
              <w:t>to</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be</w:t>
            </w:r>
            <w:r w:rsidRPr="002F7635">
              <w:rPr>
                <w:rFonts w:ascii="Times New Roman" w:eastAsia="Times New Roman" w:hAnsi="Times New Roman" w:cs="Times New Roman"/>
                <w:color w:val="000000"/>
                <w:sz w:val="24"/>
                <w:szCs w:val="24"/>
              </w:rPr>
              <w:t>.</w:t>
            </w:r>
          </w:p>
        </w:tc>
        <w:tc>
          <w:tcPr>
            <w:tcW w:w="850" w:type="dxa"/>
            <w:tcBorders>
              <w:top w:val="nil"/>
              <w:left w:val="nil"/>
              <w:bottom w:val="single" w:sz="4" w:space="0" w:color="auto"/>
              <w:right w:val="single" w:sz="4" w:space="0" w:color="auto"/>
            </w:tcBorders>
            <w:shd w:val="clear" w:color="auto" w:fill="auto"/>
            <w:noWrap/>
            <w:hideMark/>
          </w:tcPr>
          <w:p w14:paraId="0192DE4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7A64E56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BC1D4C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014C5B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73F7C92" w14:textId="5A64E1DA"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noWrap/>
            <w:vAlign w:val="center"/>
          </w:tcPr>
          <w:p w14:paraId="699AC0E2"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Long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ago</w:t>
            </w:r>
            <w:r w:rsidRPr="002F7635">
              <w:rPr>
                <w:rFonts w:ascii="Times New Roman" w:eastAsia="Times New Roman" w:hAnsi="Times New Roman" w:cs="Times New Roman"/>
                <w:color w:val="000000"/>
                <w:sz w:val="24"/>
                <w:szCs w:val="24"/>
              </w:rPr>
              <w:t xml:space="preserve"> /Давным-давно. Город в прошлом.</w:t>
            </w:r>
          </w:p>
        </w:tc>
        <w:tc>
          <w:tcPr>
            <w:tcW w:w="850" w:type="dxa"/>
            <w:tcBorders>
              <w:top w:val="nil"/>
              <w:left w:val="nil"/>
              <w:bottom w:val="single" w:sz="4" w:space="0" w:color="auto"/>
              <w:right w:val="single" w:sz="4" w:space="0" w:color="auto"/>
            </w:tcBorders>
            <w:shd w:val="clear" w:color="auto" w:fill="auto"/>
            <w:noWrap/>
            <w:hideMark/>
          </w:tcPr>
          <w:p w14:paraId="70E681C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60CB94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412CD5D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62323E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7F2D0AE" w14:textId="6B3955E4"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693C8823"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Long</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ago</w:t>
            </w:r>
            <w:r w:rsidRPr="002F7635">
              <w:rPr>
                <w:rFonts w:ascii="Times New Roman" w:eastAsia="Times New Roman" w:hAnsi="Times New Roman" w:cs="Times New Roman"/>
                <w:color w:val="000000"/>
                <w:sz w:val="24"/>
                <w:szCs w:val="24"/>
              </w:rPr>
              <w:t xml:space="preserve"> /Давным-давно. Гибель Помпеи. Прошедшее время глагола </w:t>
            </w:r>
            <w:r w:rsidRPr="002F7635">
              <w:rPr>
                <w:rFonts w:ascii="Times New Roman" w:eastAsia="Times New Roman" w:hAnsi="Times New Roman" w:cs="Times New Roman"/>
                <w:color w:val="000000"/>
                <w:sz w:val="24"/>
                <w:szCs w:val="24"/>
                <w:lang w:val="en-US"/>
              </w:rPr>
              <w:t>to</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have</w:t>
            </w:r>
            <w:r w:rsidRPr="002F7635">
              <w:rPr>
                <w:rFonts w:ascii="Times New Roman" w:eastAsia="Times New Roman" w:hAnsi="Times New Roman" w:cs="Times New Roman"/>
                <w:color w:val="000000"/>
                <w:sz w:val="24"/>
                <w:szCs w:val="24"/>
              </w:rPr>
              <w:t>.</w:t>
            </w:r>
          </w:p>
        </w:tc>
        <w:tc>
          <w:tcPr>
            <w:tcW w:w="850" w:type="dxa"/>
            <w:tcBorders>
              <w:top w:val="nil"/>
              <w:left w:val="nil"/>
              <w:bottom w:val="single" w:sz="4" w:space="0" w:color="auto"/>
              <w:right w:val="single" w:sz="4" w:space="0" w:color="auto"/>
            </w:tcBorders>
            <w:shd w:val="clear" w:color="auto" w:fill="auto"/>
            <w:noWrap/>
            <w:hideMark/>
          </w:tcPr>
          <w:p w14:paraId="523F9A4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D0D8CE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3BE332D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58D6114"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D25F431" w14:textId="11A0EE23"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center"/>
          </w:tcPr>
          <w:p w14:paraId="1415E561"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Ancient</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civilizations</w:t>
            </w:r>
            <w:r w:rsidRPr="002F7635">
              <w:rPr>
                <w:rFonts w:ascii="Times New Roman" w:eastAsia="Times New Roman" w:hAnsi="Times New Roman" w:cs="Times New Roman"/>
                <w:color w:val="000000"/>
                <w:sz w:val="24"/>
                <w:szCs w:val="24"/>
              </w:rPr>
              <w:t xml:space="preserve">. Древние цивилизации. Прошедшее время глагола </w:t>
            </w:r>
            <w:r w:rsidRPr="002F7635">
              <w:rPr>
                <w:rFonts w:ascii="Times New Roman" w:eastAsia="Times New Roman" w:hAnsi="Times New Roman" w:cs="Times New Roman"/>
                <w:color w:val="000000"/>
                <w:sz w:val="24"/>
                <w:szCs w:val="24"/>
                <w:lang w:val="en-US"/>
              </w:rPr>
              <w:t>can</w:t>
            </w:r>
            <w:r w:rsidRPr="002F7635">
              <w:rPr>
                <w:rFonts w:ascii="Times New Roman" w:eastAsia="Times New Roman" w:hAnsi="Times New Roman" w:cs="Times New Roman"/>
                <w:color w:val="000000"/>
                <w:sz w:val="24"/>
                <w:szCs w:val="24"/>
              </w:rPr>
              <w:t>.</w:t>
            </w:r>
          </w:p>
        </w:tc>
        <w:tc>
          <w:tcPr>
            <w:tcW w:w="850" w:type="dxa"/>
            <w:tcBorders>
              <w:top w:val="nil"/>
              <w:left w:val="nil"/>
              <w:bottom w:val="single" w:sz="4" w:space="0" w:color="auto"/>
              <w:right w:val="single" w:sz="4" w:space="0" w:color="auto"/>
            </w:tcBorders>
            <w:shd w:val="clear" w:color="auto" w:fill="auto"/>
            <w:noWrap/>
            <w:hideMark/>
          </w:tcPr>
          <w:p w14:paraId="270D6B1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8D23BA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4448526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0E19A65"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3BD21030" w14:textId="65DC742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04C3C5B3"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 xml:space="preserve">Past Simple – regular verbs/irregular verbs. </w:t>
            </w:r>
          </w:p>
        </w:tc>
        <w:tc>
          <w:tcPr>
            <w:tcW w:w="850" w:type="dxa"/>
            <w:tcBorders>
              <w:top w:val="nil"/>
              <w:left w:val="nil"/>
              <w:bottom w:val="single" w:sz="4" w:space="0" w:color="auto"/>
              <w:right w:val="single" w:sz="4" w:space="0" w:color="auto"/>
            </w:tcBorders>
            <w:shd w:val="clear" w:color="auto" w:fill="auto"/>
            <w:noWrap/>
          </w:tcPr>
          <w:p w14:paraId="658429B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A41021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4AFAC19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3807E31"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9ECD4AE" w14:textId="5561DCC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DA7F5B2"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The</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Vikings</w:t>
            </w:r>
            <w:r w:rsidRPr="002F7635">
              <w:rPr>
                <w:rFonts w:ascii="Times New Roman" w:eastAsia="Times New Roman" w:hAnsi="Times New Roman" w:cs="Times New Roman"/>
                <w:color w:val="000000"/>
                <w:sz w:val="24"/>
                <w:szCs w:val="24"/>
              </w:rPr>
              <w:t>. Прошедшее время: вопросы и отрицания.</w:t>
            </w:r>
          </w:p>
        </w:tc>
        <w:tc>
          <w:tcPr>
            <w:tcW w:w="850" w:type="dxa"/>
            <w:tcBorders>
              <w:top w:val="nil"/>
              <w:left w:val="nil"/>
              <w:bottom w:val="single" w:sz="4" w:space="0" w:color="auto"/>
              <w:right w:val="single" w:sz="4" w:space="0" w:color="auto"/>
            </w:tcBorders>
            <w:shd w:val="clear" w:color="auto" w:fill="auto"/>
            <w:noWrap/>
            <w:hideMark/>
          </w:tcPr>
          <w:p w14:paraId="3F89896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A680E4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24F9856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97C0E8E"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375DE3D" w14:textId="265FB6DB"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1BDBAC18"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hideMark/>
          </w:tcPr>
          <w:p w14:paraId="5565D7B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F10FD1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9C9458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D2C7A8C"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8B1B8AC" w14:textId="09243767"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35068A02"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Lost Cities. /Затерянные города.</w:t>
            </w:r>
          </w:p>
        </w:tc>
        <w:tc>
          <w:tcPr>
            <w:tcW w:w="850" w:type="dxa"/>
            <w:tcBorders>
              <w:top w:val="nil"/>
              <w:left w:val="nil"/>
              <w:bottom w:val="single" w:sz="4" w:space="0" w:color="auto"/>
              <w:right w:val="single" w:sz="4" w:space="0" w:color="auto"/>
            </w:tcBorders>
            <w:shd w:val="clear" w:color="auto" w:fill="auto"/>
            <w:noWrap/>
            <w:hideMark/>
          </w:tcPr>
          <w:p w14:paraId="56E93B4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C94EB3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8115D1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A1F7B55"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E65FBC4" w14:textId="4D6E1DBE"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vAlign w:val="center"/>
          </w:tcPr>
          <w:p w14:paraId="39785CCE"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Lost Cities. Structures.</w:t>
            </w:r>
          </w:p>
        </w:tc>
        <w:tc>
          <w:tcPr>
            <w:tcW w:w="850" w:type="dxa"/>
            <w:tcBorders>
              <w:top w:val="nil"/>
              <w:left w:val="nil"/>
              <w:bottom w:val="single" w:sz="4" w:space="0" w:color="auto"/>
              <w:right w:val="single" w:sz="4" w:space="0" w:color="auto"/>
            </w:tcBorders>
            <w:shd w:val="clear" w:color="auto" w:fill="auto"/>
            <w:noWrap/>
            <w:hideMark/>
          </w:tcPr>
          <w:p w14:paraId="598D131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42150E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5D29DD6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53A416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4CB273A" w14:textId="1477EC2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50AC8A27"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Legendary figures /Легендарные личности.</w:t>
            </w:r>
          </w:p>
        </w:tc>
        <w:tc>
          <w:tcPr>
            <w:tcW w:w="850" w:type="dxa"/>
            <w:tcBorders>
              <w:top w:val="nil"/>
              <w:left w:val="nil"/>
              <w:bottom w:val="single" w:sz="4" w:space="0" w:color="auto"/>
              <w:right w:val="single" w:sz="4" w:space="0" w:color="auto"/>
            </w:tcBorders>
            <w:shd w:val="clear" w:color="auto" w:fill="auto"/>
            <w:noWrap/>
            <w:hideMark/>
          </w:tcPr>
          <w:p w14:paraId="063CC8D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4F1D5A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2C9EDAB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85B06D2"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6ECD85B" w14:textId="57AA42E4"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734C1CC"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color w:val="000000"/>
                <w:sz w:val="24"/>
                <w:szCs w:val="24"/>
                <w:lang w:val="en-US"/>
              </w:rPr>
              <w:t>Legendary</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figures</w:t>
            </w:r>
            <w:r w:rsidRPr="002F7635">
              <w:rPr>
                <w:rFonts w:ascii="Times New Roman" w:eastAsia="Times New Roman" w:hAnsi="Times New Roman" w:cs="Times New Roman"/>
                <w:color w:val="000000"/>
                <w:sz w:val="24"/>
                <w:szCs w:val="24"/>
              </w:rPr>
              <w:t xml:space="preserve"> /Легендарные личности. </w:t>
            </w:r>
            <w:r w:rsidRPr="002F7635">
              <w:rPr>
                <w:rFonts w:ascii="Times New Roman" w:eastAsia="Times New Roman" w:hAnsi="Times New Roman" w:cs="Times New Roman"/>
                <w:color w:val="000000"/>
                <w:sz w:val="24"/>
                <w:szCs w:val="24"/>
                <w:lang w:val="en-US"/>
              </w:rPr>
              <w:t>Past</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Continuous</w:t>
            </w:r>
            <w:r w:rsidRPr="002F7635">
              <w:rPr>
                <w:rFonts w:ascii="Times New Roman" w:eastAsia="Times New Roman" w:hAnsi="Times New Roman" w:cs="Times New Roman"/>
                <w:color w:val="000000"/>
                <w:sz w:val="24"/>
                <w:szCs w:val="24"/>
              </w:rPr>
              <w:t xml:space="preserve"> – Прошедшее длительное.</w:t>
            </w:r>
          </w:p>
        </w:tc>
        <w:tc>
          <w:tcPr>
            <w:tcW w:w="850" w:type="dxa"/>
            <w:tcBorders>
              <w:top w:val="nil"/>
              <w:left w:val="nil"/>
              <w:bottom w:val="single" w:sz="4" w:space="0" w:color="auto"/>
              <w:right w:val="single" w:sz="4" w:space="0" w:color="auto"/>
            </w:tcBorders>
            <w:shd w:val="clear" w:color="auto" w:fill="auto"/>
            <w:noWrap/>
            <w:hideMark/>
          </w:tcPr>
          <w:p w14:paraId="4DFB856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53A8A0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1CE09C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1FD33F8"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272157D2" w14:textId="39D518AB"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bottom"/>
          </w:tcPr>
          <w:p w14:paraId="4532C93D"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Past Simple vs Past Continuous.</w:t>
            </w:r>
          </w:p>
        </w:tc>
        <w:tc>
          <w:tcPr>
            <w:tcW w:w="850" w:type="dxa"/>
            <w:tcBorders>
              <w:top w:val="nil"/>
              <w:left w:val="nil"/>
              <w:bottom w:val="single" w:sz="4" w:space="0" w:color="auto"/>
              <w:right w:val="single" w:sz="4" w:space="0" w:color="auto"/>
            </w:tcBorders>
            <w:shd w:val="clear" w:color="auto" w:fill="auto"/>
            <w:noWrap/>
            <w:hideMark/>
          </w:tcPr>
          <w:p w14:paraId="485EFA9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7EC0F72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4BD6941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D00AEB9"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9BF683D" w14:textId="3F202AEB"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6F0EE060"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hideMark/>
          </w:tcPr>
          <w:p w14:paraId="28C2A92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EE014C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5893D4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900816A"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1E3BD88F" w14:textId="501B4832"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78EFA868"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Skills</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Films</w:t>
            </w:r>
            <w:r w:rsidRPr="002F7635">
              <w:rPr>
                <w:rFonts w:ascii="Times New Roman" w:eastAsia="Times New Roman" w:hAnsi="Times New Roman" w:cs="Times New Roman"/>
                <w:color w:val="000000"/>
                <w:sz w:val="24"/>
                <w:szCs w:val="24"/>
              </w:rPr>
              <w:t xml:space="preserve"> /Речевые умения. Фильмы.</w:t>
            </w:r>
          </w:p>
        </w:tc>
        <w:tc>
          <w:tcPr>
            <w:tcW w:w="850" w:type="dxa"/>
            <w:tcBorders>
              <w:top w:val="nil"/>
              <w:left w:val="nil"/>
              <w:bottom w:val="single" w:sz="4" w:space="0" w:color="auto"/>
              <w:right w:val="single" w:sz="4" w:space="0" w:color="auto"/>
            </w:tcBorders>
            <w:shd w:val="clear" w:color="auto" w:fill="auto"/>
            <w:noWrap/>
            <w:hideMark/>
          </w:tcPr>
          <w:p w14:paraId="1D1CA26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E8F36B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733CB0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7494C9D"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FA2C15B" w14:textId="3892F25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31E0981A"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Writing email about a film. /</w:t>
            </w:r>
            <w:r w:rsidR="00315B18">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lang w:val="en-US"/>
              </w:rPr>
              <w:t>E-mail о фильме.</w:t>
            </w:r>
          </w:p>
        </w:tc>
        <w:tc>
          <w:tcPr>
            <w:tcW w:w="850" w:type="dxa"/>
            <w:tcBorders>
              <w:top w:val="nil"/>
              <w:left w:val="nil"/>
              <w:bottom w:val="single" w:sz="4" w:space="0" w:color="auto"/>
              <w:right w:val="single" w:sz="4" w:space="0" w:color="auto"/>
            </w:tcBorders>
            <w:shd w:val="clear" w:color="auto" w:fill="auto"/>
            <w:noWrap/>
            <w:hideMark/>
          </w:tcPr>
          <w:p w14:paraId="1037E15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ACC431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936683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746473" w:rsidRPr="00C40387" w14:paraId="15187477"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C66499A" w14:textId="77777777" w:rsidR="00746473" w:rsidRPr="00ED6EF4" w:rsidRDefault="00746473"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vAlign w:val="center"/>
          </w:tcPr>
          <w:p w14:paraId="4B224C46" w14:textId="6035BA43" w:rsidR="00746473" w:rsidRPr="00746473" w:rsidRDefault="00746473"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Writing email about a film. /</w:t>
            </w:r>
            <w:r>
              <w:rPr>
                <w:rFonts w:ascii="Times New Roman" w:eastAsia="Times New Roman" w:hAnsi="Times New Roman" w:cs="Times New Roman"/>
                <w:color w:val="000000"/>
                <w:sz w:val="24"/>
                <w:szCs w:val="24"/>
                <w:lang w:val="en-US"/>
              </w:rPr>
              <w:t xml:space="preserve"> </w:t>
            </w:r>
            <w:r w:rsidRPr="002F7635">
              <w:rPr>
                <w:rFonts w:ascii="Times New Roman" w:eastAsia="Times New Roman" w:hAnsi="Times New Roman" w:cs="Times New Roman"/>
                <w:color w:val="000000"/>
                <w:sz w:val="24"/>
                <w:szCs w:val="24"/>
                <w:lang w:val="en-US"/>
              </w:rPr>
              <w:t>E-mail о фильме.</w:t>
            </w:r>
            <w:r w:rsidRPr="00746473">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практика</w:t>
            </w:r>
            <w:r w:rsidRPr="00746473">
              <w:rPr>
                <w:rFonts w:ascii="Times New Roman" w:eastAsia="Times New Roman" w:hAnsi="Times New Roman" w:cs="Times New Roman"/>
                <w:color w:val="000000"/>
                <w:sz w:val="24"/>
                <w:szCs w:val="24"/>
                <w:lang w:val="en-US"/>
              </w:rPr>
              <w:t>)</w:t>
            </w:r>
          </w:p>
        </w:tc>
        <w:tc>
          <w:tcPr>
            <w:tcW w:w="850" w:type="dxa"/>
            <w:tcBorders>
              <w:top w:val="nil"/>
              <w:left w:val="nil"/>
              <w:bottom w:val="single" w:sz="4" w:space="0" w:color="auto"/>
              <w:right w:val="single" w:sz="4" w:space="0" w:color="auto"/>
            </w:tcBorders>
            <w:shd w:val="clear" w:color="auto" w:fill="auto"/>
            <w:noWrap/>
          </w:tcPr>
          <w:p w14:paraId="7DD4F428" w14:textId="77777777" w:rsidR="00746473" w:rsidRPr="00746473" w:rsidRDefault="00746473"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310" w:type="dxa"/>
            <w:tcBorders>
              <w:top w:val="nil"/>
              <w:left w:val="nil"/>
              <w:bottom w:val="single" w:sz="4" w:space="0" w:color="auto"/>
              <w:right w:val="single" w:sz="4" w:space="0" w:color="auto"/>
            </w:tcBorders>
          </w:tcPr>
          <w:p w14:paraId="6DA7922C" w14:textId="77777777" w:rsidR="00746473" w:rsidRPr="002F7635" w:rsidRDefault="00746473"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509F94B3" w14:textId="77777777" w:rsidR="00746473" w:rsidRPr="002F7635" w:rsidRDefault="00746473"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08F76EC"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6EAD3F46" w14:textId="49BF3AC0"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0761455D"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Revision. Past Simple или Past Continuous</w:t>
            </w:r>
          </w:p>
        </w:tc>
        <w:tc>
          <w:tcPr>
            <w:tcW w:w="850" w:type="dxa"/>
            <w:tcBorders>
              <w:top w:val="nil"/>
              <w:left w:val="nil"/>
              <w:bottom w:val="single" w:sz="4" w:space="0" w:color="auto"/>
              <w:right w:val="single" w:sz="4" w:space="0" w:color="auto"/>
            </w:tcBorders>
            <w:shd w:val="clear" w:color="auto" w:fill="auto"/>
            <w:noWrap/>
          </w:tcPr>
          <w:p w14:paraId="39AEA7A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7C6355B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9DD0ED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2F0C7C1"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51FD3A63" w14:textId="01DB5F25"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bottom"/>
          </w:tcPr>
          <w:p w14:paraId="7AB5C09A" w14:textId="2F680567" w:rsidR="00595E4A" w:rsidRPr="00161005" w:rsidRDefault="005A0AB1" w:rsidP="00BF6AD1">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Итоговая</w:t>
            </w:r>
            <w:r w:rsidR="00161005" w:rsidRPr="00161005">
              <w:rPr>
                <w:rFonts w:ascii="Times New Roman" w:eastAsia="Times New Roman" w:hAnsi="Times New Roman" w:cs="Times New Roman"/>
                <w:b/>
                <w:bCs/>
                <w:sz w:val="24"/>
                <w:szCs w:val="24"/>
                <w:lang w:eastAsia="ru-RU"/>
              </w:rPr>
              <w:t xml:space="preserve"> контрольная работа</w:t>
            </w:r>
          </w:p>
        </w:tc>
        <w:tc>
          <w:tcPr>
            <w:tcW w:w="850" w:type="dxa"/>
            <w:tcBorders>
              <w:top w:val="nil"/>
              <w:left w:val="nil"/>
              <w:bottom w:val="single" w:sz="4" w:space="0" w:color="auto"/>
              <w:right w:val="single" w:sz="4" w:space="0" w:color="auto"/>
            </w:tcBorders>
            <w:shd w:val="clear" w:color="auto" w:fill="auto"/>
            <w:noWrap/>
            <w:hideMark/>
          </w:tcPr>
          <w:p w14:paraId="29AACF94" w14:textId="77777777" w:rsidR="00595E4A" w:rsidRPr="00161005" w:rsidRDefault="00595E4A" w:rsidP="00BF6AD1">
            <w:pPr>
              <w:spacing w:after="0" w:line="240" w:lineRule="auto"/>
              <w:jc w:val="center"/>
              <w:rPr>
                <w:rFonts w:ascii="Times New Roman" w:eastAsia="Times New Roman" w:hAnsi="Times New Roman" w:cs="Times New Roman"/>
                <w:b/>
                <w:color w:val="000000"/>
                <w:sz w:val="24"/>
                <w:szCs w:val="24"/>
                <w:lang w:eastAsia="ru-RU"/>
              </w:rPr>
            </w:pPr>
            <w:r w:rsidRPr="00161005">
              <w:rPr>
                <w:rFonts w:ascii="Times New Roman" w:eastAsia="Times New Roman" w:hAnsi="Times New Roman" w:cs="Times New Roman"/>
                <w:b/>
                <w:color w:val="000000"/>
                <w:sz w:val="24"/>
                <w:szCs w:val="24"/>
                <w:lang w:eastAsia="ru-RU"/>
              </w:rPr>
              <w:t>1</w:t>
            </w:r>
          </w:p>
        </w:tc>
        <w:tc>
          <w:tcPr>
            <w:tcW w:w="1310" w:type="dxa"/>
            <w:tcBorders>
              <w:top w:val="nil"/>
              <w:left w:val="nil"/>
              <w:bottom w:val="single" w:sz="4" w:space="0" w:color="auto"/>
              <w:right w:val="single" w:sz="4" w:space="0" w:color="auto"/>
            </w:tcBorders>
          </w:tcPr>
          <w:p w14:paraId="18EA2F85" w14:textId="77777777" w:rsidR="00595E4A" w:rsidRPr="00161005" w:rsidRDefault="00595E4A" w:rsidP="00BF6AD1">
            <w:pPr>
              <w:spacing w:after="0" w:line="240" w:lineRule="auto"/>
              <w:jc w:val="center"/>
              <w:rPr>
                <w:rFonts w:ascii="Times New Roman" w:eastAsia="Times New Roman" w:hAnsi="Times New Roman" w:cs="Times New Roman"/>
                <w:b/>
                <w:color w:val="000000"/>
                <w:sz w:val="24"/>
                <w:szCs w:val="24"/>
                <w:lang w:eastAsia="ru-RU"/>
              </w:rPr>
            </w:pPr>
            <w:r w:rsidRPr="00161005">
              <w:rPr>
                <w:rFonts w:ascii="Times New Roman" w:eastAsia="Times New Roman" w:hAnsi="Times New Roman" w:cs="Times New Roman"/>
                <w:b/>
                <w:color w:val="000000"/>
                <w:sz w:val="24"/>
                <w:szCs w:val="24"/>
                <w:lang w:eastAsia="ru-RU"/>
              </w:rPr>
              <w:t>1</w:t>
            </w:r>
          </w:p>
        </w:tc>
        <w:tc>
          <w:tcPr>
            <w:tcW w:w="1890" w:type="dxa"/>
            <w:tcBorders>
              <w:top w:val="nil"/>
              <w:left w:val="nil"/>
              <w:bottom w:val="single" w:sz="4" w:space="0" w:color="auto"/>
              <w:right w:val="single" w:sz="4" w:space="0" w:color="auto"/>
            </w:tcBorders>
          </w:tcPr>
          <w:p w14:paraId="6B2DB11E" w14:textId="77777777" w:rsidR="00595E4A" w:rsidRPr="00161005" w:rsidRDefault="00595E4A" w:rsidP="00BF6AD1">
            <w:pPr>
              <w:spacing w:after="0" w:line="240" w:lineRule="auto"/>
              <w:jc w:val="center"/>
              <w:rPr>
                <w:rFonts w:ascii="Times New Roman" w:eastAsia="Times New Roman" w:hAnsi="Times New Roman" w:cs="Times New Roman"/>
                <w:b/>
                <w:color w:val="000000"/>
                <w:sz w:val="24"/>
                <w:szCs w:val="24"/>
                <w:lang w:eastAsia="ru-RU"/>
              </w:rPr>
            </w:pPr>
            <w:r w:rsidRPr="00161005">
              <w:rPr>
                <w:rFonts w:ascii="Times New Roman" w:eastAsia="Times New Roman" w:hAnsi="Times New Roman" w:cs="Times New Roman"/>
                <w:b/>
                <w:color w:val="000000"/>
                <w:sz w:val="24"/>
                <w:szCs w:val="24"/>
                <w:lang w:eastAsia="ru-RU"/>
              </w:rPr>
              <w:t>Тест</w:t>
            </w:r>
          </w:p>
        </w:tc>
      </w:tr>
      <w:tr w:rsidR="00595E4A" w:rsidRPr="002F7635" w14:paraId="5637EDEF"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27348428" w14:textId="6F799C2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bottom"/>
          </w:tcPr>
          <w:p w14:paraId="24BEAD6D" w14:textId="77777777" w:rsidR="00595E4A" w:rsidRPr="002F7635" w:rsidRDefault="00595E4A" w:rsidP="00BF6AD1">
            <w:pPr>
              <w:spacing w:after="0" w:line="240" w:lineRule="auto"/>
              <w:rPr>
                <w:rFonts w:ascii="Times New Roman" w:eastAsia="Times New Roman" w:hAnsi="Times New Roman" w:cs="Times New Roman"/>
                <w:sz w:val="24"/>
                <w:szCs w:val="24"/>
              </w:rPr>
            </w:pPr>
            <w:r w:rsidRPr="002F7635">
              <w:rPr>
                <w:rFonts w:ascii="Times New Roman" w:eastAsia="Times New Roman" w:hAnsi="Times New Roman" w:cs="Times New Roman"/>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tcPr>
          <w:p w14:paraId="420FFF9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310" w:type="dxa"/>
            <w:tcBorders>
              <w:top w:val="nil"/>
              <w:left w:val="nil"/>
              <w:bottom w:val="single" w:sz="4" w:space="0" w:color="auto"/>
              <w:right w:val="single" w:sz="4" w:space="0" w:color="auto"/>
            </w:tcBorders>
          </w:tcPr>
          <w:p w14:paraId="7ACD519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31C10DB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989736C"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3AAFDC77" w14:textId="2768A916"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07A997A0"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 xml:space="preserve">МОДУЛЬ 6. </w:t>
            </w:r>
            <w:r w:rsidRPr="002F7635">
              <w:rPr>
                <w:rFonts w:ascii="Times New Roman" w:eastAsia="Times New Roman" w:hAnsi="Times New Roman" w:cs="Times New Roman"/>
                <w:color w:val="000000"/>
                <w:sz w:val="24"/>
                <w:szCs w:val="24"/>
                <w:lang w:val="en-US"/>
              </w:rPr>
              <w:t>HAVE</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YOU</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EVER</w:t>
            </w:r>
            <w:r w:rsidRPr="002F7635">
              <w:rPr>
                <w:rFonts w:ascii="Times New Roman" w:eastAsia="Times New Roman" w:hAnsi="Times New Roman" w:cs="Times New Roman"/>
                <w:color w:val="000000"/>
                <w:sz w:val="24"/>
                <w:szCs w:val="24"/>
              </w:rPr>
              <w:t xml:space="preserve"> …? Вводный урок. Приключения.</w:t>
            </w:r>
          </w:p>
        </w:tc>
        <w:tc>
          <w:tcPr>
            <w:tcW w:w="850" w:type="dxa"/>
            <w:tcBorders>
              <w:top w:val="nil"/>
              <w:left w:val="nil"/>
              <w:bottom w:val="single" w:sz="4" w:space="0" w:color="auto"/>
              <w:right w:val="single" w:sz="4" w:space="0" w:color="auto"/>
            </w:tcBorders>
            <w:shd w:val="clear" w:color="auto" w:fill="auto"/>
            <w:noWrap/>
          </w:tcPr>
          <w:p w14:paraId="102A992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D42910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DC2E9A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8284D23"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91DB6F8" w14:textId="752B82E3"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040145E7"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Amazing activities.</w:t>
            </w:r>
          </w:p>
        </w:tc>
        <w:tc>
          <w:tcPr>
            <w:tcW w:w="850" w:type="dxa"/>
            <w:tcBorders>
              <w:top w:val="nil"/>
              <w:left w:val="nil"/>
              <w:bottom w:val="single" w:sz="4" w:space="0" w:color="auto"/>
              <w:right w:val="single" w:sz="4" w:space="0" w:color="auto"/>
            </w:tcBorders>
            <w:shd w:val="clear" w:color="auto" w:fill="auto"/>
            <w:noWrap/>
            <w:hideMark/>
          </w:tcPr>
          <w:p w14:paraId="3FE3617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1200FEB"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60F687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DF9226F"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D242DB9" w14:textId="21492CC3"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1FFB15A2"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rPr>
              <w:t xml:space="preserve">Удивительные приключения. 3 форма неправильных глаголов. </w:t>
            </w:r>
            <w:r w:rsidRPr="002F7635">
              <w:rPr>
                <w:rFonts w:ascii="Times New Roman" w:eastAsia="Times New Roman" w:hAnsi="Times New Roman" w:cs="Times New Roman"/>
                <w:color w:val="000000"/>
                <w:sz w:val="24"/>
                <w:szCs w:val="24"/>
                <w:lang w:val="en-US"/>
              </w:rPr>
              <w:t>Present Perfect – настоящее совершенное.</w:t>
            </w:r>
          </w:p>
        </w:tc>
        <w:tc>
          <w:tcPr>
            <w:tcW w:w="850" w:type="dxa"/>
            <w:tcBorders>
              <w:top w:val="nil"/>
              <w:left w:val="nil"/>
              <w:bottom w:val="single" w:sz="4" w:space="0" w:color="auto"/>
              <w:right w:val="single" w:sz="4" w:space="0" w:color="auto"/>
            </w:tcBorders>
            <w:shd w:val="clear" w:color="auto" w:fill="auto"/>
            <w:noWrap/>
            <w:hideMark/>
          </w:tcPr>
          <w:p w14:paraId="7E79B26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DBE0F5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F5FEC4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DE668F7"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19AADBB6" w14:textId="0F46F6B5"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4ABB915C"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rPr>
              <w:t xml:space="preserve">Удивительные приключения. </w:t>
            </w:r>
            <w:r w:rsidRPr="002F7635">
              <w:rPr>
                <w:rFonts w:ascii="Times New Roman" w:eastAsia="Times New Roman" w:hAnsi="Times New Roman" w:cs="Times New Roman"/>
                <w:color w:val="000000"/>
                <w:sz w:val="24"/>
                <w:szCs w:val="24"/>
                <w:lang w:val="en-US"/>
              </w:rPr>
              <w:t>Have</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been</w:t>
            </w:r>
            <w:r w:rsidRPr="002F7635">
              <w:rPr>
                <w:rFonts w:ascii="Times New Roman" w:eastAsia="Times New Roman" w:hAnsi="Times New Roman" w:cs="Times New Roman"/>
                <w:color w:val="000000"/>
                <w:sz w:val="24"/>
                <w:szCs w:val="24"/>
              </w:rPr>
              <w:t>/</w:t>
            </w:r>
            <w:r w:rsidRPr="002F7635">
              <w:rPr>
                <w:rFonts w:ascii="Times New Roman" w:eastAsia="Times New Roman" w:hAnsi="Times New Roman" w:cs="Times New Roman"/>
                <w:color w:val="000000"/>
                <w:sz w:val="24"/>
                <w:szCs w:val="24"/>
                <w:lang w:val="en-US"/>
              </w:rPr>
              <w:t>have</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gone</w:t>
            </w:r>
            <w:r w:rsidRPr="002F7635">
              <w:rPr>
                <w:rFonts w:ascii="Times New Roman" w:eastAsia="Times New Roman" w:hAnsi="Times New Roman" w:cs="Times New Roman"/>
                <w:color w:val="000000"/>
                <w:sz w:val="24"/>
                <w:szCs w:val="24"/>
              </w:rPr>
              <w:t>.</w:t>
            </w:r>
          </w:p>
        </w:tc>
        <w:tc>
          <w:tcPr>
            <w:tcW w:w="850" w:type="dxa"/>
            <w:tcBorders>
              <w:top w:val="nil"/>
              <w:left w:val="nil"/>
              <w:bottom w:val="single" w:sz="4" w:space="0" w:color="auto"/>
              <w:right w:val="single" w:sz="4" w:space="0" w:color="auto"/>
            </w:tcBorders>
            <w:shd w:val="clear" w:color="auto" w:fill="auto"/>
            <w:noWrap/>
          </w:tcPr>
          <w:p w14:paraId="18C451C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E81696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5B64E4C"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2EE46E6"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4B559DC7" w14:textId="30732445"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2E92B12A" w14:textId="77777777" w:rsidR="00595E4A" w:rsidRPr="002F7635" w:rsidRDefault="00595E4A" w:rsidP="00BF6AD1">
            <w:pPr>
              <w:spacing w:after="0" w:line="240" w:lineRule="auto"/>
              <w:rPr>
                <w:rFonts w:ascii="Times New Roman" w:eastAsia="Times New Roman" w:hAnsi="Times New Roman" w:cs="Times New Roman"/>
                <w:color w:val="000000"/>
                <w:sz w:val="24"/>
                <w:szCs w:val="24"/>
              </w:rPr>
            </w:pPr>
            <w:r w:rsidRPr="002F7635">
              <w:rPr>
                <w:rFonts w:ascii="Times New Roman" w:eastAsia="Times New Roman" w:hAnsi="Times New Roman" w:cs="Times New Roman"/>
                <w:color w:val="000000"/>
                <w:sz w:val="24"/>
                <w:szCs w:val="24"/>
                <w:lang w:val="en-US"/>
              </w:rPr>
              <w:t>Travel</w:t>
            </w:r>
            <w:r w:rsidRPr="002F7635">
              <w:rPr>
                <w:rFonts w:ascii="Times New Roman" w:eastAsia="Times New Roman" w:hAnsi="Times New Roman" w:cs="Times New Roman"/>
                <w:color w:val="000000"/>
                <w:sz w:val="24"/>
                <w:szCs w:val="24"/>
              </w:rPr>
              <w:t xml:space="preserve"> </w:t>
            </w:r>
            <w:r w:rsidRPr="002F7635">
              <w:rPr>
                <w:rFonts w:ascii="Times New Roman" w:eastAsia="Times New Roman" w:hAnsi="Times New Roman" w:cs="Times New Roman"/>
                <w:color w:val="000000"/>
                <w:sz w:val="24"/>
                <w:szCs w:val="24"/>
                <w:lang w:val="en-US"/>
              </w:rPr>
              <w:t>Experiences</w:t>
            </w:r>
            <w:r w:rsidRPr="002F7635">
              <w:rPr>
                <w:rFonts w:ascii="Times New Roman" w:eastAsia="Times New Roman" w:hAnsi="Times New Roman" w:cs="Times New Roman"/>
                <w:color w:val="000000"/>
                <w:sz w:val="24"/>
                <w:szCs w:val="24"/>
              </w:rPr>
              <w:t xml:space="preserve"> /Путешествия. Виды транспорта.</w:t>
            </w:r>
          </w:p>
        </w:tc>
        <w:tc>
          <w:tcPr>
            <w:tcW w:w="850" w:type="dxa"/>
            <w:tcBorders>
              <w:top w:val="nil"/>
              <w:left w:val="nil"/>
              <w:bottom w:val="single" w:sz="4" w:space="0" w:color="auto"/>
              <w:right w:val="single" w:sz="4" w:space="0" w:color="auto"/>
            </w:tcBorders>
            <w:shd w:val="clear" w:color="auto" w:fill="auto"/>
            <w:noWrap/>
            <w:hideMark/>
          </w:tcPr>
          <w:p w14:paraId="4CA351E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3088F25E"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10C6BA8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54D6E74"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A22C370" w14:textId="4C432C7A"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noWrap/>
          </w:tcPr>
          <w:p w14:paraId="22B09062"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Travel Experiences /Путешествия. Present Perfect: negative, interrogative.</w:t>
            </w:r>
          </w:p>
        </w:tc>
        <w:tc>
          <w:tcPr>
            <w:tcW w:w="850" w:type="dxa"/>
            <w:tcBorders>
              <w:top w:val="nil"/>
              <w:left w:val="nil"/>
              <w:bottom w:val="single" w:sz="4" w:space="0" w:color="auto"/>
              <w:right w:val="single" w:sz="4" w:space="0" w:color="auto"/>
            </w:tcBorders>
            <w:shd w:val="clear" w:color="auto" w:fill="auto"/>
            <w:noWrap/>
            <w:hideMark/>
          </w:tcPr>
          <w:p w14:paraId="6A9FBA4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CB9CB8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4EC1A11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3435B2F"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8EDC76D" w14:textId="63F216AC"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15088022"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Culture Corner: Join Us /Уголок культуры: Sightseeing in London.</w:t>
            </w:r>
          </w:p>
        </w:tc>
        <w:tc>
          <w:tcPr>
            <w:tcW w:w="850" w:type="dxa"/>
            <w:tcBorders>
              <w:top w:val="nil"/>
              <w:left w:val="nil"/>
              <w:bottom w:val="single" w:sz="4" w:space="0" w:color="auto"/>
              <w:right w:val="single" w:sz="4" w:space="0" w:color="auto"/>
            </w:tcBorders>
            <w:shd w:val="clear" w:color="auto" w:fill="auto"/>
            <w:noWrap/>
            <w:hideMark/>
          </w:tcPr>
          <w:p w14:paraId="0228628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6258CE8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3F6EF34"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8F6AEAA"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3A0DE3E1" w14:textId="595CB207"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41EC055B"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Проект: Достопримечательности Лондона.</w:t>
            </w:r>
          </w:p>
        </w:tc>
        <w:tc>
          <w:tcPr>
            <w:tcW w:w="850" w:type="dxa"/>
            <w:tcBorders>
              <w:top w:val="nil"/>
              <w:left w:val="nil"/>
              <w:bottom w:val="single" w:sz="4" w:space="0" w:color="auto"/>
              <w:right w:val="single" w:sz="4" w:space="0" w:color="auto"/>
            </w:tcBorders>
            <w:shd w:val="clear" w:color="auto" w:fill="auto"/>
            <w:noWrap/>
            <w:hideMark/>
          </w:tcPr>
          <w:p w14:paraId="16964D00"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1F14C3C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7AA78DC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B116CF1"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856FE89" w14:textId="367C908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tcPr>
          <w:p w14:paraId="0C6F7D5A"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Grammar Present Perfect vs Past Simple.</w:t>
            </w:r>
          </w:p>
        </w:tc>
        <w:tc>
          <w:tcPr>
            <w:tcW w:w="850" w:type="dxa"/>
            <w:tcBorders>
              <w:top w:val="nil"/>
              <w:left w:val="nil"/>
              <w:bottom w:val="single" w:sz="4" w:space="0" w:color="auto"/>
              <w:right w:val="single" w:sz="4" w:space="0" w:color="auto"/>
            </w:tcBorders>
            <w:shd w:val="clear" w:color="auto" w:fill="auto"/>
            <w:noWrap/>
            <w:hideMark/>
          </w:tcPr>
          <w:p w14:paraId="2C28A649"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E80080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00C0AF4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AC9952F"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68D4931" w14:textId="63C23781"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tcPr>
          <w:p w14:paraId="553DDAE7"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Cultural habits. /Культурные навыки.</w:t>
            </w:r>
          </w:p>
        </w:tc>
        <w:tc>
          <w:tcPr>
            <w:tcW w:w="850" w:type="dxa"/>
            <w:tcBorders>
              <w:top w:val="nil"/>
              <w:left w:val="nil"/>
              <w:bottom w:val="single" w:sz="4" w:space="0" w:color="auto"/>
              <w:right w:val="single" w:sz="4" w:space="0" w:color="auto"/>
            </w:tcBorders>
            <w:shd w:val="clear" w:color="auto" w:fill="auto"/>
            <w:noWrap/>
            <w:hideMark/>
          </w:tcPr>
          <w:p w14:paraId="4103C4A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89C3AB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2C858EF2"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FC67CEA"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378E29C" w14:textId="7DF256F8"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tcPr>
          <w:p w14:paraId="7F9A6B49"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Passive Voice.</w:t>
            </w:r>
          </w:p>
        </w:tc>
        <w:tc>
          <w:tcPr>
            <w:tcW w:w="850" w:type="dxa"/>
            <w:tcBorders>
              <w:top w:val="nil"/>
              <w:left w:val="nil"/>
              <w:bottom w:val="single" w:sz="4" w:space="0" w:color="auto"/>
              <w:right w:val="single" w:sz="4" w:space="0" w:color="auto"/>
            </w:tcBorders>
            <w:shd w:val="clear" w:color="auto" w:fill="auto"/>
            <w:noWrap/>
            <w:hideMark/>
          </w:tcPr>
          <w:p w14:paraId="6212D005"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06C33D7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B18C191"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D22B1B5"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0CB3016A" w14:textId="54FF6DFD"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tcPr>
          <w:p w14:paraId="4A4A0245"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Закрепление лексико-грамматического материала.</w:t>
            </w:r>
          </w:p>
        </w:tc>
        <w:tc>
          <w:tcPr>
            <w:tcW w:w="850" w:type="dxa"/>
            <w:tcBorders>
              <w:top w:val="nil"/>
              <w:left w:val="nil"/>
              <w:bottom w:val="single" w:sz="4" w:space="0" w:color="auto"/>
              <w:right w:val="single" w:sz="4" w:space="0" w:color="auto"/>
            </w:tcBorders>
            <w:shd w:val="clear" w:color="auto" w:fill="auto"/>
            <w:noWrap/>
            <w:hideMark/>
          </w:tcPr>
          <w:p w14:paraId="1445E4D7"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5868C26D"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45F7C3E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D2AF565" w14:textId="77777777" w:rsidTr="00BF6AD1">
        <w:tc>
          <w:tcPr>
            <w:tcW w:w="648" w:type="dxa"/>
            <w:tcBorders>
              <w:top w:val="nil"/>
              <w:left w:val="single" w:sz="4" w:space="0" w:color="auto"/>
              <w:bottom w:val="single" w:sz="4" w:space="0" w:color="auto"/>
              <w:right w:val="single" w:sz="4" w:space="0" w:color="auto"/>
            </w:tcBorders>
            <w:shd w:val="clear" w:color="auto" w:fill="auto"/>
            <w:noWrap/>
          </w:tcPr>
          <w:p w14:paraId="47084937" w14:textId="662B7386"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eastAsia="ru-RU"/>
              </w:rPr>
            </w:pPr>
          </w:p>
        </w:tc>
        <w:tc>
          <w:tcPr>
            <w:tcW w:w="6210" w:type="dxa"/>
            <w:tcBorders>
              <w:top w:val="nil"/>
              <w:left w:val="nil"/>
              <w:bottom w:val="single" w:sz="4" w:space="0" w:color="auto"/>
              <w:right w:val="single" w:sz="4" w:space="0" w:color="auto"/>
            </w:tcBorders>
            <w:shd w:val="clear" w:color="auto" w:fill="auto"/>
            <w:vAlign w:val="bottom"/>
          </w:tcPr>
          <w:p w14:paraId="23EDA25E"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Skills. Minor injuries. Речевые умения. Болезни.</w:t>
            </w:r>
          </w:p>
        </w:tc>
        <w:tc>
          <w:tcPr>
            <w:tcW w:w="850" w:type="dxa"/>
            <w:tcBorders>
              <w:top w:val="nil"/>
              <w:left w:val="nil"/>
              <w:bottom w:val="single" w:sz="4" w:space="0" w:color="auto"/>
              <w:right w:val="single" w:sz="4" w:space="0" w:color="auto"/>
            </w:tcBorders>
            <w:shd w:val="clear" w:color="auto" w:fill="auto"/>
            <w:noWrap/>
          </w:tcPr>
          <w:p w14:paraId="6E7AAC6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p>
        </w:tc>
        <w:tc>
          <w:tcPr>
            <w:tcW w:w="1310" w:type="dxa"/>
            <w:tcBorders>
              <w:top w:val="nil"/>
              <w:left w:val="nil"/>
              <w:bottom w:val="single" w:sz="4" w:space="0" w:color="auto"/>
              <w:right w:val="single" w:sz="4" w:space="0" w:color="auto"/>
            </w:tcBorders>
          </w:tcPr>
          <w:p w14:paraId="733453AA"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397A8AC8"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AA01A80"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414FC41" w14:textId="2BFBDC1C" w:rsidR="00595E4A" w:rsidRPr="00ED6EF4" w:rsidRDefault="00595E4A" w:rsidP="00ED6EF4">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141E3E48" w14:textId="77777777" w:rsidR="00595E4A" w:rsidRPr="002F7635" w:rsidRDefault="00595E4A" w:rsidP="00BF6AD1">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color w:val="000000"/>
                <w:sz w:val="24"/>
                <w:szCs w:val="24"/>
                <w:lang w:val="en-US"/>
              </w:rPr>
              <w:t>Aches and pains /Боли и болячки.</w:t>
            </w:r>
          </w:p>
        </w:tc>
        <w:tc>
          <w:tcPr>
            <w:tcW w:w="850" w:type="dxa"/>
            <w:tcBorders>
              <w:top w:val="nil"/>
              <w:left w:val="nil"/>
              <w:bottom w:val="single" w:sz="4" w:space="0" w:color="auto"/>
              <w:right w:val="single" w:sz="4" w:space="0" w:color="auto"/>
            </w:tcBorders>
            <w:shd w:val="clear" w:color="auto" w:fill="auto"/>
            <w:noWrap/>
            <w:hideMark/>
          </w:tcPr>
          <w:p w14:paraId="6747FC83"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eastAsia="ru-RU"/>
              </w:rPr>
            </w:pPr>
            <w:r w:rsidRPr="002F7635">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FAF1BCF"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c>
          <w:tcPr>
            <w:tcW w:w="1890" w:type="dxa"/>
            <w:tcBorders>
              <w:top w:val="nil"/>
              <w:left w:val="nil"/>
              <w:bottom w:val="single" w:sz="4" w:space="0" w:color="auto"/>
              <w:right w:val="single" w:sz="4" w:space="0" w:color="auto"/>
            </w:tcBorders>
          </w:tcPr>
          <w:p w14:paraId="0BCAB576" w14:textId="77777777" w:rsidR="00595E4A" w:rsidRPr="002F7635" w:rsidRDefault="00595E4A" w:rsidP="00BF6AD1">
            <w:pPr>
              <w:spacing w:after="0" w:line="240" w:lineRule="auto"/>
              <w:jc w:val="center"/>
              <w:rPr>
                <w:rFonts w:ascii="Times New Roman" w:eastAsia="Times New Roman" w:hAnsi="Times New Roman" w:cs="Times New Roman"/>
                <w:color w:val="000000"/>
                <w:sz w:val="24"/>
                <w:szCs w:val="24"/>
                <w:lang w:val="en-US" w:eastAsia="ru-RU"/>
              </w:rPr>
            </w:pPr>
          </w:p>
        </w:tc>
      </w:tr>
      <w:tr w:rsidR="005B315A" w:rsidRPr="00746473" w14:paraId="518E96D5"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7ED8ED69" w14:textId="77777777" w:rsidR="005B315A" w:rsidRPr="00ED6EF4" w:rsidRDefault="005B315A" w:rsidP="005B315A">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6318C89B" w14:textId="0F15185C" w:rsidR="005B315A" w:rsidRDefault="0059315A" w:rsidP="005B315A">
            <w:pPr>
              <w:spacing w:after="0" w:line="240" w:lineRule="auto"/>
              <w:rPr>
                <w:rFonts w:ascii="Times New Roman" w:eastAsia="Times New Roman" w:hAnsi="Times New Roman" w:cs="Times New Roman"/>
                <w:color w:val="000000"/>
                <w:sz w:val="24"/>
                <w:szCs w:val="24"/>
                <w:lang w:val="en-US"/>
              </w:rPr>
            </w:pPr>
            <w:r w:rsidRPr="002F7635">
              <w:rPr>
                <w:rFonts w:ascii="Times New Roman" w:eastAsia="Times New Roman" w:hAnsi="Times New Roman" w:cs="Times New Roman"/>
                <w:bCs/>
                <w:color w:val="000000"/>
                <w:sz w:val="24"/>
                <w:szCs w:val="24"/>
                <w:lang w:eastAsia="ru-RU"/>
              </w:rPr>
              <w:t>Проверочная по модулю 6</w:t>
            </w:r>
          </w:p>
        </w:tc>
        <w:tc>
          <w:tcPr>
            <w:tcW w:w="850" w:type="dxa"/>
            <w:tcBorders>
              <w:top w:val="nil"/>
              <w:left w:val="nil"/>
              <w:bottom w:val="single" w:sz="4" w:space="0" w:color="auto"/>
              <w:right w:val="single" w:sz="4" w:space="0" w:color="auto"/>
            </w:tcBorders>
            <w:shd w:val="clear" w:color="auto" w:fill="auto"/>
            <w:noWrap/>
          </w:tcPr>
          <w:p w14:paraId="48D4DF10" w14:textId="52DEDE72" w:rsidR="005B315A" w:rsidRPr="00746473" w:rsidRDefault="005B315A" w:rsidP="005B315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297E5336" w14:textId="77777777" w:rsidR="005B315A" w:rsidRPr="00746473" w:rsidRDefault="005B315A" w:rsidP="005B315A">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6E4B15C2" w14:textId="77777777" w:rsidR="005B315A" w:rsidRPr="00746473" w:rsidRDefault="005B315A" w:rsidP="005B315A">
            <w:pPr>
              <w:spacing w:after="0" w:line="240" w:lineRule="auto"/>
              <w:jc w:val="center"/>
              <w:rPr>
                <w:rFonts w:ascii="Times New Roman" w:eastAsia="Times New Roman" w:hAnsi="Times New Roman" w:cs="Times New Roman"/>
                <w:color w:val="000000"/>
                <w:sz w:val="24"/>
                <w:szCs w:val="24"/>
                <w:lang w:eastAsia="ru-RU"/>
              </w:rPr>
            </w:pPr>
          </w:p>
        </w:tc>
      </w:tr>
      <w:tr w:rsidR="005B315A" w:rsidRPr="00746473" w14:paraId="0CBD7E97" w14:textId="77777777" w:rsidTr="00ED6EF4">
        <w:tc>
          <w:tcPr>
            <w:tcW w:w="648" w:type="dxa"/>
            <w:tcBorders>
              <w:top w:val="nil"/>
              <w:left w:val="single" w:sz="4" w:space="0" w:color="auto"/>
              <w:bottom w:val="single" w:sz="4" w:space="0" w:color="auto"/>
              <w:right w:val="single" w:sz="4" w:space="0" w:color="auto"/>
            </w:tcBorders>
            <w:shd w:val="clear" w:color="auto" w:fill="auto"/>
            <w:noWrap/>
          </w:tcPr>
          <w:p w14:paraId="663D3DD2" w14:textId="77777777" w:rsidR="005B315A" w:rsidRPr="00ED6EF4" w:rsidRDefault="005B315A" w:rsidP="005B315A">
            <w:pPr>
              <w:pStyle w:val="ae"/>
              <w:numPr>
                <w:ilvl w:val="0"/>
                <w:numId w:val="31"/>
              </w:numPr>
              <w:tabs>
                <w:tab w:val="left" w:pos="426"/>
              </w:tabs>
              <w:spacing w:after="0" w:line="240" w:lineRule="auto"/>
              <w:ind w:hanging="720"/>
              <w:rPr>
                <w:rFonts w:ascii="Times New Roman" w:eastAsia="Times New Roman" w:hAnsi="Times New Roman" w:cs="Times New Roman"/>
                <w:sz w:val="24"/>
                <w:szCs w:val="24"/>
                <w:lang w:val="en-US" w:eastAsia="ru-RU"/>
              </w:rPr>
            </w:pPr>
          </w:p>
        </w:tc>
        <w:tc>
          <w:tcPr>
            <w:tcW w:w="6210" w:type="dxa"/>
            <w:tcBorders>
              <w:top w:val="nil"/>
              <w:left w:val="nil"/>
              <w:bottom w:val="single" w:sz="4" w:space="0" w:color="auto"/>
              <w:right w:val="single" w:sz="4" w:space="0" w:color="auto"/>
            </w:tcBorders>
            <w:shd w:val="clear" w:color="auto" w:fill="auto"/>
          </w:tcPr>
          <w:p w14:paraId="56799653" w14:textId="6EB34646" w:rsidR="005B315A" w:rsidRDefault="0059315A" w:rsidP="0059315A">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Работа над ошибками</w:t>
            </w:r>
            <w:r w:rsidRPr="002F7635">
              <w:rPr>
                <w:rFonts w:ascii="Times New Roman" w:eastAsia="Times New Roman" w:hAnsi="Times New Roman" w:cs="Times New Roman"/>
                <w:color w:val="000000"/>
                <w:sz w:val="24"/>
                <w:szCs w:val="24"/>
                <w:lang w:val="en-US"/>
              </w:rPr>
              <w:t xml:space="preserve"> </w:t>
            </w:r>
          </w:p>
        </w:tc>
        <w:tc>
          <w:tcPr>
            <w:tcW w:w="850" w:type="dxa"/>
            <w:tcBorders>
              <w:top w:val="nil"/>
              <w:left w:val="nil"/>
              <w:bottom w:val="single" w:sz="4" w:space="0" w:color="auto"/>
              <w:right w:val="single" w:sz="4" w:space="0" w:color="auto"/>
            </w:tcBorders>
            <w:shd w:val="clear" w:color="auto" w:fill="auto"/>
            <w:noWrap/>
          </w:tcPr>
          <w:p w14:paraId="1188E3B8" w14:textId="768944A9" w:rsidR="005B315A" w:rsidRPr="00746473" w:rsidRDefault="005B315A" w:rsidP="005B315A">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310" w:type="dxa"/>
            <w:tcBorders>
              <w:top w:val="nil"/>
              <w:left w:val="nil"/>
              <w:bottom w:val="single" w:sz="4" w:space="0" w:color="auto"/>
              <w:right w:val="single" w:sz="4" w:space="0" w:color="auto"/>
            </w:tcBorders>
          </w:tcPr>
          <w:p w14:paraId="4B94BD18" w14:textId="77777777" w:rsidR="005B315A" w:rsidRPr="00746473" w:rsidRDefault="005B315A" w:rsidP="005B315A">
            <w:pPr>
              <w:spacing w:after="0" w:line="240" w:lineRule="auto"/>
              <w:jc w:val="center"/>
              <w:rPr>
                <w:rFonts w:ascii="Times New Roman" w:eastAsia="Times New Roman" w:hAnsi="Times New Roman" w:cs="Times New Roman"/>
                <w:color w:val="000000"/>
                <w:sz w:val="24"/>
                <w:szCs w:val="24"/>
                <w:lang w:eastAsia="ru-RU"/>
              </w:rPr>
            </w:pPr>
          </w:p>
        </w:tc>
        <w:tc>
          <w:tcPr>
            <w:tcW w:w="1890" w:type="dxa"/>
            <w:tcBorders>
              <w:top w:val="nil"/>
              <w:left w:val="nil"/>
              <w:bottom w:val="single" w:sz="4" w:space="0" w:color="auto"/>
              <w:right w:val="single" w:sz="4" w:space="0" w:color="auto"/>
            </w:tcBorders>
          </w:tcPr>
          <w:p w14:paraId="242724DA" w14:textId="77777777" w:rsidR="005B315A" w:rsidRPr="00746473" w:rsidRDefault="005B315A" w:rsidP="005B315A">
            <w:pPr>
              <w:spacing w:after="0" w:line="240" w:lineRule="auto"/>
              <w:jc w:val="center"/>
              <w:rPr>
                <w:rFonts w:ascii="Times New Roman" w:eastAsia="Times New Roman" w:hAnsi="Times New Roman" w:cs="Times New Roman"/>
                <w:color w:val="000000"/>
                <w:sz w:val="24"/>
                <w:szCs w:val="24"/>
                <w:lang w:eastAsia="ru-RU"/>
              </w:rPr>
            </w:pPr>
          </w:p>
        </w:tc>
      </w:tr>
    </w:tbl>
    <w:p w14:paraId="7479D020" w14:textId="77FD7D91" w:rsidR="00BF6AD1" w:rsidRDefault="00BF6AD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5AB86A9" w14:textId="4F465FB6" w:rsidR="00595E4A" w:rsidRPr="002F7635" w:rsidRDefault="00595E4A" w:rsidP="00793190">
      <w:pPr>
        <w:pStyle w:val="affff1"/>
        <w:jc w:val="left"/>
      </w:pPr>
      <w:bookmarkStart w:id="85" w:name="_Toc138412920"/>
      <w:bookmarkStart w:id="86" w:name="_Toc149647036"/>
      <w:bookmarkStart w:id="87" w:name="_Toc150046080"/>
      <w:bookmarkStart w:id="88" w:name="_Toc150047340"/>
      <w:r w:rsidRPr="002F7635">
        <w:lastRenderedPageBreak/>
        <w:t>6 класс</w:t>
      </w:r>
      <w:bookmarkEnd w:id="85"/>
      <w:bookmarkEnd w:id="86"/>
      <w:bookmarkEnd w:id="87"/>
      <w:bookmarkEnd w:id="88"/>
    </w:p>
    <w:tbl>
      <w:tblPr>
        <w:tblW w:w="10818" w:type="dxa"/>
        <w:tblLayout w:type="fixed"/>
        <w:tblLook w:val="04A0" w:firstRow="1" w:lastRow="0" w:firstColumn="1" w:lastColumn="0" w:noHBand="0" w:noVBand="1"/>
      </w:tblPr>
      <w:tblGrid>
        <w:gridCol w:w="738"/>
        <w:gridCol w:w="5940"/>
        <w:gridCol w:w="850"/>
        <w:gridCol w:w="1310"/>
        <w:gridCol w:w="1980"/>
      </w:tblGrid>
      <w:tr w:rsidR="00595E4A" w:rsidRPr="004A4EB9" w14:paraId="5844BB42" w14:textId="77777777" w:rsidTr="00EE5E47">
        <w:trPr>
          <w:tblHeader/>
        </w:trPr>
        <w:tc>
          <w:tcPr>
            <w:tcW w:w="738" w:type="dxa"/>
            <w:vMerge w:val="restart"/>
            <w:tcBorders>
              <w:top w:val="single" w:sz="4" w:space="0" w:color="auto"/>
              <w:left w:val="single" w:sz="4" w:space="0" w:color="auto"/>
              <w:right w:val="single" w:sz="4" w:space="0" w:color="auto"/>
            </w:tcBorders>
            <w:shd w:val="clear" w:color="auto" w:fill="auto"/>
            <w:noWrap/>
            <w:vAlign w:val="center"/>
          </w:tcPr>
          <w:p w14:paraId="6378903E" w14:textId="77777777" w:rsidR="00595E4A" w:rsidRPr="004A4EB9" w:rsidRDefault="00595E4A" w:rsidP="00EE5E47">
            <w:pPr>
              <w:spacing w:after="0" w:line="240" w:lineRule="auto"/>
              <w:jc w:val="center"/>
              <w:rPr>
                <w:rFonts w:ascii="Times New Roman" w:eastAsia="Calibri" w:hAnsi="Times New Roman" w:cs="Times New Roman"/>
                <w:b/>
                <w:sz w:val="24"/>
                <w:szCs w:val="24"/>
              </w:rPr>
            </w:pPr>
            <w:r w:rsidRPr="004A4EB9">
              <w:rPr>
                <w:rFonts w:ascii="Times New Roman" w:eastAsia="Calibri" w:hAnsi="Times New Roman" w:cs="Times New Roman"/>
                <w:b/>
                <w:sz w:val="24"/>
                <w:szCs w:val="24"/>
              </w:rPr>
              <w:t>№</w:t>
            </w:r>
          </w:p>
        </w:tc>
        <w:tc>
          <w:tcPr>
            <w:tcW w:w="5940" w:type="dxa"/>
            <w:vMerge w:val="restart"/>
            <w:tcBorders>
              <w:top w:val="single" w:sz="4" w:space="0" w:color="auto"/>
              <w:left w:val="nil"/>
              <w:right w:val="single" w:sz="4" w:space="0" w:color="auto"/>
            </w:tcBorders>
            <w:shd w:val="clear" w:color="auto" w:fill="auto"/>
            <w:vAlign w:val="center"/>
          </w:tcPr>
          <w:p w14:paraId="23427AF5" w14:textId="77777777" w:rsidR="00595E4A" w:rsidRPr="004A4EB9" w:rsidRDefault="00595E4A" w:rsidP="001F12F2">
            <w:pPr>
              <w:spacing w:after="160" w:line="259" w:lineRule="auto"/>
              <w:jc w:val="center"/>
              <w:rPr>
                <w:rFonts w:ascii="Times New Roman" w:eastAsia="Calibri" w:hAnsi="Times New Roman" w:cs="Times New Roman"/>
                <w:b/>
                <w:sz w:val="24"/>
                <w:szCs w:val="24"/>
              </w:rPr>
            </w:pPr>
            <w:r w:rsidRPr="004A4EB9">
              <w:rPr>
                <w:rFonts w:ascii="Times New Roman" w:eastAsia="Calibri" w:hAnsi="Times New Roman" w:cs="Times New Roman"/>
                <w:b/>
                <w:sz w:val="24"/>
                <w:szCs w:val="24"/>
              </w:rPr>
              <w:t>Тема урока</w:t>
            </w:r>
          </w:p>
        </w:tc>
        <w:tc>
          <w:tcPr>
            <w:tcW w:w="2160" w:type="dxa"/>
            <w:gridSpan w:val="2"/>
            <w:tcBorders>
              <w:top w:val="single" w:sz="4" w:space="0" w:color="auto"/>
              <w:left w:val="nil"/>
              <w:bottom w:val="single" w:sz="4" w:space="0" w:color="auto"/>
              <w:right w:val="single" w:sz="4" w:space="0" w:color="auto"/>
            </w:tcBorders>
            <w:shd w:val="clear" w:color="auto" w:fill="auto"/>
            <w:vAlign w:val="center"/>
          </w:tcPr>
          <w:p w14:paraId="4873DA13" w14:textId="75836582" w:rsidR="00595E4A" w:rsidRPr="004A4EB9" w:rsidRDefault="00595E4A" w:rsidP="001F12F2">
            <w:pPr>
              <w:spacing w:after="160" w:line="259" w:lineRule="auto"/>
              <w:jc w:val="center"/>
              <w:rPr>
                <w:rFonts w:ascii="Times New Roman" w:eastAsia="Calibri" w:hAnsi="Times New Roman" w:cs="Times New Roman"/>
                <w:b/>
                <w:sz w:val="24"/>
                <w:szCs w:val="24"/>
              </w:rPr>
            </w:pPr>
            <w:r w:rsidRPr="004A4EB9">
              <w:rPr>
                <w:rFonts w:ascii="Times New Roman" w:eastAsia="Calibri" w:hAnsi="Times New Roman" w:cs="Times New Roman"/>
                <w:b/>
                <w:sz w:val="24"/>
                <w:szCs w:val="24"/>
              </w:rPr>
              <w:t xml:space="preserve">Количество </w:t>
            </w:r>
            <w:r w:rsidR="00EE5E47" w:rsidRPr="004A4EB9">
              <w:rPr>
                <w:rFonts w:ascii="Times New Roman" w:eastAsia="Calibri" w:hAnsi="Times New Roman" w:cs="Times New Roman"/>
                <w:b/>
                <w:sz w:val="24"/>
                <w:szCs w:val="24"/>
              </w:rPr>
              <w:br/>
            </w:r>
            <w:r w:rsidRPr="004A4EB9">
              <w:rPr>
                <w:rFonts w:ascii="Times New Roman" w:eastAsia="Calibri" w:hAnsi="Times New Roman" w:cs="Times New Roman"/>
                <w:b/>
                <w:sz w:val="24"/>
                <w:szCs w:val="24"/>
              </w:rPr>
              <w:t>часов</w:t>
            </w:r>
          </w:p>
        </w:tc>
        <w:tc>
          <w:tcPr>
            <w:tcW w:w="1980" w:type="dxa"/>
            <w:vMerge w:val="restart"/>
            <w:tcBorders>
              <w:top w:val="single" w:sz="4" w:space="0" w:color="auto"/>
              <w:left w:val="nil"/>
              <w:right w:val="single" w:sz="4" w:space="0" w:color="auto"/>
            </w:tcBorders>
            <w:shd w:val="clear" w:color="auto" w:fill="auto"/>
            <w:vAlign w:val="center"/>
          </w:tcPr>
          <w:p w14:paraId="1F81F946" w14:textId="77777777" w:rsidR="00595E4A" w:rsidRPr="004A4EB9" w:rsidRDefault="00595E4A" w:rsidP="001F12F2">
            <w:pPr>
              <w:spacing w:after="160" w:line="259" w:lineRule="auto"/>
              <w:jc w:val="center"/>
              <w:rPr>
                <w:rFonts w:ascii="Times New Roman" w:eastAsia="Calibri" w:hAnsi="Times New Roman" w:cs="Times New Roman"/>
                <w:b/>
                <w:sz w:val="24"/>
                <w:szCs w:val="24"/>
              </w:rPr>
            </w:pPr>
            <w:r w:rsidRPr="004A4EB9">
              <w:rPr>
                <w:rFonts w:ascii="Times New Roman" w:eastAsia="Calibri" w:hAnsi="Times New Roman" w:cs="Times New Roman"/>
                <w:b/>
                <w:sz w:val="24"/>
                <w:szCs w:val="24"/>
              </w:rPr>
              <w:t>Виды и формы контроля</w:t>
            </w:r>
          </w:p>
        </w:tc>
      </w:tr>
      <w:tr w:rsidR="00595E4A" w:rsidRPr="004A4EB9" w14:paraId="28F5A7EC" w14:textId="77777777" w:rsidTr="00EE5E47">
        <w:trPr>
          <w:tblHeader/>
        </w:trPr>
        <w:tc>
          <w:tcPr>
            <w:tcW w:w="738" w:type="dxa"/>
            <w:vMerge/>
            <w:tcBorders>
              <w:left w:val="single" w:sz="4" w:space="0" w:color="auto"/>
              <w:bottom w:val="single" w:sz="4" w:space="0" w:color="auto"/>
              <w:right w:val="single" w:sz="4" w:space="0" w:color="auto"/>
            </w:tcBorders>
            <w:shd w:val="clear" w:color="auto" w:fill="C5E0B3"/>
            <w:noWrap/>
            <w:vAlign w:val="center"/>
            <w:hideMark/>
          </w:tcPr>
          <w:p w14:paraId="5FD0C218" w14:textId="77777777" w:rsidR="00595E4A" w:rsidRPr="004A4EB9" w:rsidRDefault="00595E4A" w:rsidP="00EE5E47">
            <w:pPr>
              <w:spacing w:after="0" w:line="240" w:lineRule="auto"/>
              <w:jc w:val="center"/>
              <w:rPr>
                <w:rFonts w:ascii="Times New Roman" w:eastAsia="Calibri" w:hAnsi="Times New Roman" w:cs="Times New Roman"/>
                <w:bCs/>
                <w:sz w:val="24"/>
                <w:szCs w:val="24"/>
              </w:rPr>
            </w:pPr>
          </w:p>
        </w:tc>
        <w:tc>
          <w:tcPr>
            <w:tcW w:w="5940" w:type="dxa"/>
            <w:vMerge/>
            <w:tcBorders>
              <w:left w:val="nil"/>
              <w:bottom w:val="single" w:sz="4" w:space="0" w:color="auto"/>
              <w:right w:val="single" w:sz="4" w:space="0" w:color="auto"/>
            </w:tcBorders>
            <w:shd w:val="clear" w:color="auto" w:fill="C5E0B3"/>
            <w:vAlign w:val="center"/>
            <w:hideMark/>
          </w:tcPr>
          <w:p w14:paraId="66B2FAD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7B4F02EB" w14:textId="77777777" w:rsidR="00595E4A" w:rsidRPr="004A4EB9" w:rsidRDefault="00595E4A" w:rsidP="001F12F2">
            <w:pPr>
              <w:spacing w:after="160" w:line="259" w:lineRule="auto"/>
              <w:jc w:val="center"/>
              <w:rPr>
                <w:rFonts w:ascii="Times New Roman" w:eastAsia="Calibri" w:hAnsi="Times New Roman" w:cs="Times New Roman"/>
                <w:b/>
                <w:sz w:val="24"/>
                <w:szCs w:val="24"/>
              </w:rPr>
            </w:pPr>
            <w:r w:rsidRPr="004A4EB9">
              <w:rPr>
                <w:rFonts w:ascii="Times New Roman" w:eastAsia="Calibri" w:hAnsi="Times New Roman" w:cs="Times New Roman"/>
                <w:b/>
                <w:sz w:val="24"/>
                <w:szCs w:val="24"/>
              </w:rPr>
              <w:t>Всего</w:t>
            </w:r>
          </w:p>
        </w:tc>
        <w:tc>
          <w:tcPr>
            <w:tcW w:w="1310" w:type="dxa"/>
            <w:tcBorders>
              <w:top w:val="single" w:sz="4" w:space="0" w:color="auto"/>
              <w:left w:val="nil"/>
              <w:bottom w:val="single" w:sz="4" w:space="0" w:color="auto"/>
              <w:right w:val="single" w:sz="4" w:space="0" w:color="auto"/>
            </w:tcBorders>
            <w:shd w:val="clear" w:color="auto" w:fill="auto"/>
            <w:vAlign w:val="center"/>
          </w:tcPr>
          <w:p w14:paraId="212FDD45" w14:textId="77777777" w:rsidR="00595E4A" w:rsidRPr="004A4EB9" w:rsidRDefault="00595E4A" w:rsidP="001F12F2">
            <w:pPr>
              <w:spacing w:after="160" w:line="259" w:lineRule="auto"/>
              <w:jc w:val="center"/>
              <w:rPr>
                <w:rFonts w:ascii="Times New Roman" w:eastAsia="Calibri" w:hAnsi="Times New Roman" w:cs="Times New Roman"/>
                <w:b/>
                <w:sz w:val="24"/>
                <w:szCs w:val="24"/>
              </w:rPr>
            </w:pPr>
            <w:r w:rsidRPr="004A4EB9">
              <w:rPr>
                <w:rFonts w:ascii="Times New Roman" w:eastAsia="Calibri" w:hAnsi="Times New Roman" w:cs="Times New Roman"/>
                <w:b/>
                <w:sz w:val="24"/>
                <w:szCs w:val="24"/>
              </w:rPr>
              <w:t>Контрольные работы</w:t>
            </w:r>
          </w:p>
        </w:tc>
        <w:tc>
          <w:tcPr>
            <w:tcW w:w="1980" w:type="dxa"/>
            <w:vMerge/>
            <w:tcBorders>
              <w:left w:val="nil"/>
              <w:bottom w:val="single" w:sz="4" w:space="0" w:color="auto"/>
              <w:right w:val="single" w:sz="4" w:space="0" w:color="auto"/>
            </w:tcBorders>
            <w:shd w:val="clear" w:color="auto" w:fill="C5E0B3"/>
            <w:vAlign w:val="center"/>
          </w:tcPr>
          <w:p w14:paraId="4448691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FC976AA"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337E485"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246AFB6"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ИОТ № 047 – 2020. Вводный урок. Повторение: название стран, национальностей. Профессии. Внешность.</w:t>
            </w:r>
          </w:p>
        </w:tc>
        <w:tc>
          <w:tcPr>
            <w:tcW w:w="850" w:type="dxa"/>
            <w:tcBorders>
              <w:top w:val="nil"/>
              <w:left w:val="nil"/>
              <w:bottom w:val="single" w:sz="4" w:space="0" w:color="auto"/>
              <w:right w:val="single" w:sz="4" w:space="0" w:color="auto"/>
            </w:tcBorders>
            <w:shd w:val="clear" w:color="auto" w:fill="auto"/>
            <w:noWrap/>
            <w:hideMark/>
          </w:tcPr>
          <w:p w14:paraId="2CCFBA73" w14:textId="545EC102"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830A5B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D534D4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AA649F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EDA1C9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088B078"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MODULE 1. HOME AND AWAY. Родина и страны мира. Вводный урок. Страны и столицы.</w:t>
            </w:r>
          </w:p>
        </w:tc>
        <w:tc>
          <w:tcPr>
            <w:tcW w:w="850" w:type="dxa"/>
            <w:tcBorders>
              <w:top w:val="nil"/>
              <w:left w:val="nil"/>
              <w:bottom w:val="single" w:sz="4" w:space="0" w:color="auto"/>
              <w:right w:val="single" w:sz="4" w:space="0" w:color="auto"/>
            </w:tcBorders>
            <w:shd w:val="clear" w:color="auto" w:fill="auto"/>
            <w:noWrap/>
            <w:hideMark/>
          </w:tcPr>
          <w:p w14:paraId="16E6A19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8D302D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21FD7C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156E70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871831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5BFFAAD"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In the streets/ Наулице. Особенности города. Дорожное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движение</w:t>
            </w:r>
            <w:r w:rsidRPr="004A4EB9">
              <w:rPr>
                <w:rFonts w:ascii="Times New Roman" w:eastAsia="Calibri" w:hAnsi="Times New Roman" w:cs="Times New Roman"/>
                <w:bCs/>
                <w:sz w:val="24"/>
                <w:szCs w:val="24"/>
                <w:lang w:val="en-US"/>
              </w:rPr>
              <w:t>. Police, camera, action!</w:t>
            </w:r>
          </w:p>
        </w:tc>
        <w:tc>
          <w:tcPr>
            <w:tcW w:w="850" w:type="dxa"/>
            <w:tcBorders>
              <w:top w:val="nil"/>
              <w:left w:val="nil"/>
              <w:bottom w:val="single" w:sz="4" w:space="0" w:color="auto"/>
              <w:right w:val="single" w:sz="4" w:space="0" w:color="auto"/>
            </w:tcBorders>
            <w:shd w:val="clear" w:color="auto" w:fill="auto"/>
            <w:noWrap/>
            <w:hideMark/>
          </w:tcPr>
          <w:p w14:paraId="6100A47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shd w:val="clear" w:color="auto" w:fill="auto"/>
          </w:tcPr>
          <w:p w14:paraId="70B1B54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shd w:val="clear" w:color="auto" w:fill="auto"/>
          </w:tcPr>
          <w:p w14:paraId="6C854FE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65FD8C7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DE99B23"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5F14BE8"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Предлоги движения. (VB1)</w:t>
            </w:r>
          </w:p>
        </w:tc>
        <w:tc>
          <w:tcPr>
            <w:tcW w:w="850" w:type="dxa"/>
            <w:tcBorders>
              <w:top w:val="nil"/>
              <w:left w:val="nil"/>
              <w:bottom w:val="single" w:sz="4" w:space="0" w:color="auto"/>
              <w:right w:val="single" w:sz="4" w:space="0" w:color="auto"/>
            </w:tcBorders>
            <w:shd w:val="clear" w:color="auto" w:fill="auto"/>
            <w:noWrap/>
            <w:hideMark/>
          </w:tcPr>
          <w:p w14:paraId="24F9D3F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F460FB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DD5968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F3F42D0"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B02AAF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0668C1E"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Hotspots</w:t>
            </w:r>
            <w:r w:rsidRPr="004A4EB9">
              <w:rPr>
                <w:rFonts w:ascii="Times New Roman" w:eastAsia="Calibri" w:hAnsi="Times New Roman" w:cs="Times New Roman"/>
                <w:bCs/>
                <w:sz w:val="24"/>
                <w:szCs w:val="24"/>
              </w:rPr>
              <w:t xml:space="preserve"> Популярные места отдыха</w:t>
            </w:r>
          </w:p>
        </w:tc>
        <w:tc>
          <w:tcPr>
            <w:tcW w:w="850" w:type="dxa"/>
            <w:tcBorders>
              <w:top w:val="nil"/>
              <w:left w:val="nil"/>
              <w:bottom w:val="single" w:sz="4" w:space="0" w:color="auto"/>
              <w:right w:val="single" w:sz="4" w:space="0" w:color="auto"/>
            </w:tcBorders>
            <w:shd w:val="clear" w:color="auto" w:fill="auto"/>
            <w:noWrap/>
          </w:tcPr>
          <w:p w14:paraId="391A3D6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EB3795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642799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4C4A948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8F2FEC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D25E520"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Hotspots/ Популярные места отдыха.</w:t>
            </w:r>
          </w:p>
        </w:tc>
        <w:tc>
          <w:tcPr>
            <w:tcW w:w="850" w:type="dxa"/>
            <w:tcBorders>
              <w:top w:val="nil"/>
              <w:left w:val="nil"/>
              <w:bottom w:val="single" w:sz="4" w:space="0" w:color="auto"/>
              <w:right w:val="single" w:sz="4" w:space="0" w:color="auto"/>
            </w:tcBorders>
            <w:shd w:val="clear" w:color="auto" w:fill="auto"/>
            <w:noWrap/>
            <w:hideMark/>
          </w:tcPr>
          <w:p w14:paraId="51D3D0C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5FCEEB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35F5B9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40100B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43056C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2D7F0849"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Grammar/ </w:t>
            </w:r>
            <w:r w:rsidRPr="004A4EB9">
              <w:rPr>
                <w:rFonts w:ascii="Times New Roman" w:eastAsia="Calibri" w:hAnsi="Times New Roman" w:cs="Times New Roman"/>
                <w:bCs/>
                <w:sz w:val="24"/>
                <w:szCs w:val="24"/>
              </w:rPr>
              <w:t>Грамматика</w:t>
            </w:r>
            <w:r w:rsidRPr="004A4EB9">
              <w:rPr>
                <w:rFonts w:ascii="Times New Roman" w:eastAsia="Calibri" w:hAnsi="Times New Roman" w:cs="Times New Roman"/>
                <w:bCs/>
                <w:sz w:val="24"/>
                <w:szCs w:val="24"/>
                <w:lang w:val="en-US"/>
              </w:rPr>
              <w:t xml:space="preserve">. Pr. Simple vs Pr. </w:t>
            </w:r>
            <w:r w:rsidRPr="004A4EB9">
              <w:rPr>
                <w:rFonts w:ascii="Times New Roman" w:eastAsia="Calibri" w:hAnsi="Times New Roman" w:cs="Times New Roman"/>
                <w:bCs/>
                <w:sz w:val="24"/>
                <w:szCs w:val="24"/>
              </w:rPr>
              <w:t>Continuous</w:t>
            </w:r>
          </w:p>
        </w:tc>
        <w:tc>
          <w:tcPr>
            <w:tcW w:w="850" w:type="dxa"/>
            <w:tcBorders>
              <w:top w:val="nil"/>
              <w:left w:val="nil"/>
              <w:bottom w:val="single" w:sz="4" w:space="0" w:color="auto"/>
              <w:right w:val="single" w:sz="4" w:space="0" w:color="auto"/>
            </w:tcBorders>
            <w:shd w:val="clear" w:color="auto" w:fill="auto"/>
            <w:noWrap/>
          </w:tcPr>
          <w:p w14:paraId="7D6D9E2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158280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E03D4A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2CC236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585AA0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33D97D54"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Закрепление лексико-грамматического материала.</w:t>
            </w:r>
          </w:p>
        </w:tc>
        <w:tc>
          <w:tcPr>
            <w:tcW w:w="850" w:type="dxa"/>
            <w:tcBorders>
              <w:top w:val="nil"/>
              <w:left w:val="nil"/>
              <w:bottom w:val="single" w:sz="4" w:space="0" w:color="auto"/>
              <w:right w:val="single" w:sz="4" w:space="0" w:color="auto"/>
            </w:tcBorders>
            <w:shd w:val="clear" w:color="auto" w:fill="auto"/>
            <w:noWrap/>
            <w:hideMark/>
          </w:tcPr>
          <w:p w14:paraId="39A9D9B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412A91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AED75C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08F7C7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C7693D7"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3C1250C9" w14:textId="04D1B701" w:rsidR="00595E4A" w:rsidRPr="004A4EB9" w:rsidRDefault="00595E4A" w:rsidP="00F33488">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Уголок культуры: Тихоокеанское шоссе.</w:t>
            </w:r>
            <w:r w:rsidR="00F33488">
              <w:rPr>
                <w:rFonts w:ascii="Times New Roman" w:eastAsia="Calibri" w:hAnsi="Times New Roman" w:cs="Times New Roman"/>
                <w:bCs/>
                <w:sz w:val="24"/>
                <w:szCs w:val="24"/>
              </w:rPr>
              <w:t xml:space="preserve"> Описание родного города.</w:t>
            </w:r>
          </w:p>
        </w:tc>
        <w:tc>
          <w:tcPr>
            <w:tcW w:w="850" w:type="dxa"/>
            <w:tcBorders>
              <w:top w:val="nil"/>
              <w:left w:val="nil"/>
              <w:bottom w:val="single" w:sz="4" w:space="0" w:color="auto"/>
              <w:right w:val="single" w:sz="4" w:space="0" w:color="auto"/>
            </w:tcBorders>
            <w:shd w:val="clear" w:color="auto" w:fill="auto"/>
            <w:noWrap/>
            <w:hideMark/>
          </w:tcPr>
          <w:p w14:paraId="25B1F2E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shd w:val="clear" w:color="auto" w:fill="auto"/>
          </w:tcPr>
          <w:p w14:paraId="36C0777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shd w:val="clear" w:color="auto" w:fill="auto"/>
          </w:tcPr>
          <w:p w14:paraId="10B4BBA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D7457EC"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BA78F3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062D2518" w14:textId="521F3CF9"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Everyday English/ Повседневный английский: ролевая игра «Покупка билетов».</w:t>
            </w:r>
          </w:p>
        </w:tc>
        <w:tc>
          <w:tcPr>
            <w:tcW w:w="850" w:type="dxa"/>
            <w:tcBorders>
              <w:top w:val="nil"/>
              <w:left w:val="nil"/>
              <w:bottom w:val="single" w:sz="4" w:space="0" w:color="auto"/>
              <w:right w:val="single" w:sz="4" w:space="0" w:color="auto"/>
            </w:tcBorders>
            <w:shd w:val="clear" w:color="auto" w:fill="auto"/>
            <w:noWrap/>
            <w:hideMark/>
          </w:tcPr>
          <w:p w14:paraId="0CF4C3F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50F1D2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FDD723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AD5B98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35E057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903EB69"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Survival/ Выживание. Национальный парк «Эверглейдс».</w:t>
            </w:r>
          </w:p>
        </w:tc>
        <w:tc>
          <w:tcPr>
            <w:tcW w:w="850" w:type="dxa"/>
            <w:tcBorders>
              <w:top w:val="nil"/>
              <w:left w:val="nil"/>
              <w:bottom w:val="single" w:sz="4" w:space="0" w:color="auto"/>
              <w:right w:val="single" w:sz="4" w:space="0" w:color="auto"/>
            </w:tcBorders>
            <w:shd w:val="clear" w:color="auto" w:fill="auto"/>
            <w:noWrap/>
            <w:hideMark/>
          </w:tcPr>
          <w:p w14:paraId="266B04D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2A69DE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D03836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A93918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43C1EA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171C57D"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Grammar/</w:t>
            </w:r>
            <w:r w:rsidRPr="004A4EB9">
              <w:rPr>
                <w:rFonts w:ascii="Times New Roman" w:eastAsia="Calibri" w:hAnsi="Times New Roman" w:cs="Times New Roman"/>
                <w:bCs/>
                <w:sz w:val="24"/>
                <w:szCs w:val="24"/>
              </w:rPr>
              <w:t>Грамматика</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Модальные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глаголы</w:t>
            </w:r>
            <w:r w:rsidRPr="004A4EB9">
              <w:rPr>
                <w:rFonts w:ascii="Times New Roman" w:eastAsia="Calibri" w:hAnsi="Times New Roman" w:cs="Times New Roman"/>
                <w:bCs/>
                <w:sz w:val="24"/>
                <w:szCs w:val="24"/>
                <w:lang w:val="en-US"/>
              </w:rPr>
              <w:t xml:space="preserve"> can/be able to, can’t, could, (don’t) have to, must, mustn’t. (VB2)</w:t>
            </w:r>
          </w:p>
        </w:tc>
        <w:tc>
          <w:tcPr>
            <w:tcW w:w="850" w:type="dxa"/>
            <w:tcBorders>
              <w:top w:val="nil"/>
              <w:left w:val="nil"/>
              <w:bottom w:val="single" w:sz="4" w:space="0" w:color="auto"/>
              <w:right w:val="single" w:sz="4" w:space="0" w:color="auto"/>
            </w:tcBorders>
            <w:shd w:val="clear" w:color="auto" w:fill="auto"/>
            <w:noWrap/>
            <w:hideMark/>
          </w:tcPr>
          <w:p w14:paraId="14B222C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0EDFCE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50ACE2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312440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A4295F9"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7805890"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Типы домов. Описание дома.</w:t>
            </w:r>
          </w:p>
        </w:tc>
        <w:tc>
          <w:tcPr>
            <w:tcW w:w="850" w:type="dxa"/>
            <w:tcBorders>
              <w:top w:val="nil"/>
              <w:left w:val="nil"/>
              <w:bottom w:val="single" w:sz="4" w:space="0" w:color="auto"/>
              <w:right w:val="single" w:sz="4" w:space="0" w:color="auto"/>
            </w:tcBorders>
            <w:shd w:val="clear" w:color="auto" w:fill="auto"/>
            <w:noWrap/>
          </w:tcPr>
          <w:p w14:paraId="31D23D6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989FE3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DE987F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9A244FC"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EC9BCC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C5CFE01" w14:textId="1372EEBB"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Grammar/Грамматика. Сравнительная и превосходная степени прилагательных.</w:t>
            </w:r>
          </w:p>
        </w:tc>
        <w:tc>
          <w:tcPr>
            <w:tcW w:w="850" w:type="dxa"/>
            <w:tcBorders>
              <w:top w:val="nil"/>
              <w:left w:val="nil"/>
              <w:bottom w:val="single" w:sz="4" w:space="0" w:color="auto"/>
              <w:right w:val="single" w:sz="4" w:space="0" w:color="auto"/>
            </w:tcBorders>
            <w:shd w:val="clear" w:color="auto" w:fill="auto"/>
            <w:noWrap/>
            <w:hideMark/>
          </w:tcPr>
          <w:p w14:paraId="16895E0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EE9218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0B778C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137840E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13D62B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B0016C3"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Конструкция as.. as. (VB3)</w:t>
            </w:r>
          </w:p>
        </w:tc>
        <w:tc>
          <w:tcPr>
            <w:tcW w:w="850" w:type="dxa"/>
            <w:tcBorders>
              <w:top w:val="nil"/>
              <w:left w:val="nil"/>
              <w:bottom w:val="single" w:sz="4" w:space="0" w:color="auto"/>
              <w:right w:val="single" w:sz="4" w:space="0" w:color="auto"/>
            </w:tcBorders>
            <w:shd w:val="clear" w:color="auto" w:fill="auto"/>
            <w:noWrap/>
            <w:hideMark/>
          </w:tcPr>
          <w:p w14:paraId="7D76175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66A896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024EBD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368D6A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75F387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B06C0F7"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Домашние обязанности. Вежливая просьба. Выражения “Can/Could…”, “Do you mind…(-ing)?”.</w:t>
            </w:r>
          </w:p>
        </w:tc>
        <w:tc>
          <w:tcPr>
            <w:tcW w:w="850" w:type="dxa"/>
            <w:tcBorders>
              <w:top w:val="nil"/>
              <w:left w:val="nil"/>
              <w:bottom w:val="single" w:sz="4" w:space="0" w:color="auto"/>
              <w:right w:val="single" w:sz="4" w:space="0" w:color="auto"/>
            </w:tcBorders>
            <w:shd w:val="clear" w:color="auto" w:fill="auto"/>
            <w:noWrap/>
            <w:hideMark/>
          </w:tcPr>
          <w:p w14:paraId="7D25AE5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99E9ED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53F95F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790722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7FEDDA4"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789BFC8"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 xml:space="preserve">Writing Emails /Пишем электронные письма. </w:t>
            </w:r>
            <w:r w:rsidRPr="004A4EB9">
              <w:rPr>
                <w:rFonts w:ascii="Times New Roman" w:eastAsia="Calibri" w:hAnsi="Times New Roman" w:cs="Times New Roman"/>
                <w:bCs/>
                <w:sz w:val="24"/>
                <w:szCs w:val="24"/>
                <w:lang w:val="en-US"/>
              </w:rPr>
              <w:t xml:space="preserve">Should/ought to – </w:t>
            </w:r>
            <w:r w:rsidRPr="004A4EB9">
              <w:rPr>
                <w:rFonts w:ascii="Times New Roman" w:eastAsia="Calibri" w:hAnsi="Times New Roman" w:cs="Times New Roman"/>
                <w:bCs/>
                <w:sz w:val="24"/>
                <w:szCs w:val="24"/>
              </w:rPr>
              <w:t>выражаем</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совет</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hideMark/>
          </w:tcPr>
          <w:p w14:paraId="2A8F486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5D87A3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CD58D0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CE1237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B79155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F359C00"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Writing E-mails (Пишем электронные письма): контроль</w:t>
            </w:r>
          </w:p>
        </w:tc>
        <w:tc>
          <w:tcPr>
            <w:tcW w:w="850" w:type="dxa"/>
            <w:tcBorders>
              <w:top w:val="nil"/>
              <w:left w:val="nil"/>
              <w:bottom w:val="single" w:sz="4" w:space="0" w:color="auto"/>
              <w:right w:val="single" w:sz="4" w:space="0" w:color="auto"/>
            </w:tcBorders>
            <w:shd w:val="clear" w:color="auto" w:fill="auto"/>
            <w:noWrap/>
            <w:hideMark/>
          </w:tcPr>
          <w:p w14:paraId="56AE989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31FFA7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CD7C65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4A4EB9" w14:paraId="6E4AE8F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5AA0093"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5E4F3E5" w14:textId="10D2018B" w:rsidR="00E44394" w:rsidRPr="004A4EB9"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Метапредметность: поведение в школе и в обществе</w:t>
            </w:r>
          </w:p>
        </w:tc>
        <w:tc>
          <w:tcPr>
            <w:tcW w:w="850" w:type="dxa"/>
            <w:tcBorders>
              <w:top w:val="nil"/>
              <w:left w:val="nil"/>
              <w:bottom w:val="single" w:sz="4" w:space="0" w:color="auto"/>
              <w:right w:val="single" w:sz="4" w:space="0" w:color="auto"/>
            </w:tcBorders>
            <w:shd w:val="clear" w:color="auto" w:fill="auto"/>
            <w:noWrap/>
          </w:tcPr>
          <w:p w14:paraId="6B6D98FE" w14:textId="4B642271" w:rsidR="00E44394"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6932B67"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6F4F43F"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E44394" w:rsidRPr="004A4EB9" w14:paraId="7ED6D9B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D9EFE65"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79238CA" w14:textId="636CD861" w:rsid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Повторение модуля 1</w:t>
            </w:r>
          </w:p>
        </w:tc>
        <w:tc>
          <w:tcPr>
            <w:tcW w:w="850" w:type="dxa"/>
            <w:tcBorders>
              <w:top w:val="nil"/>
              <w:left w:val="nil"/>
              <w:bottom w:val="single" w:sz="4" w:space="0" w:color="auto"/>
              <w:right w:val="single" w:sz="4" w:space="0" w:color="auto"/>
            </w:tcBorders>
            <w:shd w:val="clear" w:color="auto" w:fill="auto"/>
            <w:noWrap/>
          </w:tcPr>
          <w:p w14:paraId="6F997DE3" w14:textId="728EC26B" w:rsidR="00E44394"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E7F6BDE"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95A0DF9"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09ED5001"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27129CB"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A5D1CF4"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Проверочная работа по модулю 1</w:t>
            </w:r>
          </w:p>
        </w:tc>
        <w:tc>
          <w:tcPr>
            <w:tcW w:w="850" w:type="dxa"/>
            <w:tcBorders>
              <w:top w:val="nil"/>
              <w:left w:val="nil"/>
              <w:bottom w:val="single" w:sz="4" w:space="0" w:color="auto"/>
              <w:right w:val="single" w:sz="4" w:space="0" w:color="auto"/>
            </w:tcBorders>
            <w:shd w:val="clear" w:color="auto" w:fill="auto"/>
            <w:noWrap/>
          </w:tcPr>
          <w:p w14:paraId="312C65B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F46728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CA53BA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6A16E0" w:rsidRPr="004A4EB9" w14:paraId="1EE9998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AA01608"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0A79DFF7" w14:textId="0234C680"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MODULE 2. FOOD AND DRINKS. </w:t>
            </w:r>
            <w:r w:rsidRPr="004A4EB9">
              <w:rPr>
                <w:rFonts w:ascii="Times New Roman" w:eastAsia="Calibri" w:hAnsi="Times New Roman" w:cs="Times New Roman"/>
                <w:bCs/>
                <w:sz w:val="24"/>
                <w:szCs w:val="24"/>
              </w:rPr>
              <w:t>Еда</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и</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напитки</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Вводный урок.</w:t>
            </w:r>
          </w:p>
        </w:tc>
        <w:tc>
          <w:tcPr>
            <w:tcW w:w="850" w:type="dxa"/>
            <w:tcBorders>
              <w:top w:val="nil"/>
              <w:left w:val="nil"/>
              <w:bottom w:val="single" w:sz="4" w:space="0" w:color="auto"/>
              <w:right w:val="single" w:sz="4" w:space="0" w:color="auto"/>
            </w:tcBorders>
            <w:shd w:val="clear" w:color="auto" w:fill="auto"/>
            <w:noWrap/>
          </w:tcPr>
          <w:p w14:paraId="0091BCE8" w14:textId="5660F0C4"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208D044"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72AC58D"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3FC6CE0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2B47C36"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610DC9C1" w14:textId="3DAFDCCA" w:rsidR="006A16E0" w:rsidRPr="006A16E0" w:rsidRDefault="006A16E0" w:rsidP="006A16E0">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Foodart /Еда как искусство. Исчисляемые и неисчисляемые существительные.</w:t>
            </w:r>
          </w:p>
        </w:tc>
        <w:tc>
          <w:tcPr>
            <w:tcW w:w="850" w:type="dxa"/>
            <w:tcBorders>
              <w:top w:val="nil"/>
              <w:left w:val="nil"/>
              <w:bottom w:val="single" w:sz="4" w:space="0" w:color="auto"/>
              <w:right w:val="single" w:sz="4" w:space="0" w:color="auto"/>
            </w:tcBorders>
            <w:shd w:val="clear" w:color="auto" w:fill="auto"/>
            <w:noWrap/>
          </w:tcPr>
          <w:p w14:paraId="6901DC69" w14:textId="5930F10B"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7719D30"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CA7E346"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226FFC9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8DB5F20"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22DD3461" w14:textId="1EB60562" w:rsidR="006A16E0" w:rsidRPr="0069669C" w:rsidRDefault="006A16E0" w:rsidP="006A16E0">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Lemonart: Frenchstyle./ Лимон как искусство: французский стиль. (VB5)</w:t>
            </w:r>
          </w:p>
        </w:tc>
        <w:tc>
          <w:tcPr>
            <w:tcW w:w="850" w:type="dxa"/>
            <w:tcBorders>
              <w:top w:val="nil"/>
              <w:left w:val="nil"/>
              <w:bottom w:val="single" w:sz="4" w:space="0" w:color="auto"/>
              <w:right w:val="single" w:sz="4" w:space="0" w:color="auto"/>
            </w:tcBorders>
            <w:shd w:val="clear" w:color="auto" w:fill="auto"/>
            <w:noWrap/>
          </w:tcPr>
          <w:p w14:paraId="1B2F3A58" w14:textId="740CBEA4"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DDDF1EB"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696CE2A"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E44394" w14:paraId="0262E0C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D3A3D2B"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7E496E50" w14:textId="47F93C78"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At the supermarket/ </w:t>
            </w:r>
            <w:r w:rsidRPr="004A4EB9">
              <w:rPr>
                <w:rFonts w:ascii="Times New Roman" w:eastAsia="Calibri" w:hAnsi="Times New Roman" w:cs="Times New Roman"/>
                <w:bCs/>
                <w:sz w:val="24"/>
                <w:szCs w:val="24"/>
              </w:rPr>
              <w:t>В</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супермаркете</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tcPr>
          <w:p w14:paraId="6219EF24" w14:textId="4764EBFD" w:rsidR="006A16E0" w:rsidRPr="0066334F"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7F8307E" w14:textId="77777777" w:rsidR="006A16E0" w:rsidRPr="006A16E0" w:rsidRDefault="006A16E0" w:rsidP="006A16E0">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27690148" w14:textId="77777777" w:rsidR="006A16E0" w:rsidRPr="006A16E0" w:rsidRDefault="006A16E0" w:rsidP="006A16E0">
            <w:pPr>
              <w:spacing w:after="160" w:line="259" w:lineRule="auto"/>
              <w:jc w:val="center"/>
              <w:rPr>
                <w:rFonts w:ascii="Times New Roman" w:eastAsia="Calibri" w:hAnsi="Times New Roman" w:cs="Times New Roman"/>
                <w:bCs/>
                <w:sz w:val="24"/>
                <w:szCs w:val="24"/>
                <w:lang w:val="en-US"/>
              </w:rPr>
            </w:pPr>
          </w:p>
        </w:tc>
      </w:tr>
      <w:tr w:rsidR="006A16E0" w:rsidRPr="00E44394" w14:paraId="4871BCF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655FFEC" w14:textId="77777777" w:rsidR="006A16E0" w:rsidRPr="006A16E0"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noWrap/>
          </w:tcPr>
          <w:p w14:paraId="4C47BB1B" w14:textId="3F91A674"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Grammar/</w:t>
            </w:r>
            <w:r w:rsidRPr="004A4EB9">
              <w:rPr>
                <w:rFonts w:ascii="Times New Roman" w:eastAsia="Calibri" w:hAnsi="Times New Roman" w:cs="Times New Roman"/>
                <w:bCs/>
                <w:sz w:val="24"/>
                <w:szCs w:val="24"/>
              </w:rPr>
              <w:t>Грамматика</w:t>
            </w:r>
            <w:r w:rsidRPr="004A4EB9">
              <w:rPr>
                <w:rFonts w:ascii="Times New Roman" w:eastAsia="Calibri" w:hAnsi="Times New Roman" w:cs="Times New Roman"/>
                <w:bCs/>
                <w:sz w:val="24"/>
                <w:szCs w:val="24"/>
                <w:lang w:val="en-US"/>
              </w:rPr>
              <w:t>. (</w:t>
            </w:r>
            <w:r w:rsidRPr="004A4EB9">
              <w:rPr>
                <w:rFonts w:ascii="Times New Roman" w:eastAsia="Calibri" w:hAnsi="Times New Roman" w:cs="Times New Roman"/>
                <w:bCs/>
                <w:sz w:val="24"/>
                <w:szCs w:val="24"/>
              </w:rPr>
              <w:t>количественные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числительные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наречия</w:t>
            </w:r>
            <w:r w:rsidRPr="004A4EB9">
              <w:rPr>
                <w:rFonts w:ascii="Times New Roman" w:eastAsia="Calibri" w:hAnsi="Times New Roman" w:cs="Times New Roman"/>
                <w:bCs/>
                <w:sz w:val="24"/>
                <w:szCs w:val="24"/>
                <w:lang w:val="en-US"/>
              </w:rPr>
              <w:t xml:space="preserve"> (too many, too much, some, a few, little..)</w:t>
            </w:r>
          </w:p>
        </w:tc>
        <w:tc>
          <w:tcPr>
            <w:tcW w:w="850" w:type="dxa"/>
            <w:tcBorders>
              <w:top w:val="nil"/>
              <w:left w:val="nil"/>
              <w:bottom w:val="single" w:sz="4" w:space="0" w:color="auto"/>
              <w:right w:val="single" w:sz="4" w:space="0" w:color="auto"/>
            </w:tcBorders>
            <w:shd w:val="clear" w:color="auto" w:fill="auto"/>
            <w:noWrap/>
          </w:tcPr>
          <w:p w14:paraId="76E1D864" w14:textId="234B6CE4" w:rsidR="006A16E0" w:rsidRPr="0066334F"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1376F82" w14:textId="77777777" w:rsidR="006A16E0" w:rsidRPr="006A16E0" w:rsidRDefault="006A16E0" w:rsidP="006A16E0">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56BDBFBE" w14:textId="77777777" w:rsidR="006A16E0" w:rsidRPr="006A16E0" w:rsidRDefault="006A16E0" w:rsidP="006A16E0">
            <w:pPr>
              <w:spacing w:after="160" w:line="259" w:lineRule="auto"/>
              <w:jc w:val="center"/>
              <w:rPr>
                <w:rFonts w:ascii="Times New Roman" w:eastAsia="Calibri" w:hAnsi="Times New Roman" w:cs="Times New Roman"/>
                <w:bCs/>
                <w:sz w:val="24"/>
                <w:szCs w:val="24"/>
                <w:lang w:val="en-US"/>
              </w:rPr>
            </w:pPr>
          </w:p>
        </w:tc>
      </w:tr>
      <w:tr w:rsidR="006A16E0" w:rsidRPr="004A4EB9" w14:paraId="6735A980"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E6BC4AC" w14:textId="77777777" w:rsidR="006A16E0" w:rsidRPr="006A16E0"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noWrap/>
          </w:tcPr>
          <w:p w14:paraId="1764CC02" w14:textId="51AB8855"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Закрепление лексико-грамматического материала.</w:t>
            </w:r>
          </w:p>
        </w:tc>
        <w:tc>
          <w:tcPr>
            <w:tcW w:w="850" w:type="dxa"/>
            <w:tcBorders>
              <w:top w:val="nil"/>
              <w:left w:val="nil"/>
              <w:bottom w:val="single" w:sz="4" w:space="0" w:color="auto"/>
              <w:right w:val="single" w:sz="4" w:space="0" w:color="auto"/>
            </w:tcBorders>
            <w:shd w:val="clear" w:color="auto" w:fill="auto"/>
            <w:noWrap/>
          </w:tcPr>
          <w:p w14:paraId="10F3342F" w14:textId="1F15EC3F"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D259F2D"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75872B8"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E44394" w14:paraId="7FD3FC1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0B4773C"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764EE334" w14:textId="3C99F6B3"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At the supermarket/ </w:t>
            </w:r>
            <w:r w:rsidRPr="004A4EB9">
              <w:rPr>
                <w:rFonts w:ascii="Times New Roman" w:eastAsia="Calibri" w:hAnsi="Times New Roman" w:cs="Times New Roman"/>
                <w:bCs/>
                <w:sz w:val="24"/>
                <w:szCs w:val="24"/>
              </w:rPr>
              <w:t>В</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супермаркете</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tcPr>
          <w:p w14:paraId="4B6F3AC0" w14:textId="3C556FC7" w:rsidR="006A16E0" w:rsidRPr="0066334F"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52DB125" w14:textId="77777777" w:rsidR="006A16E0" w:rsidRPr="006A16E0" w:rsidRDefault="006A16E0" w:rsidP="006A16E0">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44F1804E" w14:textId="77777777" w:rsidR="006A16E0" w:rsidRPr="006A16E0" w:rsidRDefault="006A16E0" w:rsidP="006A16E0">
            <w:pPr>
              <w:spacing w:after="160" w:line="259" w:lineRule="auto"/>
              <w:jc w:val="center"/>
              <w:rPr>
                <w:rFonts w:ascii="Times New Roman" w:eastAsia="Calibri" w:hAnsi="Times New Roman" w:cs="Times New Roman"/>
                <w:bCs/>
                <w:sz w:val="24"/>
                <w:szCs w:val="24"/>
                <w:lang w:val="en-US"/>
              </w:rPr>
            </w:pPr>
          </w:p>
        </w:tc>
      </w:tr>
      <w:tr w:rsidR="00E44394" w:rsidRPr="00E44394" w14:paraId="09571EA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EB50144" w14:textId="77777777" w:rsidR="00E44394" w:rsidRPr="004A4EB9" w:rsidRDefault="00E44394"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60FE7C25" w14:textId="5595796E" w:rsidR="00E44394" w:rsidRPr="00E44394" w:rsidRDefault="00E44394" w:rsidP="006A16E0">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Culture</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Corner</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куда сходить поесть в Великобритании</w:t>
            </w:r>
          </w:p>
        </w:tc>
        <w:tc>
          <w:tcPr>
            <w:tcW w:w="850" w:type="dxa"/>
            <w:tcBorders>
              <w:top w:val="nil"/>
              <w:left w:val="nil"/>
              <w:bottom w:val="single" w:sz="4" w:space="0" w:color="auto"/>
              <w:right w:val="single" w:sz="4" w:space="0" w:color="auto"/>
            </w:tcBorders>
            <w:shd w:val="clear" w:color="auto" w:fill="auto"/>
            <w:noWrap/>
          </w:tcPr>
          <w:p w14:paraId="1DED8D9B" w14:textId="6FF711A8" w:rsidR="00E44394" w:rsidRPr="00E44394"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D5E37F2" w14:textId="77777777" w:rsidR="00E44394" w:rsidRPr="00E44394" w:rsidRDefault="00E44394"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2950113" w14:textId="77777777" w:rsidR="00E44394" w:rsidRPr="00E44394" w:rsidRDefault="00E44394" w:rsidP="006A16E0">
            <w:pPr>
              <w:spacing w:after="160" w:line="259" w:lineRule="auto"/>
              <w:jc w:val="center"/>
              <w:rPr>
                <w:rFonts w:ascii="Times New Roman" w:eastAsia="Calibri" w:hAnsi="Times New Roman" w:cs="Times New Roman"/>
                <w:bCs/>
                <w:sz w:val="24"/>
                <w:szCs w:val="24"/>
              </w:rPr>
            </w:pPr>
          </w:p>
        </w:tc>
      </w:tr>
      <w:tr w:rsidR="006A16E0" w:rsidRPr="004A4EB9" w14:paraId="7E26126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6C69C9D" w14:textId="77777777" w:rsidR="006A16E0" w:rsidRPr="00E44394"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3C732766" w14:textId="27A5210B" w:rsidR="006A16E0" w:rsidRPr="006A16E0" w:rsidRDefault="006A16E0" w:rsidP="006A16E0">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Everyday English/ Повседневный английский: ролевая игра «Заказ ланча по меню».</w:t>
            </w:r>
          </w:p>
        </w:tc>
        <w:tc>
          <w:tcPr>
            <w:tcW w:w="850" w:type="dxa"/>
            <w:tcBorders>
              <w:top w:val="nil"/>
              <w:left w:val="nil"/>
              <w:bottom w:val="single" w:sz="4" w:space="0" w:color="auto"/>
              <w:right w:val="single" w:sz="4" w:space="0" w:color="auto"/>
            </w:tcBorders>
            <w:shd w:val="clear" w:color="auto" w:fill="auto"/>
            <w:noWrap/>
          </w:tcPr>
          <w:p w14:paraId="28BB5158" w14:textId="3309F967"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52C55EA"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0E8CDA6"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7E4B798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59CBCA2"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38FD4F52" w14:textId="04F16FA7"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Real food/ Полезная еда.</w:t>
            </w:r>
          </w:p>
        </w:tc>
        <w:tc>
          <w:tcPr>
            <w:tcW w:w="850" w:type="dxa"/>
            <w:tcBorders>
              <w:top w:val="nil"/>
              <w:left w:val="nil"/>
              <w:bottom w:val="single" w:sz="4" w:space="0" w:color="auto"/>
              <w:right w:val="single" w:sz="4" w:space="0" w:color="auto"/>
            </w:tcBorders>
            <w:shd w:val="clear" w:color="auto" w:fill="auto"/>
            <w:noWrap/>
          </w:tcPr>
          <w:p w14:paraId="68D8C6AB" w14:textId="37B7CBF1"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F4A6BB4"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512D393"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617D26A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0831D8B"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31113922" w14:textId="3D55062D"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Real food/ Полезная еда. Рецепт полезного блюда. Наречия меры и степени: too, enough. (VB7)</w:t>
            </w:r>
          </w:p>
        </w:tc>
        <w:tc>
          <w:tcPr>
            <w:tcW w:w="850" w:type="dxa"/>
            <w:tcBorders>
              <w:top w:val="nil"/>
              <w:left w:val="nil"/>
              <w:bottom w:val="single" w:sz="4" w:space="0" w:color="auto"/>
              <w:right w:val="single" w:sz="4" w:space="0" w:color="auto"/>
            </w:tcBorders>
            <w:shd w:val="clear" w:color="auto" w:fill="auto"/>
            <w:noWrap/>
          </w:tcPr>
          <w:p w14:paraId="7CC9ACCF" w14:textId="7EA23B2F"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FF76AC6"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1C80539"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2129A42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9400745"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4863A38E" w14:textId="01DAC225" w:rsidR="006A16E0" w:rsidRPr="006A16E0" w:rsidRDefault="006A16E0" w:rsidP="006A16E0">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Healthy eating/ Правильное питание. (VB8)</w:t>
            </w:r>
          </w:p>
        </w:tc>
        <w:tc>
          <w:tcPr>
            <w:tcW w:w="850" w:type="dxa"/>
            <w:tcBorders>
              <w:top w:val="nil"/>
              <w:left w:val="nil"/>
              <w:bottom w:val="single" w:sz="4" w:space="0" w:color="auto"/>
              <w:right w:val="single" w:sz="4" w:space="0" w:color="auto"/>
            </w:tcBorders>
            <w:shd w:val="clear" w:color="auto" w:fill="auto"/>
            <w:noWrap/>
          </w:tcPr>
          <w:p w14:paraId="31864EFC" w14:textId="5D7E38B6"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890EF91"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B43553C"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5E7895F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58C5A31"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046CEFB5" w14:textId="4056B818"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Grammar/Грамматика.Gerund/infinitive.</w:t>
            </w:r>
          </w:p>
        </w:tc>
        <w:tc>
          <w:tcPr>
            <w:tcW w:w="850" w:type="dxa"/>
            <w:tcBorders>
              <w:top w:val="nil"/>
              <w:left w:val="nil"/>
              <w:bottom w:val="single" w:sz="4" w:space="0" w:color="auto"/>
              <w:right w:val="single" w:sz="4" w:space="0" w:color="auto"/>
            </w:tcBorders>
            <w:shd w:val="clear" w:color="auto" w:fill="auto"/>
            <w:noWrap/>
          </w:tcPr>
          <w:p w14:paraId="6234A76D" w14:textId="017492D8"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907F50A"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1503E72"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0452B8FC"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31F37C5"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6FAB5C20" w14:textId="59E14277"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tcPr>
          <w:p w14:paraId="1BFA367B" w14:textId="28AA5D6D"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908D417"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2BD542B"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77C24CB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48F5A55"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3A897753" w14:textId="31BFC698" w:rsidR="006A16E0" w:rsidRPr="006A16E0" w:rsidRDefault="006A16E0" w:rsidP="006A16E0">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Skills. Речевые умения. Food preparation/ Приготовление еды.</w:t>
            </w:r>
          </w:p>
        </w:tc>
        <w:tc>
          <w:tcPr>
            <w:tcW w:w="850" w:type="dxa"/>
            <w:tcBorders>
              <w:top w:val="nil"/>
              <w:left w:val="nil"/>
              <w:bottom w:val="single" w:sz="4" w:space="0" w:color="auto"/>
              <w:right w:val="single" w:sz="4" w:space="0" w:color="auto"/>
            </w:tcBorders>
            <w:shd w:val="clear" w:color="auto" w:fill="auto"/>
            <w:noWrap/>
          </w:tcPr>
          <w:p w14:paraId="46B37C26" w14:textId="33F4BBEB"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EAEA534"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D04AF35"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527993B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405AE64"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19002F3C" w14:textId="25327642" w:rsidR="006A16E0" w:rsidRPr="004A4EB9" w:rsidRDefault="006A16E0" w:rsidP="006A16E0">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Writing an email. Пишем электронное письмо. Распределение абзацев.</w:t>
            </w:r>
          </w:p>
        </w:tc>
        <w:tc>
          <w:tcPr>
            <w:tcW w:w="850" w:type="dxa"/>
            <w:tcBorders>
              <w:top w:val="nil"/>
              <w:left w:val="nil"/>
              <w:bottom w:val="single" w:sz="4" w:space="0" w:color="auto"/>
              <w:right w:val="single" w:sz="4" w:space="0" w:color="auto"/>
            </w:tcBorders>
            <w:shd w:val="clear" w:color="auto" w:fill="auto"/>
            <w:noWrap/>
          </w:tcPr>
          <w:p w14:paraId="3720E2D8" w14:textId="56FA6497"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3AB4E57"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DE91939"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6A16E0" w:rsidRPr="004A4EB9" w14:paraId="36378771"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31E2038"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75C6CC32" w14:textId="049B4387" w:rsidR="006A16E0" w:rsidRPr="006A16E0" w:rsidRDefault="00DD755B" w:rsidP="006A16E0">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Curricular: Science (Метапредметность): Еда для здоровой жизни.</w:t>
            </w:r>
          </w:p>
        </w:tc>
        <w:tc>
          <w:tcPr>
            <w:tcW w:w="850" w:type="dxa"/>
            <w:tcBorders>
              <w:top w:val="nil"/>
              <w:left w:val="nil"/>
              <w:bottom w:val="single" w:sz="4" w:space="0" w:color="auto"/>
              <w:right w:val="single" w:sz="4" w:space="0" w:color="auto"/>
            </w:tcBorders>
            <w:shd w:val="clear" w:color="auto" w:fill="auto"/>
            <w:noWrap/>
          </w:tcPr>
          <w:p w14:paraId="6694A1C8" w14:textId="2CAB43F5"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F0F6D2A"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DDBD999"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E44394" w:rsidRPr="004A4EB9" w14:paraId="7FA878A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29CFB46" w14:textId="77777777" w:rsidR="00E44394" w:rsidRPr="004A4EB9" w:rsidRDefault="00E44394"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5B604BD3" w14:textId="2B39D80B" w:rsidR="00E44394" w:rsidRPr="004A4EB9" w:rsidRDefault="00E44394" w:rsidP="006A16E0">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Повторение модуля 2</w:t>
            </w:r>
          </w:p>
        </w:tc>
        <w:tc>
          <w:tcPr>
            <w:tcW w:w="850" w:type="dxa"/>
            <w:tcBorders>
              <w:top w:val="nil"/>
              <w:left w:val="nil"/>
              <w:bottom w:val="single" w:sz="4" w:space="0" w:color="auto"/>
              <w:right w:val="single" w:sz="4" w:space="0" w:color="auto"/>
            </w:tcBorders>
            <w:shd w:val="clear" w:color="auto" w:fill="auto"/>
            <w:noWrap/>
          </w:tcPr>
          <w:p w14:paraId="1849BB9E" w14:textId="1DAEA9B6" w:rsidR="00E44394"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FAF5E55" w14:textId="77777777" w:rsidR="00E44394" w:rsidRPr="004A4EB9" w:rsidRDefault="00E44394"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5C2DD16" w14:textId="77777777" w:rsidR="00E44394" w:rsidRPr="004A4EB9" w:rsidRDefault="00E44394" w:rsidP="006A16E0">
            <w:pPr>
              <w:spacing w:after="160" w:line="259" w:lineRule="auto"/>
              <w:jc w:val="center"/>
              <w:rPr>
                <w:rFonts w:ascii="Times New Roman" w:eastAsia="Calibri" w:hAnsi="Times New Roman" w:cs="Times New Roman"/>
                <w:bCs/>
                <w:sz w:val="24"/>
                <w:szCs w:val="24"/>
              </w:rPr>
            </w:pPr>
          </w:p>
        </w:tc>
      </w:tr>
      <w:tr w:rsidR="006A16E0" w:rsidRPr="004A4EB9" w14:paraId="4D409D3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A28D081"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1AD3CEAA" w14:textId="678C3874" w:rsidR="006A16E0" w:rsidRPr="000B4511" w:rsidRDefault="003710A5" w:rsidP="006A16E0">
            <w:pPr>
              <w:spacing w:after="160" w:line="259"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Контрольная работа №1</w:t>
            </w:r>
          </w:p>
        </w:tc>
        <w:tc>
          <w:tcPr>
            <w:tcW w:w="850" w:type="dxa"/>
            <w:tcBorders>
              <w:top w:val="nil"/>
              <w:left w:val="nil"/>
              <w:bottom w:val="single" w:sz="4" w:space="0" w:color="auto"/>
              <w:right w:val="single" w:sz="4" w:space="0" w:color="auto"/>
            </w:tcBorders>
            <w:shd w:val="clear" w:color="auto" w:fill="auto"/>
            <w:noWrap/>
          </w:tcPr>
          <w:p w14:paraId="4AAC1584" w14:textId="1BBD9527"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6C246EA" w14:textId="3F8A06F5" w:rsidR="006A16E0" w:rsidRPr="000B4511" w:rsidRDefault="000B4511" w:rsidP="006A16E0">
            <w:pPr>
              <w:spacing w:after="160" w:line="259" w:lineRule="auto"/>
              <w:jc w:val="center"/>
              <w:rPr>
                <w:rFonts w:ascii="Times New Roman" w:eastAsia="Calibri" w:hAnsi="Times New Roman" w:cs="Times New Roman"/>
                <w:b/>
                <w:bCs/>
                <w:sz w:val="24"/>
                <w:szCs w:val="24"/>
              </w:rPr>
            </w:pPr>
            <w:r w:rsidRPr="000B4511">
              <w:rPr>
                <w:rFonts w:ascii="Times New Roman" w:eastAsia="Calibri" w:hAnsi="Times New Roman" w:cs="Times New Roman"/>
                <w:b/>
                <w:bCs/>
                <w:sz w:val="24"/>
                <w:szCs w:val="24"/>
              </w:rPr>
              <w:t>1</w:t>
            </w:r>
          </w:p>
        </w:tc>
        <w:tc>
          <w:tcPr>
            <w:tcW w:w="1980" w:type="dxa"/>
            <w:tcBorders>
              <w:top w:val="nil"/>
              <w:left w:val="nil"/>
              <w:bottom w:val="single" w:sz="4" w:space="0" w:color="auto"/>
              <w:right w:val="single" w:sz="4" w:space="0" w:color="auto"/>
            </w:tcBorders>
          </w:tcPr>
          <w:p w14:paraId="2627504F" w14:textId="4C20BF21" w:rsidR="006A16E0" w:rsidRPr="000B4511" w:rsidRDefault="000B4511" w:rsidP="006A16E0">
            <w:pPr>
              <w:spacing w:after="160" w:line="259" w:lineRule="auto"/>
              <w:jc w:val="center"/>
              <w:rPr>
                <w:rFonts w:ascii="Times New Roman" w:eastAsia="Calibri" w:hAnsi="Times New Roman" w:cs="Times New Roman"/>
                <w:b/>
                <w:bCs/>
                <w:sz w:val="24"/>
                <w:szCs w:val="24"/>
              </w:rPr>
            </w:pPr>
            <w:r w:rsidRPr="000B4511">
              <w:rPr>
                <w:rFonts w:ascii="Times New Roman" w:eastAsia="Calibri" w:hAnsi="Times New Roman" w:cs="Times New Roman"/>
                <w:b/>
                <w:bCs/>
                <w:sz w:val="24"/>
                <w:szCs w:val="24"/>
              </w:rPr>
              <w:t>тест</w:t>
            </w:r>
          </w:p>
        </w:tc>
      </w:tr>
      <w:tr w:rsidR="006A16E0" w:rsidRPr="004A4EB9" w14:paraId="4F9D8AA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17E43CB" w14:textId="77777777" w:rsidR="006A16E0" w:rsidRPr="004A4EB9" w:rsidRDefault="006A16E0" w:rsidP="006A16E0">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53FB8834" w14:textId="52103EA7" w:rsidR="006A16E0" w:rsidRPr="006A16E0" w:rsidRDefault="00DD755B" w:rsidP="006A16E0">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tcPr>
          <w:p w14:paraId="73A51B56" w14:textId="11185B78" w:rsidR="006A16E0" w:rsidRPr="004A4EB9" w:rsidRDefault="0066334F" w:rsidP="006A16E0">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016BA64"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2F94374" w14:textId="77777777" w:rsidR="006A16E0" w:rsidRPr="004A4EB9" w:rsidRDefault="006A16E0" w:rsidP="006A16E0">
            <w:pPr>
              <w:spacing w:after="160" w:line="259" w:lineRule="auto"/>
              <w:jc w:val="center"/>
              <w:rPr>
                <w:rFonts w:ascii="Times New Roman" w:eastAsia="Calibri" w:hAnsi="Times New Roman" w:cs="Times New Roman"/>
                <w:bCs/>
                <w:sz w:val="24"/>
                <w:szCs w:val="24"/>
              </w:rPr>
            </w:pPr>
          </w:p>
        </w:tc>
      </w:tr>
      <w:tr w:rsidR="00595E4A" w:rsidRPr="004A4EB9" w14:paraId="34212D7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022F8E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08B374C9"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MODULE 3. GREAT PEOPLE AND LEGENDS. Great people and legends/</w:t>
            </w:r>
            <w:r w:rsidRPr="004A4EB9">
              <w:rPr>
                <w:rFonts w:ascii="Times New Roman" w:eastAsia="Calibri" w:hAnsi="Times New Roman" w:cs="Times New Roman"/>
                <w:bCs/>
                <w:sz w:val="24"/>
                <w:szCs w:val="24"/>
              </w:rPr>
              <w:t>Великие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люди</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и</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легенды</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Вводный урок.</w:t>
            </w:r>
          </w:p>
        </w:tc>
        <w:tc>
          <w:tcPr>
            <w:tcW w:w="850" w:type="dxa"/>
            <w:tcBorders>
              <w:top w:val="nil"/>
              <w:left w:val="nil"/>
              <w:bottom w:val="single" w:sz="4" w:space="0" w:color="auto"/>
              <w:right w:val="single" w:sz="4" w:space="0" w:color="auto"/>
            </w:tcBorders>
            <w:shd w:val="clear" w:color="auto" w:fill="auto"/>
            <w:noWrap/>
            <w:hideMark/>
          </w:tcPr>
          <w:p w14:paraId="679405C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4AE9D6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9DA3B4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32DAA1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7D944A7"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52BBD7E"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Special talents/ </w:t>
            </w:r>
            <w:r w:rsidRPr="004A4EB9">
              <w:rPr>
                <w:rFonts w:ascii="Times New Roman" w:eastAsia="Calibri" w:hAnsi="Times New Roman" w:cs="Times New Roman"/>
                <w:bCs/>
                <w:sz w:val="24"/>
                <w:szCs w:val="24"/>
              </w:rPr>
              <w:t>Особые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таланты</w:t>
            </w:r>
            <w:r w:rsidRPr="004A4EB9">
              <w:rPr>
                <w:rFonts w:ascii="Times New Roman" w:eastAsia="Calibri" w:hAnsi="Times New Roman" w:cs="Times New Roman"/>
                <w:bCs/>
                <w:sz w:val="24"/>
                <w:szCs w:val="24"/>
                <w:lang w:val="en-US"/>
              </w:rPr>
              <w:t>. Past Simple (regular verbs).</w:t>
            </w:r>
          </w:p>
        </w:tc>
        <w:tc>
          <w:tcPr>
            <w:tcW w:w="850" w:type="dxa"/>
            <w:tcBorders>
              <w:top w:val="nil"/>
              <w:left w:val="nil"/>
              <w:bottom w:val="single" w:sz="4" w:space="0" w:color="auto"/>
              <w:right w:val="single" w:sz="4" w:space="0" w:color="auto"/>
            </w:tcBorders>
            <w:shd w:val="clear" w:color="auto" w:fill="auto"/>
            <w:noWrap/>
            <w:hideMark/>
          </w:tcPr>
          <w:p w14:paraId="5A116A4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92822E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3CEE4D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65BA38D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9E28DEB"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36B4351"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Особые таланты. Леонардо да Винчи.</w:t>
            </w:r>
          </w:p>
        </w:tc>
        <w:tc>
          <w:tcPr>
            <w:tcW w:w="850" w:type="dxa"/>
            <w:tcBorders>
              <w:top w:val="nil"/>
              <w:left w:val="nil"/>
              <w:bottom w:val="single" w:sz="4" w:space="0" w:color="auto"/>
              <w:right w:val="single" w:sz="4" w:space="0" w:color="auto"/>
            </w:tcBorders>
            <w:shd w:val="clear" w:color="auto" w:fill="auto"/>
            <w:noWrap/>
            <w:hideMark/>
          </w:tcPr>
          <w:p w14:paraId="0502573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5D7A15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C550BF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718436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42345A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834F92E" w14:textId="59DF4A72"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Historical</w:t>
            </w:r>
            <w:r w:rsidRPr="00432193">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lang w:val="en-US"/>
              </w:rPr>
              <w:t>figures</w:t>
            </w:r>
            <w:r w:rsidRPr="00432193">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Исторические</w:t>
            </w:r>
            <w:r w:rsidRPr="00432193">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личности</w:t>
            </w:r>
            <w:r w:rsidRPr="00432193">
              <w:rPr>
                <w:rFonts w:ascii="Times New Roman" w:eastAsia="Calibri" w:hAnsi="Times New Roman" w:cs="Times New Roman"/>
                <w:bCs/>
                <w:sz w:val="24"/>
                <w:szCs w:val="24"/>
              </w:rPr>
              <w:t xml:space="preserve">. </w:t>
            </w:r>
            <w:r w:rsidR="00454E73">
              <w:rPr>
                <w:rFonts w:ascii="Times New Roman" w:eastAsia="Calibri" w:hAnsi="Times New Roman" w:cs="Times New Roman"/>
                <w:bCs/>
                <w:sz w:val="24"/>
                <w:szCs w:val="24"/>
              </w:rPr>
              <w:t xml:space="preserve">Внешность и характер литературного персонажа. </w:t>
            </w:r>
            <w:r w:rsidRPr="004A4EB9">
              <w:rPr>
                <w:rFonts w:ascii="Times New Roman" w:eastAsia="Calibri" w:hAnsi="Times New Roman" w:cs="Times New Roman"/>
                <w:bCs/>
                <w:sz w:val="24"/>
                <w:szCs w:val="24"/>
                <w:lang w:val="en-US"/>
              </w:rPr>
              <w:t>Past Simple (irregular verbs).</w:t>
            </w:r>
          </w:p>
        </w:tc>
        <w:tc>
          <w:tcPr>
            <w:tcW w:w="850" w:type="dxa"/>
            <w:tcBorders>
              <w:top w:val="nil"/>
              <w:left w:val="nil"/>
              <w:bottom w:val="single" w:sz="4" w:space="0" w:color="auto"/>
              <w:right w:val="single" w:sz="4" w:space="0" w:color="auto"/>
            </w:tcBorders>
            <w:shd w:val="clear" w:color="auto" w:fill="auto"/>
            <w:noWrap/>
            <w:hideMark/>
          </w:tcPr>
          <w:p w14:paraId="334832C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3D1BB2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006FCA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148FBEC"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8DE95F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4E2D075E" w14:textId="2992EF7A" w:rsidR="00595E4A" w:rsidRPr="0069669C"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Culture Corner/</w:t>
            </w:r>
            <w:r w:rsidRPr="004A4EB9">
              <w:rPr>
                <w:rFonts w:ascii="Times New Roman" w:eastAsia="Calibri" w:hAnsi="Times New Roman" w:cs="Times New Roman"/>
                <w:bCs/>
                <w:sz w:val="24"/>
                <w:szCs w:val="24"/>
              </w:rPr>
              <w:t>Уголок</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культуры</w:t>
            </w:r>
            <w:r w:rsidRPr="004A4EB9">
              <w:rPr>
                <w:rFonts w:ascii="Times New Roman" w:eastAsia="Calibri" w:hAnsi="Times New Roman" w:cs="Times New Roman"/>
                <w:bCs/>
                <w:sz w:val="24"/>
                <w:szCs w:val="24"/>
                <w:lang w:val="en-US"/>
              </w:rPr>
              <w:t>: The Pilgrims – Sailing to a new life!</w:t>
            </w:r>
            <w:r w:rsidR="0069669C" w:rsidRPr="0069669C">
              <w:rPr>
                <w:rFonts w:ascii="Times New Roman" w:eastAsia="Calibri" w:hAnsi="Times New Roman" w:cs="Times New Roman"/>
                <w:bCs/>
                <w:sz w:val="24"/>
                <w:szCs w:val="24"/>
                <w:lang w:val="en-US"/>
              </w:rPr>
              <w:t xml:space="preserve"> </w:t>
            </w:r>
            <w:r w:rsidR="0069669C">
              <w:rPr>
                <w:rFonts w:ascii="Times New Roman" w:eastAsia="Calibri" w:hAnsi="Times New Roman" w:cs="Times New Roman"/>
                <w:bCs/>
                <w:sz w:val="24"/>
                <w:szCs w:val="24"/>
              </w:rPr>
              <w:t>Семейные праздники</w:t>
            </w:r>
          </w:p>
        </w:tc>
        <w:tc>
          <w:tcPr>
            <w:tcW w:w="850" w:type="dxa"/>
            <w:tcBorders>
              <w:top w:val="nil"/>
              <w:left w:val="nil"/>
              <w:bottom w:val="single" w:sz="4" w:space="0" w:color="auto"/>
              <w:right w:val="single" w:sz="4" w:space="0" w:color="auto"/>
            </w:tcBorders>
            <w:shd w:val="clear" w:color="auto" w:fill="auto"/>
            <w:noWrap/>
            <w:hideMark/>
          </w:tcPr>
          <w:p w14:paraId="30806FA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A49011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DBC710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9E118B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7F5799C"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3F47064D"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Everyday English/Повседневный английский. Интонация, ударные и безударные гласные.</w:t>
            </w:r>
          </w:p>
        </w:tc>
        <w:tc>
          <w:tcPr>
            <w:tcW w:w="850" w:type="dxa"/>
            <w:tcBorders>
              <w:top w:val="nil"/>
              <w:left w:val="nil"/>
              <w:bottom w:val="single" w:sz="4" w:space="0" w:color="auto"/>
              <w:right w:val="single" w:sz="4" w:space="0" w:color="auto"/>
            </w:tcBorders>
            <w:shd w:val="clear" w:color="auto" w:fill="auto"/>
            <w:noWrap/>
            <w:hideMark/>
          </w:tcPr>
          <w:p w14:paraId="22C98D6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94211D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6B431A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E44394" w14:paraId="5EE8868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428C91D"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BB84921" w14:textId="7DEA3059"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 xml:space="preserve">Myths and legends/ </w:t>
            </w:r>
            <w:r>
              <w:rPr>
                <w:rFonts w:ascii="Times New Roman" w:eastAsia="Calibri" w:hAnsi="Times New Roman" w:cs="Times New Roman"/>
                <w:bCs/>
                <w:sz w:val="24"/>
                <w:szCs w:val="24"/>
              </w:rPr>
              <w:t>Мифы</w:t>
            </w:r>
            <w:r w:rsidRPr="00E4439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и</w:t>
            </w:r>
            <w:r w:rsidRPr="00E4439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легенды</w:t>
            </w:r>
            <w:r w:rsidRPr="00E4439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Отработка поискового чтения</w:t>
            </w:r>
          </w:p>
        </w:tc>
        <w:tc>
          <w:tcPr>
            <w:tcW w:w="850" w:type="dxa"/>
            <w:tcBorders>
              <w:top w:val="nil"/>
              <w:left w:val="nil"/>
              <w:bottom w:val="single" w:sz="4" w:space="0" w:color="auto"/>
              <w:right w:val="single" w:sz="4" w:space="0" w:color="auto"/>
            </w:tcBorders>
            <w:shd w:val="clear" w:color="auto" w:fill="auto"/>
            <w:noWrap/>
          </w:tcPr>
          <w:p w14:paraId="47DA70E5" w14:textId="1A8FDB94"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229EF57"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3DCF9088"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234B87B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97DA9B5"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04E4553B" w14:textId="359EA5A6"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Myths</w:t>
            </w:r>
            <w:r w:rsidRPr="00C40387">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and</w:t>
            </w:r>
            <w:r w:rsidRPr="00C40387">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legends</w:t>
            </w:r>
            <w:r w:rsidRPr="00C40387">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Мифы</w:t>
            </w:r>
            <w:r w:rsidRPr="00C40387">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и</w:t>
            </w:r>
            <w:r w:rsidRPr="00C40387">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легенды</w:t>
            </w:r>
            <w:r w:rsidRPr="00C40387">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Рассказ по картинке</w:t>
            </w:r>
          </w:p>
        </w:tc>
        <w:tc>
          <w:tcPr>
            <w:tcW w:w="850" w:type="dxa"/>
            <w:tcBorders>
              <w:top w:val="nil"/>
              <w:left w:val="nil"/>
              <w:bottom w:val="single" w:sz="4" w:space="0" w:color="auto"/>
              <w:right w:val="single" w:sz="4" w:space="0" w:color="auto"/>
            </w:tcBorders>
            <w:shd w:val="clear" w:color="auto" w:fill="auto"/>
            <w:noWrap/>
          </w:tcPr>
          <w:p w14:paraId="46A66F0E" w14:textId="064D8189" w:rsidR="00E44394" w:rsidRPr="00E44394"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9FF55E2"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38EAB39"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6A25784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B9E0AF4" w14:textId="77777777" w:rsidR="00595E4A" w:rsidRPr="00E44394"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916E9CA"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Events/События.Преступность.</w:t>
            </w:r>
          </w:p>
        </w:tc>
        <w:tc>
          <w:tcPr>
            <w:tcW w:w="850" w:type="dxa"/>
            <w:tcBorders>
              <w:top w:val="nil"/>
              <w:left w:val="nil"/>
              <w:bottom w:val="single" w:sz="4" w:space="0" w:color="auto"/>
              <w:right w:val="single" w:sz="4" w:space="0" w:color="auto"/>
            </w:tcBorders>
            <w:shd w:val="clear" w:color="auto" w:fill="auto"/>
            <w:noWrap/>
            <w:hideMark/>
          </w:tcPr>
          <w:p w14:paraId="0F13B83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28FA51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BBC841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ABC6CD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A83EC33"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209210A"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Преступления, преступники.</w:t>
            </w:r>
          </w:p>
        </w:tc>
        <w:tc>
          <w:tcPr>
            <w:tcW w:w="850" w:type="dxa"/>
            <w:tcBorders>
              <w:top w:val="nil"/>
              <w:left w:val="nil"/>
              <w:bottom w:val="single" w:sz="4" w:space="0" w:color="auto"/>
              <w:right w:val="single" w:sz="4" w:space="0" w:color="auto"/>
            </w:tcBorders>
            <w:shd w:val="clear" w:color="auto" w:fill="auto"/>
            <w:noWrap/>
            <w:hideMark/>
          </w:tcPr>
          <w:p w14:paraId="6345658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854F7A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EACEAE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42088BE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9A96F78"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4261AF2"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Past Continuous.</w:t>
            </w:r>
          </w:p>
        </w:tc>
        <w:tc>
          <w:tcPr>
            <w:tcW w:w="850" w:type="dxa"/>
            <w:tcBorders>
              <w:top w:val="nil"/>
              <w:left w:val="nil"/>
              <w:bottom w:val="single" w:sz="4" w:space="0" w:color="auto"/>
              <w:right w:val="single" w:sz="4" w:space="0" w:color="auto"/>
            </w:tcBorders>
            <w:shd w:val="clear" w:color="auto" w:fill="auto"/>
            <w:noWrap/>
            <w:hideMark/>
          </w:tcPr>
          <w:p w14:paraId="24E4934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FF2CAB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057594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378A86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CEBDC9B"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F7B0F48"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Отработка и закрепление материала Past Simple/ Past Continuous</w:t>
            </w:r>
          </w:p>
        </w:tc>
        <w:tc>
          <w:tcPr>
            <w:tcW w:w="850" w:type="dxa"/>
            <w:tcBorders>
              <w:top w:val="nil"/>
              <w:left w:val="nil"/>
              <w:bottom w:val="single" w:sz="4" w:space="0" w:color="auto"/>
              <w:right w:val="single" w:sz="4" w:space="0" w:color="auto"/>
            </w:tcBorders>
            <w:shd w:val="clear" w:color="auto" w:fill="auto"/>
            <w:noWrap/>
            <w:hideMark/>
          </w:tcPr>
          <w:p w14:paraId="0F06295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A6D469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D3B354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D0626E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6E18B0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59F5F17"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Отработка и закрепление материала Past Simple/ Past Continuous</w:t>
            </w:r>
          </w:p>
        </w:tc>
        <w:tc>
          <w:tcPr>
            <w:tcW w:w="850" w:type="dxa"/>
            <w:tcBorders>
              <w:top w:val="nil"/>
              <w:left w:val="nil"/>
              <w:bottom w:val="single" w:sz="4" w:space="0" w:color="auto"/>
              <w:right w:val="single" w:sz="4" w:space="0" w:color="auto"/>
            </w:tcBorders>
            <w:shd w:val="clear" w:color="auto" w:fill="auto"/>
            <w:noWrap/>
          </w:tcPr>
          <w:p w14:paraId="0E0FBD37" w14:textId="57AEC512" w:rsidR="00595E4A"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CDAA1E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A80DF6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4965654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00FABF5"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2444C4D3"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Skills. Речевые умения. Профессии и национальности известных людей.</w:t>
            </w:r>
          </w:p>
        </w:tc>
        <w:tc>
          <w:tcPr>
            <w:tcW w:w="850" w:type="dxa"/>
            <w:tcBorders>
              <w:top w:val="nil"/>
              <w:left w:val="nil"/>
              <w:bottom w:val="single" w:sz="4" w:space="0" w:color="auto"/>
              <w:right w:val="single" w:sz="4" w:space="0" w:color="auto"/>
            </w:tcBorders>
            <w:shd w:val="clear" w:color="auto" w:fill="auto"/>
            <w:noWrap/>
            <w:hideMark/>
          </w:tcPr>
          <w:p w14:paraId="7D3F9F0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CC3C6B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DAB8DA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48645C8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1EC38E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FFFFFF"/>
          </w:tcPr>
          <w:p w14:paraId="6E50C2E6" w14:textId="5B1CEA38" w:rsidR="00595E4A" w:rsidRPr="00F33488" w:rsidRDefault="00F33488" w:rsidP="001F12F2">
            <w:pPr>
              <w:spacing w:after="160" w:line="259" w:lineRule="auto"/>
              <w:rPr>
                <w:rFonts w:ascii="Times New Roman" w:eastAsia="Calibri" w:hAnsi="Times New Roman" w:cs="Times New Roman"/>
                <w:bCs/>
                <w:sz w:val="24"/>
                <w:szCs w:val="24"/>
              </w:rPr>
            </w:pPr>
            <w:r w:rsidRPr="00F33488">
              <w:rPr>
                <w:rFonts w:ascii="Times New Roman" w:eastAsia="Calibri" w:hAnsi="Times New Roman" w:cs="Times New Roman"/>
                <w:bCs/>
                <w:sz w:val="24"/>
                <w:szCs w:val="24"/>
                <w:lang w:val="en-US"/>
              </w:rPr>
              <w:t xml:space="preserve">A biography of a famous person. </w:t>
            </w:r>
            <w:r w:rsidRPr="00F33488">
              <w:rPr>
                <w:rFonts w:ascii="Times New Roman" w:eastAsia="Calibri" w:hAnsi="Times New Roman" w:cs="Times New Roman"/>
                <w:bCs/>
                <w:sz w:val="24"/>
                <w:szCs w:val="24"/>
              </w:rPr>
              <w:t>Биография известного человека родной страны</w:t>
            </w:r>
          </w:p>
        </w:tc>
        <w:tc>
          <w:tcPr>
            <w:tcW w:w="850" w:type="dxa"/>
            <w:tcBorders>
              <w:top w:val="nil"/>
              <w:left w:val="nil"/>
              <w:bottom w:val="single" w:sz="4" w:space="0" w:color="auto"/>
              <w:right w:val="single" w:sz="4" w:space="0" w:color="auto"/>
            </w:tcBorders>
            <w:shd w:val="clear" w:color="auto" w:fill="auto"/>
            <w:noWrap/>
            <w:hideMark/>
          </w:tcPr>
          <w:p w14:paraId="2B51D37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D2B257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B495C3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390895A"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D3DEB0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FFFFFF"/>
          </w:tcPr>
          <w:p w14:paraId="5B6E326C"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Практика написания биографии</w:t>
            </w:r>
          </w:p>
        </w:tc>
        <w:tc>
          <w:tcPr>
            <w:tcW w:w="850" w:type="dxa"/>
            <w:tcBorders>
              <w:top w:val="nil"/>
              <w:left w:val="nil"/>
              <w:bottom w:val="single" w:sz="4" w:space="0" w:color="auto"/>
              <w:right w:val="single" w:sz="4" w:space="0" w:color="auto"/>
            </w:tcBorders>
            <w:shd w:val="clear" w:color="auto" w:fill="auto"/>
            <w:noWrap/>
          </w:tcPr>
          <w:p w14:paraId="2D9152F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B29BA7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AE3E33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4A4EB9" w14:paraId="3ED903A0"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60C5234"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FFFFFF"/>
          </w:tcPr>
          <w:p w14:paraId="21BA4166" w14:textId="346DD7B7"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Curricular</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History</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Метапредметность. История</w:t>
            </w:r>
          </w:p>
        </w:tc>
        <w:tc>
          <w:tcPr>
            <w:tcW w:w="850" w:type="dxa"/>
            <w:tcBorders>
              <w:top w:val="nil"/>
              <w:left w:val="nil"/>
              <w:bottom w:val="single" w:sz="4" w:space="0" w:color="auto"/>
              <w:right w:val="single" w:sz="4" w:space="0" w:color="auto"/>
            </w:tcBorders>
            <w:shd w:val="clear" w:color="auto" w:fill="auto"/>
            <w:noWrap/>
          </w:tcPr>
          <w:p w14:paraId="016BBBDA" w14:textId="56835984" w:rsidR="00E44394"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D124CD9"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21AF294"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E44394" w:rsidRPr="004A4EB9" w14:paraId="19A2F41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66CE9D8"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FFFFFF"/>
          </w:tcPr>
          <w:p w14:paraId="3B53B958" w14:textId="21DA09B0" w:rsidR="00E44394" w:rsidRPr="004A4EB9"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Выполнение упражнений на 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tcPr>
          <w:p w14:paraId="15FA2F73" w14:textId="3C77FD35" w:rsidR="00E44394"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9FB1762"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0BCE4D0"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147D606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C8CC64A"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F9FCE51"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Обобщающее повторение.</w:t>
            </w:r>
          </w:p>
        </w:tc>
        <w:tc>
          <w:tcPr>
            <w:tcW w:w="850" w:type="dxa"/>
            <w:tcBorders>
              <w:top w:val="nil"/>
              <w:left w:val="nil"/>
              <w:bottom w:val="single" w:sz="4" w:space="0" w:color="auto"/>
              <w:right w:val="single" w:sz="4" w:space="0" w:color="auto"/>
            </w:tcBorders>
            <w:shd w:val="clear" w:color="auto" w:fill="auto"/>
            <w:noWrap/>
          </w:tcPr>
          <w:p w14:paraId="00BAAD3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4936B1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67F80C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6AAE748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8E901F4"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DFCA4A4" w14:textId="506D0C7D" w:rsidR="00595E4A" w:rsidRPr="002E38F6" w:rsidRDefault="002E38F6" w:rsidP="001F12F2">
            <w:pPr>
              <w:spacing w:after="160" w:line="259" w:lineRule="auto"/>
              <w:rPr>
                <w:rFonts w:ascii="Times New Roman" w:eastAsia="Calibri" w:hAnsi="Times New Roman" w:cs="Times New Roman"/>
                <w:bCs/>
                <w:sz w:val="24"/>
                <w:szCs w:val="24"/>
              </w:rPr>
            </w:pPr>
            <w:r w:rsidRPr="002E38F6">
              <w:rPr>
                <w:rFonts w:ascii="Times New Roman" w:eastAsia="Calibri" w:hAnsi="Times New Roman" w:cs="Times New Roman"/>
                <w:bCs/>
                <w:sz w:val="24"/>
                <w:szCs w:val="24"/>
              </w:rPr>
              <w:t>Проверочная работа по 3 модулю</w:t>
            </w:r>
          </w:p>
        </w:tc>
        <w:tc>
          <w:tcPr>
            <w:tcW w:w="850" w:type="dxa"/>
            <w:tcBorders>
              <w:top w:val="nil"/>
              <w:left w:val="nil"/>
              <w:bottom w:val="single" w:sz="4" w:space="0" w:color="auto"/>
              <w:right w:val="single" w:sz="4" w:space="0" w:color="auto"/>
            </w:tcBorders>
            <w:shd w:val="clear" w:color="auto" w:fill="auto"/>
            <w:noWrap/>
          </w:tcPr>
          <w:p w14:paraId="3044E77E" w14:textId="77777777" w:rsidR="00595E4A" w:rsidRPr="000B4511" w:rsidRDefault="00595E4A" w:rsidP="001F12F2">
            <w:pPr>
              <w:spacing w:after="160" w:line="259" w:lineRule="auto"/>
              <w:jc w:val="center"/>
              <w:rPr>
                <w:rFonts w:ascii="Times New Roman" w:eastAsia="Calibri" w:hAnsi="Times New Roman" w:cs="Times New Roman"/>
                <w:b/>
                <w:bCs/>
                <w:sz w:val="24"/>
                <w:szCs w:val="24"/>
              </w:rPr>
            </w:pPr>
            <w:r w:rsidRPr="000B4511">
              <w:rPr>
                <w:rFonts w:ascii="Times New Roman" w:eastAsia="Calibri" w:hAnsi="Times New Roman" w:cs="Times New Roman"/>
                <w:b/>
                <w:bCs/>
                <w:sz w:val="24"/>
                <w:szCs w:val="24"/>
              </w:rPr>
              <w:t>1</w:t>
            </w:r>
          </w:p>
        </w:tc>
        <w:tc>
          <w:tcPr>
            <w:tcW w:w="1310" w:type="dxa"/>
            <w:tcBorders>
              <w:top w:val="nil"/>
              <w:left w:val="nil"/>
              <w:bottom w:val="single" w:sz="4" w:space="0" w:color="auto"/>
              <w:right w:val="single" w:sz="4" w:space="0" w:color="auto"/>
            </w:tcBorders>
          </w:tcPr>
          <w:p w14:paraId="5E71A44A" w14:textId="58EF3F9E" w:rsidR="00595E4A" w:rsidRPr="005A0AB1" w:rsidRDefault="00595E4A" w:rsidP="001F12F2">
            <w:pPr>
              <w:spacing w:after="160" w:line="259" w:lineRule="auto"/>
              <w:jc w:val="center"/>
              <w:rPr>
                <w:rFonts w:ascii="Times New Roman" w:eastAsia="Calibri" w:hAnsi="Times New Roman" w:cs="Times New Roman"/>
                <w:b/>
                <w:bCs/>
                <w:sz w:val="24"/>
                <w:szCs w:val="24"/>
              </w:rPr>
            </w:pPr>
          </w:p>
        </w:tc>
        <w:tc>
          <w:tcPr>
            <w:tcW w:w="1980" w:type="dxa"/>
            <w:tcBorders>
              <w:top w:val="nil"/>
              <w:left w:val="nil"/>
              <w:bottom w:val="single" w:sz="4" w:space="0" w:color="auto"/>
              <w:right w:val="single" w:sz="4" w:space="0" w:color="auto"/>
            </w:tcBorders>
          </w:tcPr>
          <w:p w14:paraId="48B88AB7" w14:textId="64F74923" w:rsidR="00595E4A" w:rsidRPr="005A0AB1" w:rsidRDefault="00595E4A" w:rsidP="001F12F2">
            <w:pPr>
              <w:spacing w:after="160" w:line="259" w:lineRule="auto"/>
              <w:jc w:val="center"/>
              <w:rPr>
                <w:rFonts w:ascii="Times New Roman" w:eastAsia="Calibri" w:hAnsi="Times New Roman" w:cs="Times New Roman"/>
                <w:b/>
                <w:bCs/>
                <w:sz w:val="24"/>
                <w:szCs w:val="24"/>
              </w:rPr>
            </w:pPr>
          </w:p>
        </w:tc>
      </w:tr>
      <w:tr w:rsidR="00595E4A" w:rsidRPr="004A4EB9" w14:paraId="37E0A9B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1B96E6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1CC6B70"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tcPr>
          <w:p w14:paraId="1A42664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05998C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84771A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4AFB72D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0DC2F69"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A139A72" w14:textId="0021DE8F" w:rsidR="00595E4A" w:rsidRPr="00454E73"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MODULE №4. ON HOLIDAY. </w:t>
            </w:r>
            <w:r w:rsidRPr="004A4EB9">
              <w:rPr>
                <w:rFonts w:ascii="Times New Roman" w:eastAsia="Calibri" w:hAnsi="Times New Roman" w:cs="Times New Roman"/>
                <w:bCs/>
                <w:sz w:val="24"/>
                <w:szCs w:val="24"/>
              </w:rPr>
              <w:t>Вводный</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урок</w:t>
            </w:r>
            <w:r w:rsidRPr="004A4EB9">
              <w:rPr>
                <w:rFonts w:ascii="Times New Roman" w:eastAsia="Calibri" w:hAnsi="Times New Roman" w:cs="Times New Roman"/>
                <w:bCs/>
                <w:sz w:val="24"/>
                <w:szCs w:val="24"/>
                <w:lang w:val="en-US"/>
              </w:rPr>
              <w:t>. Types of holidays. /</w:t>
            </w:r>
            <w:r w:rsidRPr="004A4EB9">
              <w:rPr>
                <w:rFonts w:ascii="Times New Roman" w:eastAsia="Calibri" w:hAnsi="Times New Roman" w:cs="Times New Roman"/>
                <w:bCs/>
                <w:sz w:val="24"/>
                <w:szCs w:val="24"/>
              </w:rPr>
              <w:t>Разные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виды</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отдыха</w:t>
            </w:r>
            <w:r w:rsidRPr="004A4EB9">
              <w:rPr>
                <w:rFonts w:ascii="Times New Roman" w:eastAsia="Calibri" w:hAnsi="Times New Roman" w:cs="Times New Roman"/>
                <w:bCs/>
                <w:sz w:val="24"/>
                <w:szCs w:val="24"/>
                <w:lang w:val="en-US"/>
              </w:rPr>
              <w:t>.</w:t>
            </w:r>
            <w:r w:rsidR="00454E73" w:rsidRPr="00454E73">
              <w:rPr>
                <w:rFonts w:ascii="Times New Roman" w:eastAsia="Calibri" w:hAnsi="Times New Roman" w:cs="Times New Roman"/>
                <w:bCs/>
                <w:sz w:val="24"/>
                <w:szCs w:val="24"/>
                <w:lang w:val="en-US"/>
              </w:rPr>
              <w:t xml:space="preserve"> </w:t>
            </w:r>
            <w:r w:rsidR="00454E73">
              <w:rPr>
                <w:rFonts w:ascii="Times New Roman" w:eastAsia="Calibri" w:hAnsi="Times New Roman" w:cs="Times New Roman"/>
                <w:bCs/>
                <w:sz w:val="24"/>
                <w:szCs w:val="24"/>
              </w:rPr>
              <w:t>Хобби, увлечения со</w:t>
            </w:r>
            <w:r w:rsidR="00454E73">
              <w:rPr>
                <w:rFonts w:ascii="Times New Roman" w:eastAsia="Calibri" w:hAnsi="Times New Roman" w:cs="Times New Roman"/>
                <w:bCs/>
                <w:sz w:val="24"/>
                <w:szCs w:val="24"/>
              </w:rPr>
              <w:lastRenderedPageBreak/>
              <w:t>временного подростка.</w:t>
            </w:r>
          </w:p>
        </w:tc>
        <w:tc>
          <w:tcPr>
            <w:tcW w:w="850" w:type="dxa"/>
            <w:tcBorders>
              <w:top w:val="nil"/>
              <w:left w:val="nil"/>
              <w:bottom w:val="single" w:sz="4" w:space="0" w:color="auto"/>
              <w:right w:val="single" w:sz="4" w:space="0" w:color="auto"/>
            </w:tcBorders>
            <w:shd w:val="clear" w:color="auto" w:fill="auto"/>
            <w:noWrap/>
          </w:tcPr>
          <w:p w14:paraId="3D18F64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lastRenderedPageBreak/>
              <w:t>1</w:t>
            </w:r>
          </w:p>
        </w:tc>
        <w:tc>
          <w:tcPr>
            <w:tcW w:w="1310" w:type="dxa"/>
            <w:tcBorders>
              <w:top w:val="nil"/>
              <w:left w:val="nil"/>
              <w:bottom w:val="single" w:sz="4" w:space="0" w:color="auto"/>
              <w:right w:val="single" w:sz="4" w:space="0" w:color="auto"/>
            </w:tcBorders>
          </w:tcPr>
          <w:p w14:paraId="01AE07F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C73A13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43EA7E3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B71D97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9AFC72D" w14:textId="1068C625" w:rsidR="00595E4A" w:rsidRPr="004A4EB9" w:rsidRDefault="00595E4A" w:rsidP="00C84173">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Holiday activities /</w:t>
            </w:r>
            <w:r w:rsidR="00C84173">
              <w:rPr>
                <w:rFonts w:ascii="Times New Roman" w:eastAsia="Calibri" w:hAnsi="Times New Roman" w:cs="Times New Roman"/>
                <w:bCs/>
                <w:sz w:val="24"/>
                <w:szCs w:val="24"/>
              </w:rPr>
              <w:t>Занятия во время каникул.</w:t>
            </w:r>
          </w:p>
        </w:tc>
        <w:tc>
          <w:tcPr>
            <w:tcW w:w="850" w:type="dxa"/>
            <w:tcBorders>
              <w:top w:val="nil"/>
              <w:left w:val="nil"/>
              <w:bottom w:val="single" w:sz="4" w:space="0" w:color="auto"/>
              <w:right w:val="single" w:sz="4" w:space="0" w:color="auto"/>
            </w:tcBorders>
            <w:shd w:val="clear" w:color="auto" w:fill="auto"/>
            <w:noWrap/>
          </w:tcPr>
          <w:p w14:paraId="7778DE3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2F2C2A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62210C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E83CBE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5F97268"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DA6B283"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«Шервуд. Активный отдых в лесу»./Will: будущее простое время.</w:t>
            </w:r>
          </w:p>
        </w:tc>
        <w:tc>
          <w:tcPr>
            <w:tcW w:w="850" w:type="dxa"/>
            <w:tcBorders>
              <w:top w:val="nil"/>
              <w:left w:val="nil"/>
              <w:bottom w:val="single" w:sz="4" w:space="0" w:color="auto"/>
              <w:right w:val="single" w:sz="4" w:space="0" w:color="auto"/>
            </w:tcBorders>
            <w:shd w:val="clear" w:color="auto" w:fill="auto"/>
            <w:noWrap/>
            <w:hideMark/>
          </w:tcPr>
          <w:p w14:paraId="1F1AFDF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98CE2C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CE529D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DB78FE1"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131C40C"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D3AA825"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Having a great time. Reading &amp; Listening. </w:t>
            </w:r>
            <w:r w:rsidRPr="004A4EB9">
              <w:rPr>
                <w:rFonts w:ascii="Times New Roman" w:eastAsia="Calibri" w:hAnsi="Times New Roman" w:cs="Times New Roman"/>
                <w:bCs/>
                <w:sz w:val="24"/>
                <w:szCs w:val="24"/>
              </w:rPr>
              <w:t>Досуг.</w:t>
            </w:r>
          </w:p>
        </w:tc>
        <w:tc>
          <w:tcPr>
            <w:tcW w:w="850" w:type="dxa"/>
            <w:tcBorders>
              <w:top w:val="nil"/>
              <w:left w:val="nil"/>
              <w:bottom w:val="single" w:sz="4" w:space="0" w:color="auto"/>
              <w:right w:val="single" w:sz="4" w:space="0" w:color="auto"/>
            </w:tcBorders>
            <w:shd w:val="clear" w:color="auto" w:fill="auto"/>
            <w:noWrap/>
            <w:hideMark/>
          </w:tcPr>
          <w:p w14:paraId="7E517E9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772427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56DBB4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C84173" w14:paraId="216C263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6177DD5"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E433F13" w14:textId="1952ABD5" w:rsidR="00595E4A" w:rsidRPr="00C84173" w:rsidRDefault="00595E4A" w:rsidP="00C84173">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Grammar: Going to; Will - Prese</w:t>
            </w:r>
            <w:r w:rsidR="00C84173">
              <w:rPr>
                <w:rFonts w:ascii="Times New Roman" w:eastAsia="Calibri" w:hAnsi="Times New Roman" w:cs="Times New Roman"/>
                <w:bCs/>
                <w:sz w:val="24"/>
                <w:szCs w:val="24"/>
                <w:lang w:val="en-US"/>
              </w:rPr>
              <w:t xml:space="preserve">nt Continuous. </w:t>
            </w:r>
            <w:r w:rsidR="00C84173">
              <w:rPr>
                <w:rFonts w:ascii="Times New Roman" w:eastAsia="Calibri" w:hAnsi="Times New Roman" w:cs="Times New Roman"/>
                <w:bCs/>
                <w:sz w:val="24"/>
                <w:szCs w:val="24"/>
              </w:rPr>
              <w:t>Знакомство с грамматическим материалом</w:t>
            </w:r>
          </w:p>
        </w:tc>
        <w:tc>
          <w:tcPr>
            <w:tcW w:w="850" w:type="dxa"/>
            <w:tcBorders>
              <w:top w:val="nil"/>
              <w:left w:val="nil"/>
              <w:bottom w:val="single" w:sz="4" w:space="0" w:color="auto"/>
              <w:right w:val="single" w:sz="4" w:space="0" w:color="auto"/>
            </w:tcBorders>
            <w:shd w:val="clear" w:color="auto" w:fill="auto"/>
            <w:noWrap/>
            <w:hideMark/>
          </w:tcPr>
          <w:p w14:paraId="74D7AEEA" w14:textId="77777777" w:rsidR="00595E4A" w:rsidRPr="00C84173" w:rsidRDefault="00595E4A" w:rsidP="001F12F2">
            <w:pPr>
              <w:spacing w:after="160" w:line="259" w:lineRule="auto"/>
              <w:jc w:val="center"/>
              <w:rPr>
                <w:rFonts w:ascii="Times New Roman" w:eastAsia="Calibri" w:hAnsi="Times New Roman" w:cs="Times New Roman"/>
                <w:bCs/>
                <w:sz w:val="24"/>
                <w:szCs w:val="24"/>
                <w:lang w:val="en-US"/>
              </w:rPr>
            </w:pPr>
            <w:r w:rsidRPr="00C84173">
              <w:rPr>
                <w:rFonts w:ascii="Times New Roman" w:eastAsia="Calibri" w:hAnsi="Times New Roman" w:cs="Times New Roman"/>
                <w:bCs/>
                <w:sz w:val="24"/>
                <w:szCs w:val="24"/>
                <w:lang w:val="en-US"/>
              </w:rPr>
              <w:t>1</w:t>
            </w:r>
          </w:p>
        </w:tc>
        <w:tc>
          <w:tcPr>
            <w:tcW w:w="1310" w:type="dxa"/>
            <w:tcBorders>
              <w:top w:val="nil"/>
              <w:left w:val="nil"/>
              <w:bottom w:val="single" w:sz="4" w:space="0" w:color="auto"/>
              <w:right w:val="single" w:sz="4" w:space="0" w:color="auto"/>
            </w:tcBorders>
          </w:tcPr>
          <w:p w14:paraId="115E4052" w14:textId="77777777" w:rsidR="00595E4A" w:rsidRPr="00C84173" w:rsidRDefault="00595E4A"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67D64043" w14:textId="77777777" w:rsidR="00595E4A" w:rsidRPr="00C84173" w:rsidRDefault="00595E4A" w:rsidP="001F12F2">
            <w:pPr>
              <w:spacing w:after="160" w:line="259" w:lineRule="auto"/>
              <w:jc w:val="center"/>
              <w:rPr>
                <w:rFonts w:ascii="Times New Roman" w:eastAsia="Calibri" w:hAnsi="Times New Roman" w:cs="Times New Roman"/>
                <w:bCs/>
                <w:sz w:val="24"/>
                <w:szCs w:val="24"/>
                <w:lang w:val="en-US"/>
              </w:rPr>
            </w:pPr>
          </w:p>
        </w:tc>
      </w:tr>
      <w:tr w:rsidR="00C84173" w:rsidRPr="00C84173" w14:paraId="646C0ED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68C8483" w14:textId="77777777" w:rsidR="00C84173" w:rsidRPr="00C84173" w:rsidRDefault="00C84173"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47C4617E" w14:textId="3DE46C1A" w:rsidR="00C84173" w:rsidRPr="00C84173" w:rsidRDefault="00C84173" w:rsidP="00C84173">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Grammar: Going to; Will - Prese</w:t>
            </w:r>
            <w:r>
              <w:rPr>
                <w:rFonts w:ascii="Times New Roman" w:eastAsia="Calibri" w:hAnsi="Times New Roman" w:cs="Times New Roman"/>
                <w:bCs/>
                <w:sz w:val="24"/>
                <w:szCs w:val="24"/>
                <w:lang w:val="en-US"/>
              </w:rPr>
              <w:t xml:space="preserve">nt Continuous. </w:t>
            </w:r>
            <w:r>
              <w:rPr>
                <w:rFonts w:ascii="Times New Roman" w:eastAsia="Calibri" w:hAnsi="Times New Roman" w:cs="Times New Roman"/>
                <w:bCs/>
                <w:sz w:val="24"/>
                <w:szCs w:val="24"/>
              </w:rPr>
              <w:t>Отработка грамматического материала.</w:t>
            </w:r>
          </w:p>
        </w:tc>
        <w:tc>
          <w:tcPr>
            <w:tcW w:w="850" w:type="dxa"/>
            <w:tcBorders>
              <w:top w:val="nil"/>
              <w:left w:val="nil"/>
              <w:bottom w:val="single" w:sz="4" w:space="0" w:color="auto"/>
              <w:right w:val="single" w:sz="4" w:space="0" w:color="auto"/>
            </w:tcBorders>
            <w:shd w:val="clear" w:color="auto" w:fill="auto"/>
            <w:noWrap/>
          </w:tcPr>
          <w:p w14:paraId="53DCF8B0" w14:textId="0E88F6BF" w:rsidR="00C84173" w:rsidRPr="00C84173" w:rsidRDefault="00C84173"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F3D5093" w14:textId="77777777" w:rsidR="00C84173" w:rsidRPr="00C84173" w:rsidRDefault="00C84173"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4E491309" w14:textId="77777777" w:rsidR="00C84173" w:rsidRPr="00C84173" w:rsidRDefault="00C84173" w:rsidP="001F12F2">
            <w:pPr>
              <w:spacing w:after="160" w:line="259" w:lineRule="auto"/>
              <w:jc w:val="center"/>
              <w:rPr>
                <w:rFonts w:ascii="Times New Roman" w:eastAsia="Calibri" w:hAnsi="Times New Roman" w:cs="Times New Roman"/>
                <w:bCs/>
                <w:sz w:val="24"/>
                <w:szCs w:val="24"/>
                <w:lang w:val="en-US"/>
              </w:rPr>
            </w:pPr>
          </w:p>
        </w:tc>
      </w:tr>
      <w:tr w:rsidR="00595E4A" w:rsidRPr="004A4EB9" w14:paraId="2A249EC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D0266E4" w14:textId="77777777" w:rsidR="00595E4A" w:rsidRPr="00C84173"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noWrap/>
          </w:tcPr>
          <w:p w14:paraId="70321609"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C84173">
              <w:rPr>
                <w:rFonts w:ascii="Times New Roman" w:eastAsia="Calibri" w:hAnsi="Times New Roman" w:cs="Times New Roman"/>
                <w:bCs/>
                <w:sz w:val="24"/>
                <w:szCs w:val="24"/>
                <w:lang w:val="en-US"/>
              </w:rPr>
              <w:t>Grammar</w:t>
            </w:r>
            <w:r w:rsidRPr="0069669C">
              <w:rPr>
                <w:rFonts w:ascii="Times New Roman" w:eastAsia="Calibri" w:hAnsi="Times New Roman" w:cs="Times New Roman"/>
                <w:bCs/>
                <w:sz w:val="24"/>
                <w:szCs w:val="24"/>
              </w:rPr>
              <w:t xml:space="preserve">: </w:t>
            </w:r>
            <w:r w:rsidRPr="00C84173">
              <w:rPr>
                <w:rFonts w:ascii="Times New Roman" w:eastAsia="Calibri" w:hAnsi="Times New Roman" w:cs="Times New Roman"/>
                <w:bCs/>
                <w:sz w:val="24"/>
                <w:szCs w:val="24"/>
                <w:lang w:val="en-US"/>
              </w:rPr>
              <w:t>Conditionals</w:t>
            </w:r>
            <w:r w:rsidRPr="0069669C">
              <w:rPr>
                <w:rFonts w:ascii="Times New Roman" w:eastAsia="Calibri" w:hAnsi="Times New Roman" w:cs="Times New Roman"/>
                <w:bCs/>
                <w:sz w:val="24"/>
                <w:szCs w:val="24"/>
              </w:rPr>
              <w:t xml:space="preserve"> 0,1 </w:t>
            </w:r>
            <w:r w:rsidRPr="004A4EB9">
              <w:rPr>
                <w:rFonts w:ascii="Times New Roman" w:eastAsia="Calibri" w:hAnsi="Times New Roman" w:cs="Times New Roman"/>
                <w:bCs/>
                <w:sz w:val="24"/>
                <w:szCs w:val="24"/>
              </w:rPr>
              <w:t>Типы</w:t>
            </w:r>
            <w:r w:rsidRPr="0069669C">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условных</w:t>
            </w:r>
            <w:r w:rsidRPr="0069669C">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предложений.</w:t>
            </w:r>
          </w:p>
        </w:tc>
        <w:tc>
          <w:tcPr>
            <w:tcW w:w="850" w:type="dxa"/>
            <w:tcBorders>
              <w:top w:val="nil"/>
              <w:left w:val="nil"/>
              <w:bottom w:val="single" w:sz="4" w:space="0" w:color="auto"/>
              <w:right w:val="single" w:sz="4" w:space="0" w:color="auto"/>
            </w:tcBorders>
            <w:shd w:val="clear" w:color="auto" w:fill="auto"/>
            <w:noWrap/>
            <w:hideMark/>
          </w:tcPr>
          <w:p w14:paraId="4C8455F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BE3114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11B29F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C84173" w:rsidRPr="004A4EB9" w14:paraId="461EB25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20BE1A9" w14:textId="77777777" w:rsidR="00C84173" w:rsidRPr="00C84173" w:rsidRDefault="00C84173"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noWrap/>
          </w:tcPr>
          <w:p w14:paraId="4CDD0A01" w14:textId="5AFBE423" w:rsidR="00C84173" w:rsidRPr="00C84173" w:rsidRDefault="00C84173" w:rsidP="001F12F2">
            <w:pPr>
              <w:spacing w:after="160" w:line="259" w:lineRule="auto"/>
              <w:rPr>
                <w:rFonts w:ascii="Times New Roman" w:eastAsia="Calibri" w:hAnsi="Times New Roman" w:cs="Times New Roman"/>
                <w:bCs/>
                <w:sz w:val="24"/>
                <w:szCs w:val="24"/>
              </w:rPr>
            </w:pPr>
            <w:r w:rsidRPr="00C84173">
              <w:rPr>
                <w:rFonts w:ascii="Times New Roman" w:eastAsia="Calibri" w:hAnsi="Times New Roman" w:cs="Times New Roman"/>
                <w:bCs/>
                <w:sz w:val="24"/>
                <w:szCs w:val="24"/>
                <w:lang w:val="en-US"/>
              </w:rPr>
              <w:t>Grammar</w:t>
            </w:r>
            <w:r w:rsidRPr="00C84173">
              <w:rPr>
                <w:rFonts w:ascii="Times New Roman" w:eastAsia="Calibri" w:hAnsi="Times New Roman" w:cs="Times New Roman"/>
                <w:bCs/>
                <w:sz w:val="24"/>
                <w:szCs w:val="24"/>
              </w:rPr>
              <w:t xml:space="preserve">: </w:t>
            </w:r>
            <w:r w:rsidRPr="00C84173">
              <w:rPr>
                <w:rFonts w:ascii="Times New Roman" w:eastAsia="Calibri" w:hAnsi="Times New Roman" w:cs="Times New Roman"/>
                <w:bCs/>
                <w:sz w:val="24"/>
                <w:szCs w:val="24"/>
                <w:lang w:val="en-US"/>
              </w:rPr>
              <w:t>Conditionals</w:t>
            </w:r>
            <w:r w:rsidRPr="00C84173">
              <w:rPr>
                <w:rFonts w:ascii="Times New Roman" w:eastAsia="Calibri" w:hAnsi="Times New Roman" w:cs="Times New Roman"/>
                <w:bCs/>
                <w:sz w:val="24"/>
                <w:szCs w:val="24"/>
              </w:rPr>
              <w:t xml:space="preserve"> 0,1 </w:t>
            </w:r>
            <w:r w:rsidRPr="004A4EB9">
              <w:rPr>
                <w:rFonts w:ascii="Times New Roman" w:eastAsia="Calibri" w:hAnsi="Times New Roman" w:cs="Times New Roman"/>
                <w:bCs/>
                <w:sz w:val="24"/>
                <w:szCs w:val="24"/>
              </w:rPr>
              <w:t>Типы</w:t>
            </w:r>
            <w:r w:rsidRPr="00C84173">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условных</w:t>
            </w:r>
            <w:r w:rsidRPr="00C84173">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предложений.</w:t>
            </w:r>
            <w:r>
              <w:rPr>
                <w:rFonts w:ascii="Times New Roman" w:eastAsia="Calibri" w:hAnsi="Times New Roman" w:cs="Times New Roman"/>
                <w:bCs/>
                <w:sz w:val="24"/>
                <w:szCs w:val="24"/>
              </w:rPr>
              <w:t xml:space="preserve"> Отработка. </w:t>
            </w:r>
          </w:p>
        </w:tc>
        <w:tc>
          <w:tcPr>
            <w:tcW w:w="850" w:type="dxa"/>
            <w:tcBorders>
              <w:top w:val="nil"/>
              <w:left w:val="nil"/>
              <w:bottom w:val="single" w:sz="4" w:space="0" w:color="auto"/>
              <w:right w:val="single" w:sz="4" w:space="0" w:color="auto"/>
            </w:tcBorders>
            <w:shd w:val="clear" w:color="auto" w:fill="auto"/>
            <w:noWrap/>
          </w:tcPr>
          <w:p w14:paraId="56D59AB5" w14:textId="2F2292A2" w:rsidR="00C84173"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B9D037E" w14:textId="77777777" w:rsidR="00C84173" w:rsidRPr="004A4EB9" w:rsidRDefault="00C84173"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19BEEA3" w14:textId="77777777" w:rsidR="00C84173" w:rsidRPr="004A4EB9" w:rsidRDefault="00C84173" w:rsidP="001F12F2">
            <w:pPr>
              <w:spacing w:after="160" w:line="259" w:lineRule="auto"/>
              <w:jc w:val="center"/>
              <w:rPr>
                <w:rFonts w:ascii="Times New Roman" w:eastAsia="Calibri" w:hAnsi="Times New Roman" w:cs="Times New Roman"/>
                <w:bCs/>
                <w:sz w:val="24"/>
                <w:szCs w:val="24"/>
              </w:rPr>
            </w:pPr>
          </w:p>
        </w:tc>
      </w:tr>
      <w:tr w:rsidR="00595E4A" w:rsidRPr="004A4EB9" w14:paraId="145DA2D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9ECE44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6FFF6943"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2 тип условных предложений</w:t>
            </w:r>
          </w:p>
        </w:tc>
        <w:tc>
          <w:tcPr>
            <w:tcW w:w="850" w:type="dxa"/>
            <w:tcBorders>
              <w:top w:val="nil"/>
              <w:left w:val="nil"/>
              <w:bottom w:val="single" w:sz="4" w:space="0" w:color="auto"/>
              <w:right w:val="single" w:sz="4" w:space="0" w:color="auto"/>
            </w:tcBorders>
            <w:shd w:val="clear" w:color="auto" w:fill="auto"/>
            <w:noWrap/>
            <w:hideMark/>
          </w:tcPr>
          <w:p w14:paraId="347622E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324EF2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AF8583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2E6E2C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73C7F39"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16E9903E"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hideMark/>
          </w:tcPr>
          <w:p w14:paraId="194F488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19E511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19A98D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E44394" w14:paraId="2B5C7F5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EF9AA94"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noWrap/>
          </w:tcPr>
          <w:p w14:paraId="1B11B8F9" w14:textId="673B79E3"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 xml:space="preserve">Culture corner: Yellowstone National Park/ </w:t>
            </w:r>
            <w:r>
              <w:rPr>
                <w:rFonts w:ascii="Times New Roman" w:eastAsia="Calibri" w:hAnsi="Times New Roman" w:cs="Times New Roman"/>
                <w:bCs/>
                <w:sz w:val="24"/>
                <w:szCs w:val="24"/>
              </w:rPr>
              <w:t>Страноведение: «Национальный парк Йеллоустоун»</w:t>
            </w:r>
          </w:p>
        </w:tc>
        <w:tc>
          <w:tcPr>
            <w:tcW w:w="850" w:type="dxa"/>
            <w:tcBorders>
              <w:top w:val="nil"/>
              <w:left w:val="nil"/>
              <w:bottom w:val="single" w:sz="4" w:space="0" w:color="auto"/>
              <w:right w:val="single" w:sz="4" w:space="0" w:color="auto"/>
            </w:tcBorders>
            <w:shd w:val="clear" w:color="auto" w:fill="auto"/>
            <w:noWrap/>
          </w:tcPr>
          <w:p w14:paraId="11F1EDB2"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310" w:type="dxa"/>
            <w:tcBorders>
              <w:top w:val="nil"/>
              <w:left w:val="nil"/>
              <w:bottom w:val="single" w:sz="4" w:space="0" w:color="auto"/>
              <w:right w:val="single" w:sz="4" w:space="0" w:color="auto"/>
            </w:tcBorders>
          </w:tcPr>
          <w:p w14:paraId="093872D9"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559AB69D"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595E4A" w:rsidRPr="004A4EB9" w14:paraId="626B22E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2AD55B9" w14:textId="77777777" w:rsidR="00595E4A" w:rsidRPr="00E44394"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5EBE71A6"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Everyday English. Asking information. «</w:t>
            </w:r>
            <w:r w:rsidRPr="004A4EB9">
              <w:rPr>
                <w:rFonts w:ascii="Times New Roman" w:eastAsia="Calibri" w:hAnsi="Times New Roman" w:cs="Times New Roman"/>
                <w:bCs/>
                <w:sz w:val="24"/>
                <w:szCs w:val="24"/>
              </w:rPr>
              <w:t>Каникулы</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Вайоминге</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hideMark/>
          </w:tcPr>
          <w:p w14:paraId="4B1ADD2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0A3C21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559D5C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479C78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3281D64"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4FC54C0"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Eco-tourism. Sculptures under the sea./</w:t>
            </w:r>
            <w:r w:rsidRPr="004A4EB9">
              <w:rPr>
                <w:rFonts w:ascii="Times New Roman" w:eastAsia="Calibri" w:hAnsi="Times New Roman" w:cs="Times New Roman"/>
                <w:bCs/>
                <w:sz w:val="24"/>
                <w:szCs w:val="24"/>
              </w:rPr>
              <w:t>Скульптуры</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под</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водой</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tcPr>
          <w:p w14:paraId="0F4C384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A1785E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379032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30F79A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EE95FD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A0E78FE" w14:textId="3B3D4058"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Grammar: </w:t>
            </w:r>
            <w:r w:rsidRPr="004A4EB9">
              <w:rPr>
                <w:rFonts w:ascii="Times New Roman" w:eastAsia="Calibri" w:hAnsi="Times New Roman" w:cs="Times New Roman"/>
                <w:bCs/>
                <w:sz w:val="24"/>
                <w:szCs w:val="24"/>
              </w:rPr>
              <w:t>Модальные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глаголы</w:t>
            </w:r>
            <w:r w:rsidRPr="004A4EB9">
              <w:rPr>
                <w:rFonts w:ascii="Times New Roman" w:eastAsia="Calibri" w:hAnsi="Times New Roman" w:cs="Times New Roman"/>
                <w:bCs/>
                <w:sz w:val="24"/>
                <w:szCs w:val="24"/>
                <w:lang w:val="en-US"/>
              </w:rPr>
              <w:t xml:space="preserve"> might, may, could.</w:t>
            </w:r>
          </w:p>
        </w:tc>
        <w:tc>
          <w:tcPr>
            <w:tcW w:w="850" w:type="dxa"/>
            <w:tcBorders>
              <w:top w:val="nil"/>
              <w:left w:val="nil"/>
              <w:bottom w:val="single" w:sz="4" w:space="0" w:color="auto"/>
              <w:right w:val="single" w:sz="4" w:space="0" w:color="auto"/>
            </w:tcBorders>
            <w:shd w:val="clear" w:color="auto" w:fill="auto"/>
            <w:noWrap/>
            <w:hideMark/>
          </w:tcPr>
          <w:p w14:paraId="4844A9D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D33DFA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A1858B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4A4EB9" w14:paraId="777C0D3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13B1526"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2A6F3B3" w14:textId="5FE68951"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Лето в Сиднее. Чтение с подбором заголовков</w:t>
            </w:r>
          </w:p>
        </w:tc>
        <w:tc>
          <w:tcPr>
            <w:tcW w:w="850" w:type="dxa"/>
            <w:tcBorders>
              <w:top w:val="nil"/>
              <w:left w:val="nil"/>
              <w:bottom w:val="single" w:sz="4" w:space="0" w:color="auto"/>
              <w:right w:val="single" w:sz="4" w:space="0" w:color="auto"/>
            </w:tcBorders>
            <w:shd w:val="clear" w:color="auto" w:fill="auto"/>
            <w:noWrap/>
          </w:tcPr>
          <w:p w14:paraId="69DFE9E6" w14:textId="427B3458" w:rsidR="00E44394"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E1D19FC"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D7AB4EF"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E44394" w:rsidRPr="004A4EB9" w14:paraId="1A05C0D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DDB1A68"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990C200" w14:textId="05C0055A" w:rsidR="00E44394" w:rsidRPr="00E44394" w:rsidRDefault="00E44394"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G</w:t>
            </w:r>
            <w:r>
              <w:rPr>
                <w:rFonts w:ascii="Times New Roman" w:eastAsia="Calibri" w:hAnsi="Times New Roman" w:cs="Times New Roman"/>
                <w:bCs/>
                <w:sz w:val="24"/>
                <w:szCs w:val="24"/>
                <w:lang w:val="en-US"/>
              </w:rPr>
              <w:t>rammar</w:t>
            </w:r>
            <w:r w:rsidRPr="00C8417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A</w:t>
            </w:r>
            <w:r w:rsidRPr="00C84173">
              <w:rPr>
                <w:rFonts w:ascii="Times New Roman" w:eastAsia="Calibri" w:hAnsi="Times New Roman" w:cs="Times New Roman"/>
                <w:bCs/>
                <w:sz w:val="24"/>
                <w:szCs w:val="24"/>
              </w:rPr>
              <w:t>/</w:t>
            </w:r>
            <w:r>
              <w:rPr>
                <w:rFonts w:ascii="Times New Roman" w:eastAsia="Calibri" w:hAnsi="Times New Roman" w:cs="Times New Roman"/>
                <w:bCs/>
                <w:sz w:val="24"/>
                <w:szCs w:val="24"/>
                <w:lang w:val="en-US"/>
              </w:rPr>
              <w:t>An</w:t>
            </w:r>
            <w:r w:rsidRPr="00C8417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The</w:t>
            </w:r>
            <w:r w:rsidRPr="00C84173">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 xml:space="preserve">«Неопределенный и определенный артикль» </w:t>
            </w:r>
          </w:p>
        </w:tc>
        <w:tc>
          <w:tcPr>
            <w:tcW w:w="850" w:type="dxa"/>
            <w:tcBorders>
              <w:top w:val="nil"/>
              <w:left w:val="nil"/>
              <w:bottom w:val="single" w:sz="4" w:space="0" w:color="auto"/>
              <w:right w:val="single" w:sz="4" w:space="0" w:color="auto"/>
            </w:tcBorders>
            <w:shd w:val="clear" w:color="auto" w:fill="auto"/>
            <w:noWrap/>
          </w:tcPr>
          <w:p w14:paraId="416F6483" w14:textId="51F84226" w:rsidR="00E44394"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96FC40A"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FC09449"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620B5BC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CC474F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7C8D2B3" w14:textId="00670938" w:rsidR="00595E4A" w:rsidRPr="004A4EB9" w:rsidRDefault="00793190"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Relative pronouns. «Относительные местоимения»</w:t>
            </w:r>
          </w:p>
        </w:tc>
        <w:tc>
          <w:tcPr>
            <w:tcW w:w="850" w:type="dxa"/>
            <w:tcBorders>
              <w:top w:val="nil"/>
              <w:left w:val="nil"/>
              <w:bottom w:val="single" w:sz="4" w:space="0" w:color="auto"/>
              <w:right w:val="single" w:sz="4" w:space="0" w:color="auto"/>
            </w:tcBorders>
            <w:shd w:val="clear" w:color="auto" w:fill="auto"/>
            <w:noWrap/>
          </w:tcPr>
          <w:p w14:paraId="3E47C6C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2A10758"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6A3B95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1582EDE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1D3603A"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51F64FF"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Skills. Holiday problems. </w:t>
            </w:r>
            <w:r w:rsidRPr="004A4EB9">
              <w:rPr>
                <w:rFonts w:ascii="Times New Roman" w:eastAsia="Calibri" w:hAnsi="Times New Roman" w:cs="Times New Roman"/>
                <w:bCs/>
                <w:sz w:val="24"/>
                <w:szCs w:val="24"/>
              </w:rPr>
              <w:t>Речевые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умения</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Проблемы на отдыхе.</w:t>
            </w:r>
          </w:p>
        </w:tc>
        <w:tc>
          <w:tcPr>
            <w:tcW w:w="850" w:type="dxa"/>
            <w:tcBorders>
              <w:top w:val="nil"/>
              <w:left w:val="nil"/>
              <w:bottom w:val="single" w:sz="4" w:space="0" w:color="auto"/>
              <w:right w:val="single" w:sz="4" w:space="0" w:color="auto"/>
            </w:tcBorders>
            <w:shd w:val="clear" w:color="auto" w:fill="auto"/>
            <w:noWrap/>
            <w:hideMark/>
          </w:tcPr>
          <w:p w14:paraId="70723F8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9FC4DB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F3F96A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4A4EB9" w14:paraId="0767638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C5C625E"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F3684F7" w14:textId="0A127621" w:rsidR="00E44394" w:rsidRPr="00E44394" w:rsidRDefault="00E44394"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Skills. Holiday problems. </w:t>
            </w:r>
            <w:r w:rsidRPr="004A4EB9">
              <w:rPr>
                <w:rFonts w:ascii="Times New Roman" w:eastAsia="Calibri" w:hAnsi="Times New Roman" w:cs="Times New Roman"/>
                <w:bCs/>
                <w:sz w:val="24"/>
                <w:szCs w:val="24"/>
              </w:rPr>
              <w:t>Речевые</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умения</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Проблемы на отдыхе.</w:t>
            </w:r>
            <w:r>
              <w:rPr>
                <w:rFonts w:ascii="Times New Roman" w:eastAsia="Calibri" w:hAnsi="Times New Roman" w:cs="Times New Roman"/>
                <w:bCs/>
                <w:sz w:val="24"/>
                <w:szCs w:val="24"/>
                <w:lang w:val="en-US"/>
              </w:rPr>
              <w:t>(VB13)</w:t>
            </w:r>
          </w:p>
        </w:tc>
        <w:tc>
          <w:tcPr>
            <w:tcW w:w="850" w:type="dxa"/>
            <w:tcBorders>
              <w:top w:val="nil"/>
              <w:left w:val="nil"/>
              <w:bottom w:val="single" w:sz="4" w:space="0" w:color="auto"/>
              <w:right w:val="single" w:sz="4" w:space="0" w:color="auto"/>
            </w:tcBorders>
            <w:shd w:val="clear" w:color="auto" w:fill="auto"/>
            <w:noWrap/>
          </w:tcPr>
          <w:p w14:paraId="4997E93F" w14:textId="5A9D958B"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w:t>
            </w:r>
          </w:p>
        </w:tc>
        <w:tc>
          <w:tcPr>
            <w:tcW w:w="1310" w:type="dxa"/>
            <w:tcBorders>
              <w:top w:val="nil"/>
              <w:left w:val="nil"/>
              <w:bottom w:val="single" w:sz="4" w:space="0" w:color="auto"/>
              <w:right w:val="single" w:sz="4" w:space="0" w:color="auto"/>
            </w:tcBorders>
          </w:tcPr>
          <w:p w14:paraId="63DBF6D8"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89997F6"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1DDC105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9D8CCC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D3579C9" w14:textId="33B94BD3" w:rsidR="00595E4A" w:rsidRPr="004A4EB9" w:rsidRDefault="00C84173"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Writing. A letter about your holiday. </w:t>
            </w:r>
            <w:r w:rsidRPr="004A4EB9">
              <w:rPr>
                <w:rFonts w:ascii="Times New Roman" w:eastAsia="Calibri" w:hAnsi="Times New Roman" w:cs="Times New Roman"/>
                <w:bCs/>
                <w:sz w:val="24"/>
                <w:szCs w:val="24"/>
              </w:rPr>
              <w:t>Письмо другу о каникулах.</w:t>
            </w:r>
          </w:p>
        </w:tc>
        <w:tc>
          <w:tcPr>
            <w:tcW w:w="850" w:type="dxa"/>
            <w:tcBorders>
              <w:top w:val="nil"/>
              <w:left w:val="nil"/>
              <w:bottom w:val="single" w:sz="4" w:space="0" w:color="auto"/>
              <w:right w:val="single" w:sz="4" w:space="0" w:color="auto"/>
            </w:tcBorders>
            <w:shd w:val="clear" w:color="auto" w:fill="auto"/>
            <w:noWrap/>
            <w:hideMark/>
          </w:tcPr>
          <w:p w14:paraId="678DFF6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D8B845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C60850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4A4EB9" w14:paraId="42F05C2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18F9177"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BCC394E" w14:textId="0A1EC87B" w:rsidR="00E44394" w:rsidRPr="004A4EB9" w:rsidRDefault="00E44394"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Writing. A letter about your holiday. </w:t>
            </w:r>
            <w:r w:rsidRPr="004A4EB9">
              <w:rPr>
                <w:rFonts w:ascii="Times New Roman" w:eastAsia="Calibri" w:hAnsi="Times New Roman" w:cs="Times New Roman"/>
                <w:bCs/>
                <w:sz w:val="24"/>
                <w:szCs w:val="24"/>
              </w:rPr>
              <w:t>Письмо другу о ка</w:t>
            </w:r>
            <w:r w:rsidRPr="004A4EB9">
              <w:rPr>
                <w:rFonts w:ascii="Times New Roman" w:eastAsia="Calibri" w:hAnsi="Times New Roman" w:cs="Times New Roman"/>
                <w:bCs/>
                <w:sz w:val="24"/>
                <w:szCs w:val="24"/>
              </w:rPr>
              <w:lastRenderedPageBreak/>
              <w:t>никулах.</w:t>
            </w:r>
          </w:p>
        </w:tc>
        <w:tc>
          <w:tcPr>
            <w:tcW w:w="850" w:type="dxa"/>
            <w:tcBorders>
              <w:top w:val="nil"/>
              <w:left w:val="nil"/>
              <w:bottom w:val="single" w:sz="4" w:space="0" w:color="auto"/>
              <w:right w:val="single" w:sz="4" w:space="0" w:color="auto"/>
            </w:tcBorders>
            <w:shd w:val="clear" w:color="auto" w:fill="auto"/>
            <w:noWrap/>
          </w:tcPr>
          <w:p w14:paraId="04BF2C39" w14:textId="5376B214" w:rsidR="00E44394"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1</w:t>
            </w:r>
          </w:p>
        </w:tc>
        <w:tc>
          <w:tcPr>
            <w:tcW w:w="1310" w:type="dxa"/>
            <w:tcBorders>
              <w:top w:val="nil"/>
              <w:left w:val="nil"/>
              <w:bottom w:val="single" w:sz="4" w:space="0" w:color="auto"/>
              <w:right w:val="single" w:sz="4" w:space="0" w:color="auto"/>
            </w:tcBorders>
          </w:tcPr>
          <w:p w14:paraId="351033BD"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99DB9DE"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E44394" w:rsidRPr="004A4EB9" w14:paraId="4819362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C6CFCEC"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3C2FB197" w14:textId="1076328E"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«Как быть ответственным туристом». Формирование  навыков изучающего чтения.</w:t>
            </w:r>
          </w:p>
        </w:tc>
        <w:tc>
          <w:tcPr>
            <w:tcW w:w="850" w:type="dxa"/>
            <w:tcBorders>
              <w:top w:val="nil"/>
              <w:left w:val="nil"/>
              <w:bottom w:val="single" w:sz="4" w:space="0" w:color="auto"/>
              <w:right w:val="single" w:sz="4" w:space="0" w:color="auto"/>
            </w:tcBorders>
            <w:shd w:val="clear" w:color="auto" w:fill="auto"/>
            <w:noWrap/>
          </w:tcPr>
          <w:p w14:paraId="0CBCCF1E" w14:textId="3309016E" w:rsidR="00E44394"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2625C88"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284B4CE"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E44394" w:rsidRPr="004A4EB9" w14:paraId="64AA29A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E95F54C"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9F0378F" w14:textId="6470A94E"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 xml:space="preserve">Language Review/ </w:t>
            </w:r>
            <w:r>
              <w:rPr>
                <w:rFonts w:ascii="Times New Roman" w:eastAsia="Calibri" w:hAnsi="Times New Roman" w:cs="Times New Roman"/>
                <w:bCs/>
                <w:sz w:val="24"/>
                <w:szCs w:val="24"/>
              </w:rPr>
              <w:t>Языковые навыки</w:t>
            </w:r>
          </w:p>
        </w:tc>
        <w:tc>
          <w:tcPr>
            <w:tcW w:w="850" w:type="dxa"/>
            <w:tcBorders>
              <w:top w:val="nil"/>
              <w:left w:val="nil"/>
              <w:bottom w:val="single" w:sz="4" w:space="0" w:color="auto"/>
              <w:right w:val="single" w:sz="4" w:space="0" w:color="auto"/>
            </w:tcBorders>
            <w:shd w:val="clear" w:color="auto" w:fill="auto"/>
            <w:noWrap/>
          </w:tcPr>
          <w:p w14:paraId="2F901F59" w14:textId="76CC5FA4" w:rsidR="00E44394"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70F6E3A"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6047931"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70224A4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9778E9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AA6E989"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Revision 4. Повторение.</w:t>
            </w:r>
          </w:p>
        </w:tc>
        <w:tc>
          <w:tcPr>
            <w:tcW w:w="850" w:type="dxa"/>
            <w:tcBorders>
              <w:top w:val="nil"/>
              <w:left w:val="nil"/>
              <w:bottom w:val="single" w:sz="4" w:space="0" w:color="auto"/>
              <w:right w:val="single" w:sz="4" w:space="0" w:color="auto"/>
            </w:tcBorders>
            <w:shd w:val="clear" w:color="auto" w:fill="auto"/>
            <w:noWrap/>
            <w:hideMark/>
          </w:tcPr>
          <w:p w14:paraId="005A181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B5A223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BDF49E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E5DDFE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E88644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17BD396" w14:textId="62827936" w:rsidR="00595E4A" w:rsidRPr="002E38F6" w:rsidRDefault="003710A5" w:rsidP="00B647E4">
            <w:pPr>
              <w:spacing w:after="160" w:line="259"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Контрольная работа №2</w:t>
            </w:r>
          </w:p>
        </w:tc>
        <w:tc>
          <w:tcPr>
            <w:tcW w:w="850" w:type="dxa"/>
            <w:tcBorders>
              <w:top w:val="nil"/>
              <w:left w:val="nil"/>
              <w:bottom w:val="single" w:sz="4" w:space="0" w:color="auto"/>
              <w:right w:val="single" w:sz="4" w:space="0" w:color="auto"/>
            </w:tcBorders>
            <w:shd w:val="clear" w:color="auto" w:fill="auto"/>
            <w:noWrap/>
            <w:hideMark/>
          </w:tcPr>
          <w:p w14:paraId="0670C23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ED86019" w14:textId="1E320DAA" w:rsidR="00595E4A" w:rsidRPr="002E38F6" w:rsidRDefault="002E38F6" w:rsidP="001F12F2">
            <w:pPr>
              <w:spacing w:after="160" w:line="259" w:lineRule="auto"/>
              <w:jc w:val="center"/>
              <w:rPr>
                <w:rFonts w:ascii="Times New Roman" w:eastAsia="Calibri" w:hAnsi="Times New Roman" w:cs="Times New Roman"/>
                <w:b/>
                <w:bCs/>
                <w:sz w:val="24"/>
                <w:szCs w:val="24"/>
              </w:rPr>
            </w:pPr>
            <w:r w:rsidRPr="002E38F6">
              <w:rPr>
                <w:rFonts w:ascii="Times New Roman" w:eastAsia="Calibri" w:hAnsi="Times New Roman" w:cs="Times New Roman"/>
                <w:b/>
                <w:bCs/>
                <w:sz w:val="24"/>
                <w:szCs w:val="24"/>
              </w:rPr>
              <w:t>1</w:t>
            </w:r>
          </w:p>
        </w:tc>
        <w:tc>
          <w:tcPr>
            <w:tcW w:w="1980" w:type="dxa"/>
            <w:tcBorders>
              <w:top w:val="nil"/>
              <w:left w:val="nil"/>
              <w:bottom w:val="single" w:sz="4" w:space="0" w:color="auto"/>
              <w:right w:val="single" w:sz="4" w:space="0" w:color="auto"/>
            </w:tcBorders>
          </w:tcPr>
          <w:p w14:paraId="3DEB7E6D" w14:textId="2F98CB14" w:rsidR="00595E4A" w:rsidRPr="002E38F6" w:rsidRDefault="002E38F6" w:rsidP="001F12F2">
            <w:pPr>
              <w:spacing w:after="160" w:line="259" w:lineRule="auto"/>
              <w:jc w:val="center"/>
              <w:rPr>
                <w:rFonts w:ascii="Times New Roman" w:eastAsia="Calibri" w:hAnsi="Times New Roman" w:cs="Times New Roman"/>
                <w:b/>
                <w:bCs/>
                <w:sz w:val="24"/>
                <w:szCs w:val="24"/>
              </w:rPr>
            </w:pPr>
            <w:r w:rsidRPr="002E38F6">
              <w:rPr>
                <w:rFonts w:ascii="Times New Roman" w:eastAsia="Calibri" w:hAnsi="Times New Roman" w:cs="Times New Roman"/>
                <w:b/>
                <w:bCs/>
                <w:sz w:val="24"/>
                <w:szCs w:val="24"/>
              </w:rPr>
              <w:t>тест</w:t>
            </w:r>
          </w:p>
        </w:tc>
      </w:tr>
      <w:tr w:rsidR="00595E4A" w:rsidRPr="004A4EB9" w14:paraId="2C26E61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2633081"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248964F"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hideMark/>
          </w:tcPr>
          <w:p w14:paraId="65BB3F8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B81B89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A939E2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DC6D3A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B566C87"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D8E6543"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MODULE 5. HELPING OTHERS. World problems. </w:t>
            </w:r>
            <w:r w:rsidRPr="004A4EB9">
              <w:rPr>
                <w:rFonts w:ascii="Times New Roman" w:eastAsia="Calibri" w:hAnsi="Times New Roman" w:cs="Times New Roman"/>
                <w:bCs/>
                <w:sz w:val="24"/>
                <w:szCs w:val="24"/>
              </w:rPr>
              <w:t>Проблемы в мире. Вводный урок.</w:t>
            </w:r>
          </w:p>
        </w:tc>
        <w:tc>
          <w:tcPr>
            <w:tcW w:w="850" w:type="dxa"/>
            <w:tcBorders>
              <w:top w:val="nil"/>
              <w:left w:val="nil"/>
              <w:bottom w:val="single" w:sz="4" w:space="0" w:color="auto"/>
              <w:right w:val="single" w:sz="4" w:space="0" w:color="auto"/>
            </w:tcBorders>
            <w:shd w:val="clear" w:color="auto" w:fill="auto"/>
            <w:noWrap/>
            <w:hideMark/>
          </w:tcPr>
          <w:p w14:paraId="0ACF9CA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9BA4A8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AC9E0E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9C0417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FB30C5B"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32EDD29B"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Disaster! /«Стихийные бедствия».</w:t>
            </w:r>
          </w:p>
        </w:tc>
        <w:tc>
          <w:tcPr>
            <w:tcW w:w="850" w:type="dxa"/>
            <w:tcBorders>
              <w:top w:val="nil"/>
              <w:left w:val="nil"/>
              <w:bottom w:val="single" w:sz="4" w:space="0" w:color="auto"/>
              <w:right w:val="single" w:sz="4" w:space="0" w:color="auto"/>
            </w:tcBorders>
            <w:shd w:val="clear" w:color="auto" w:fill="auto"/>
            <w:noWrap/>
            <w:hideMark/>
          </w:tcPr>
          <w:p w14:paraId="68B54C1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E34E8A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ECDD71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ACA5EA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F9CB5CB"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9F709BB"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Grammar. Present perfect/ Настоящее завершённое время.</w:t>
            </w:r>
          </w:p>
        </w:tc>
        <w:tc>
          <w:tcPr>
            <w:tcW w:w="850" w:type="dxa"/>
            <w:tcBorders>
              <w:top w:val="nil"/>
              <w:left w:val="nil"/>
              <w:bottom w:val="single" w:sz="4" w:space="0" w:color="auto"/>
              <w:right w:val="single" w:sz="4" w:space="0" w:color="auto"/>
            </w:tcBorders>
            <w:shd w:val="clear" w:color="auto" w:fill="auto"/>
            <w:noWrap/>
            <w:hideMark/>
          </w:tcPr>
          <w:p w14:paraId="153D34B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81CD60E"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54CB50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DD4C64" w:rsidRPr="004A4EB9" w14:paraId="4C9C488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D31F4A5" w14:textId="77777777" w:rsidR="00DD4C64" w:rsidRPr="004A4EB9" w:rsidRDefault="00DD4C6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20833130" w14:textId="41104DEB" w:rsidR="00DD4C64" w:rsidRPr="004A4EB9" w:rsidRDefault="00DD4C64"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Grammar. Present perfect/ Настоящее завершённое время.</w:t>
            </w:r>
          </w:p>
        </w:tc>
        <w:tc>
          <w:tcPr>
            <w:tcW w:w="850" w:type="dxa"/>
            <w:tcBorders>
              <w:top w:val="nil"/>
              <w:left w:val="nil"/>
              <w:bottom w:val="single" w:sz="4" w:space="0" w:color="auto"/>
              <w:right w:val="single" w:sz="4" w:space="0" w:color="auto"/>
            </w:tcBorders>
            <w:shd w:val="clear" w:color="auto" w:fill="auto"/>
            <w:noWrap/>
          </w:tcPr>
          <w:p w14:paraId="6402D0B5" w14:textId="24A9051E" w:rsidR="00DD4C64" w:rsidRPr="00DD4C64" w:rsidRDefault="00DD4C64" w:rsidP="001F12F2">
            <w:pPr>
              <w:spacing w:after="160" w:line="259" w:lineRule="auto"/>
              <w:jc w:val="center"/>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w:t>
            </w:r>
          </w:p>
        </w:tc>
        <w:tc>
          <w:tcPr>
            <w:tcW w:w="1310" w:type="dxa"/>
            <w:tcBorders>
              <w:top w:val="nil"/>
              <w:left w:val="nil"/>
              <w:bottom w:val="single" w:sz="4" w:space="0" w:color="auto"/>
              <w:right w:val="single" w:sz="4" w:space="0" w:color="auto"/>
            </w:tcBorders>
          </w:tcPr>
          <w:p w14:paraId="5B0D9A87" w14:textId="77777777" w:rsidR="00DD4C64" w:rsidRPr="004A4EB9" w:rsidRDefault="00DD4C6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3EE00AA" w14:textId="77777777" w:rsidR="00DD4C64" w:rsidRPr="004A4EB9" w:rsidRDefault="00DD4C64" w:rsidP="001F12F2">
            <w:pPr>
              <w:spacing w:after="160" w:line="259" w:lineRule="auto"/>
              <w:jc w:val="center"/>
              <w:rPr>
                <w:rFonts w:ascii="Times New Roman" w:eastAsia="Calibri" w:hAnsi="Times New Roman" w:cs="Times New Roman"/>
                <w:bCs/>
                <w:sz w:val="24"/>
                <w:szCs w:val="24"/>
              </w:rPr>
            </w:pPr>
          </w:p>
        </w:tc>
      </w:tr>
      <w:tr w:rsidR="00595E4A" w:rsidRPr="004A4EB9" w14:paraId="4C3ECE6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09E2FF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FA21361"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Going to help. «От покорения гор к великим достижениям».</w:t>
            </w:r>
          </w:p>
        </w:tc>
        <w:tc>
          <w:tcPr>
            <w:tcW w:w="850" w:type="dxa"/>
            <w:tcBorders>
              <w:top w:val="nil"/>
              <w:left w:val="nil"/>
              <w:bottom w:val="single" w:sz="4" w:space="0" w:color="auto"/>
              <w:right w:val="single" w:sz="4" w:space="0" w:color="auto"/>
            </w:tcBorders>
            <w:shd w:val="clear" w:color="auto" w:fill="auto"/>
            <w:noWrap/>
          </w:tcPr>
          <w:p w14:paraId="37CE607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3582C6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8ACE7A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E24DE2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08100C3"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FFFFFF"/>
          </w:tcPr>
          <w:p w14:paraId="10070D4A"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Present Perfect vs Past Simple.</w:t>
            </w:r>
          </w:p>
        </w:tc>
        <w:tc>
          <w:tcPr>
            <w:tcW w:w="850" w:type="dxa"/>
            <w:tcBorders>
              <w:top w:val="nil"/>
              <w:left w:val="nil"/>
              <w:bottom w:val="single" w:sz="4" w:space="0" w:color="auto"/>
              <w:right w:val="single" w:sz="4" w:space="0" w:color="auto"/>
            </w:tcBorders>
            <w:shd w:val="clear" w:color="auto" w:fill="FFFFFF"/>
            <w:noWrap/>
            <w:hideMark/>
          </w:tcPr>
          <w:p w14:paraId="7995783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shd w:val="clear" w:color="auto" w:fill="FFFFFF"/>
          </w:tcPr>
          <w:p w14:paraId="7630E55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shd w:val="clear" w:color="auto" w:fill="FFFFFF"/>
          </w:tcPr>
          <w:p w14:paraId="4CDBFA7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C40387" w14:paraId="5F4B62C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76A809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FFFFFF"/>
          </w:tcPr>
          <w:p w14:paraId="2BD3EA36"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Отработка</w:t>
            </w:r>
            <w:r w:rsidRPr="004A4EB9">
              <w:rPr>
                <w:rFonts w:ascii="Times New Roman" w:eastAsia="Calibri" w:hAnsi="Times New Roman" w:cs="Times New Roman"/>
                <w:bCs/>
                <w:sz w:val="24"/>
                <w:szCs w:val="24"/>
                <w:lang w:val="en-US"/>
              </w:rPr>
              <w:t xml:space="preserve"> Present Perfect, Past Simple</w:t>
            </w:r>
          </w:p>
        </w:tc>
        <w:tc>
          <w:tcPr>
            <w:tcW w:w="850" w:type="dxa"/>
            <w:tcBorders>
              <w:top w:val="nil"/>
              <w:left w:val="nil"/>
              <w:bottom w:val="single" w:sz="4" w:space="0" w:color="auto"/>
              <w:right w:val="single" w:sz="4" w:space="0" w:color="auto"/>
            </w:tcBorders>
            <w:shd w:val="clear" w:color="auto" w:fill="FFFFFF"/>
            <w:noWrap/>
          </w:tcPr>
          <w:p w14:paraId="7BCCECC9" w14:textId="77777777" w:rsidR="00595E4A" w:rsidRPr="004A4EB9" w:rsidRDefault="00595E4A" w:rsidP="001F12F2">
            <w:pPr>
              <w:spacing w:after="160" w:line="259" w:lineRule="auto"/>
              <w:jc w:val="center"/>
              <w:rPr>
                <w:rFonts w:ascii="Times New Roman" w:eastAsia="Calibri" w:hAnsi="Times New Roman" w:cs="Times New Roman"/>
                <w:bCs/>
                <w:sz w:val="24"/>
                <w:szCs w:val="24"/>
                <w:lang w:val="en-US"/>
              </w:rPr>
            </w:pPr>
          </w:p>
        </w:tc>
        <w:tc>
          <w:tcPr>
            <w:tcW w:w="1310" w:type="dxa"/>
            <w:tcBorders>
              <w:top w:val="nil"/>
              <w:left w:val="nil"/>
              <w:bottom w:val="single" w:sz="4" w:space="0" w:color="auto"/>
              <w:right w:val="single" w:sz="4" w:space="0" w:color="auto"/>
            </w:tcBorders>
            <w:shd w:val="clear" w:color="auto" w:fill="FFFFFF"/>
          </w:tcPr>
          <w:p w14:paraId="7FA4CCAF" w14:textId="77777777" w:rsidR="00595E4A" w:rsidRPr="004A4EB9" w:rsidRDefault="00595E4A"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shd w:val="clear" w:color="auto" w:fill="FFFFFF"/>
          </w:tcPr>
          <w:p w14:paraId="704D448A" w14:textId="77777777" w:rsidR="00595E4A" w:rsidRPr="004A4EB9" w:rsidRDefault="00595E4A" w:rsidP="001F12F2">
            <w:pPr>
              <w:spacing w:after="160" w:line="259" w:lineRule="auto"/>
              <w:jc w:val="center"/>
              <w:rPr>
                <w:rFonts w:ascii="Times New Roman" w:eastAsia="Calibri" w:hAnsi="Times New Roman" w:cs="Times New Roman"/>
                <w:bCs/>
                <w:sz w:val="24"/>
                <w:szCs w:val="24"/>
                <w:lang w:val="en-US"/>
              </w:rPr>
            </w:pPr>
          </w:p>
        </w:tc>
      </w:tr>
      <w:tr w:rsidR="00595E4A" w:rsidRPr="004A4EB9" w14:paraId="71ECB08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A198E36"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FFFFFF"/>
          </w:tcPr>
          <w:p w14:paraId="71719B9C"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Present Perfect Continuous.</w:t>
            </w:r>
          </w:p>
        </w:tc>
        <w:tc>
          <w:tcPr>
            <w:tcW w:w="850" w:type="dxa"/>
            <w:tcBorders>
              <w:top w:val="nil"/>
              <w:left w:val="nil"/>
              <w:bottom w:val="single" w:sz="4" w:space="0" w:color="auto"/>
              <w:right w:val="single" w:sz="4" w:space="0" w:color="auto"/>
            </w:tcBorders>
            <w:shd w:val="clear" w:color="auto" w:fill="FFFFFF"/>
            <w:noWrap/>
            <w:hideMark/>
          </w:tcPr>
          <w:p w14:paraId="2E6BA263"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shd w:val="clear" w:color="auto" w:fill="FFFFFF"/>
          </w:tcPr>
          <w:p w14:paraId="72418D6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shd w:val="clear" w:color="auto" w:fill="FFFFFF"/>
          </w:tcPr>
          <w:p w14:paraId="57DA6F4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4FC845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03CA61A"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FFFFFF"/>
          </w:tcPr>
          <w:p w14:paraId="51BCE785"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rPr>
              <w:t xml:space="preserve">Отработка </w:t>
            </w:r>
            <w:r w:rsidRPr="004A4EB9">
              <w:rPr>
                <w:rFonts w:ascii="Times New Roman" w:eastAsia="Calibri" w:hAnsi="Times New Roman" w:cs="Times New Roman"/>
                <w:bCs/>
                <w:sz w:val="24"/>
                <w:szCs w:val="24"/>
                <w:lang w:val="en-US"/>
              </w:rPr>
              <w:t>Present Perfect Continuous</w:t>
            </w:r>
          </w:p>
        </w:tc>
        <w:tc>
          <w:tcPr>
            <w:tcW w:w="850" w:type="dxa"/>
            <w:tcBorders>
              <w:top w:val="nil"/>
              <w:left w:val="nil"/>
              <w:bottom w:val="single" w:sz="4" w:space="0" w:color="auto"/>
              <w:right w:val="single" w:sz="4" w:space="0" w:color="auto"/>
            </w:tcBorders>
            <w:shd w:val="clear" w:color="auto" w:fill="FFFFFF"/>
            <w:noWrap/>
          </w:tcPr>
          <w:p w14:paraId="570ABC5F" w14:textId="0EE1FEFF" w:rsidR="00595E4A"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shd w:val="clear" w:color="auto" w:fill="FFFFFF"/>
          </w:tcPr>
          <w:p w14:paraId="51E9674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shd w:val="clear" w:color="auto" w:fill="FFFFFF"/>
          </w:tcPr>
          <w:p w14:paraId="022C9FD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4A4EB9" w14:paraId="230CB1D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5284942"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FFFFFF"/>
          </w:tcPr>
          <w:p w14:paraId="058F4B70" w14:textId="16192693"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Red</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Nose</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Day</w:t>
            </w:r>
            <w:r w:rsidRPr="00E44394">
              <w:rPr>
                <w:rFonts w:ascii="Times New Roman" w:eastAsia="Calibri" w:hAnsi="Times New Roman" w:cs="Times New Roman"/>
                <w:bCs/>
                <w:sz w:val="24"/>
                <w:szCs w:val="24"/>
              </w:rPr>
              <w:t xml:space="preserve"> / </w:t>
            </w:r>
            <w:r>
              <w:rPr>
                <w:rFonts w:ascii="Times New Roman" w:eastAsia="Calibri" w:hAnsi="Times New Roman" w:cs="Times New Roman"/>
                <w:bCs/>
                <w:sz w:val="24"/>
                <w:szCs w:val="24"/>
              </w:rPr>
              <w:t>День красного носа</w:t>
            </w:r>
          </w:p>
        </w:tc>
        <w:tc>
          <w:tcPr>
            <w:tcW w:w="850" w:type="dxa"/>
            <w:tcBorders>
              <w:top w:val="nil"/>
              <w:left w:val="nil"/>
              <w:bottom w:val="single" w:sz="4" w:space="0" w:color="auto"/>
              <w:right w:val="single" w:sz="4" w:space="0" w:color="auto"/>
            </w:tcBorders>
            <w:shd w:val="clear" w:color="auto" w:fill="FFFFFF"/>
            <w:noWrap/>
          </w:tcPr>
          <w:p w14:paraId="654DAEB9" w14:textId="75E7CEA8" w:rsidR="00E44394"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shd w:val="clear" w:color="auto" w:fill="FFFFFF"/>
          </w:tcPr>
          <w:p w14:paraId="7034E165"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shd w:val="clear" w:color="auto" w:fill="FFFFFF"/>
          </w:tcPr>
          <w:p w14:paraId="37B7D900" w14:textId="77777777" w:rsidR="00E44394" w:rsidRPr="004A4EB9"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2D2DDC3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92778EE"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2A5737E0"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Everyday English. «Организация школьной вечеринки».</w:t>
            </w:r>
          </w:p>
        </w:tc>
        <w:tc>
          <w:tcPr>
            <w:tcW w:w="850" w:type="dxa"/>
            <w:tcBorders>
              <w:top w:val="nil"/>
              <w:left w:val="nil"/>
              <w:bottom w:val="single" w:sz="4" w:space="0" w:color="auto"/>
              <w:right w:val="single" w:sz="4" w:space="0" w:color="auto"/>
            </w:tcBorders>
            <w:shd w:val="clear" w:color="auto" w:fill="auto"/>
            <w:noWrap/>
          </w:tcPr>
          <w:p w14:paraId="6F07580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7C9D61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5273BC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67D29C9A"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3664BC0"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674E4D0" w14:textId="45224855" w:rsidR="00595E4A" w:rsidRPr="004A4EB9" w:rsidRDefault="00F33488" w:rsidP="001F12F2">
            <w:pPr>
              <w:spacing w:after="160" w:line="259" w:lineRule="auto"/>
              <w:rPr>
                <w:rFonts w:ascii="Times New Roman" w:eastAsia="Calibri" w:hAnsi="Times New Roman" w:cs="Times New Roman"/>
                <w:bCs/>
                <w:sz w:val="24"/>
                <w:szCs w:val="24"/>
              </w:rPr>
            </w:pPr>
            <w:r w:rsidRPr="00F33488">
              <w:rPr>
                <w:rFonts w:ascii="Times New Roman" w:eastAsia="Calibri" w:hAnsi="Times New Roman" w:cs="Times New Roman"/>
                <w:bCs/>
                <w:sz w:val="24"/>
                <w:szCs w:val="24"/>
              </w:rPr>
              <w:t>Дикие и домашние животные. Вымирающие виды животных.</w:t>
            </w:r>
          </w:p>
        </w:tc>
        <w:tc>
          <w:tcPr>
            <w:tcW w:w="850" w:type="dxa"/>
            <w:tcBorders>
              <w:top w:val="nil"/>
              <w:left w:val="nil"/>
              <w:bottom w:val="single" w:sz="4" w:space="0" w:color="auto"/>
              <w:right w:val="single" w:sz="4" w:space="0" w:color="auto"/>
            </w:tcBorders>
            <w:shd w:val="clear" w:color="auto" w:fill="auto"/>
            <w:noWrap/>
            <w:hideMark/>
          </w:tcPr>
          <w:p w14:paraId="1D7AADC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66A215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08E8D6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229C74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5CE9C09"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3244C1D0"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Прилагательные с –ing/-ed.</w:t>
            </w:r>
          </w:p>
        </w:tc>
        <w:tc>
          <w:tcPr>
            <w:tcW w:w="850" w:type="dxa"/>
            <w:tcBorders>
              <w:top w:val="nil"/>
              <w:left w:val="nil"/>
              <w:bottom w:val="single" w:sz="4" w:space="0" w:color="auto"/>
              <w:right w:val="single" w:sz="4" w:space="0" w:color="auto"/>
            </w:tcBorders>
            <w:shd w:val="clear" w:color="auto" w:fill="auto"/>
            <w:noWrap/>
            <w:hideMark/>
          </w:tcPr>
          <w:p w14:paraId="12CC196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AF7AA9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4A58F7D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DD4C64" w:rsidRPr="00DD4C64" w14:paraId="060B763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6D30E67" w14:textId="77777777" w:rsidR="00DD4C64" w:rsidRPr="004A4EB9" w:rsidRDefault="00DD4C6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9DC2B68" w14:textId="080C7637" w:rsidR="00DD4C64" w:rsidRPr="00DD4C64" w:rsidRDefault="00DD4C64" w:rsidP="001F12F2">
            <w:pPr>
              <w:spacing w:after="160" w:line="259"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Determination </w:t>
            </w:r>
            <w:r>
              <w:rPr>
                <w:rFonts w:ascii="Times New Roman" w:eastAsia="Calibri" w:hAnsi="Times New Roman" w:cs="Times New Roman"/>
                <w:bCs/>
                <w:sz w:val="24"/>
                <w:szCs w:val="24"/>
              </w:rPr>
              <w:t>работа</w:t>
            </w:r>
            <w:r w:rsidRPr="00DD4C6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с</w:t>
            </w:r>
            <w:r w:rsidRPr="00DD4C6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текстом</w:t>
            </w:r>
            <w:r w:rsidRPr="00DD4C64">
              <w:rPr>
                <w:rFonts w:ascii="Times New Roman" w:eastAsia="Calibri" w:hAnsi="Times New Roman" w:cs="Times New Roman"/>
                <w:bCs/>
                <w:sz w:val="24"/>
                <w:szCs w:val="24"/>
                <w:lang w:val="en-US"/>
              </w:rPr>
              <w:t xml:space="preserve"> « </w:t>
            </w:r>
            <w:r>
              <w:rPr>
                <w:rFonts w:ascii="Times New Roman" w:eastAsia="Calibri" w:hAnsi="Times New Roman" w:cs="Times New Roman"/>
                <w:bCs/>
                <w:sz w:val="24"/>
                <w:szCs w:val="24"/>
                <w:lang w:val="en-US"/>
              </w:rPr>
              <w:t>Lead the way</w:t>
            </w:r>
            <w:r w:rsidRPr="00DD4C64">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tcPr>
          <w:p w14:paraId="3E7A1224" w14:textId="0823E2CA" w:rsidR="00DD4C64" w:rsidRPr="00DD4C64" w:rsidRDefault="00DD4C6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C16D55A" w14:textId="77777777" w:rsidR="00DD4C64" w:rsidRPr="00DD4C64" w:rsidRDefault="00DD4C6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4303DB93" w14:textId="77777777" w:rsidR="00DD4C64" w:rsidRPr="00DD4C64" w:rsidRDefault="00DD4C64" w:rsidP="001F12F2">
            <w:pPr>
              <w:spacing w:after="160" w:line="259" w:lineRule="auto"/>
              <w:jc w:val="center"/>
              <w:rPr>
                <w:rFonts w:ascii="Times New Roman" w:eastAsia="Calibri" w:hAnsi="Times New Roman" w:cs="Times New Roman"/>
                <w:bCs/>
                <w:sz w:val="24"/>
                <w:szCs w:val="24"/>
                <w:lang w:val="en-US"/>
              </w:rPr>
            </w:pPr>
          </w:p>
        </w:tc>
      </w:tr>
      <w:tr w:rsidR="00595E4A" w:rsidRPr="00DD4C64" w14:paraId="77DD6FE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7CEE183" w14:textId="77777777" w:rsidR="00595E4A" w:rsidRPr="00DD4C64"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46AE1596" w14:textId="15EC8CE0" w:rsidR="00595E4A" w:rsidRPr="00DD4C64" w:rsidRDefault="00595E4A" w:rsidP="001F12F2">
            <w:pPr>
              <w:spacing w:after="160" w:line="259" w:lineRule="auto"/>
              <w:rPr>
                <w:rFonts w:ascii="Times New Roman" w:eastAsia="Calibri" w:hAnsi="Times New Roman" w:cs="Times New Roman"/>
                <w:bCs/>
                <w:sz w:val="24"/>
                <w:szCs w:val="24"/>
              </w:rPr>
            </w:pPr>
            <w:r w:rsidRPr="00DD4C64">
              <w:rPr>
                <w:rFonts w:ascii="Times New Roman" w:eastAsia="Calibri" w:hAnsi="Times New Roman" w:cs="Times New Roman"/>
                <w:bCs/>
                <w:sz w:val="24"/>
                <w:szCs w:val="24"/>
                <w:lang w:val="en-US"/>
              </w:rPr>
              <w:t>Injuries</w:t>
            </w:r>
            <w:r w:rsidRPr="00DD4C64">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Травмы</w:t>
            </w:r>
            <w:r w:rsidRPr="00DD4C64">
              <w:rPr>
                <w:rFonts w:ascii="Times New Roman" w:eastAsia="Calibri" w:hAnsi="Times New Roman" w:cs="Times New Roman"/>
                <w:bCs/>
                <w:sz w:val="24"/>
                <w:szCs w:val="24"/>
              </w:rPr>
              <w:t>.</w:t>
            </w:r>
            <w:r w:rsidR="00DD4C64" w:rsidRPr="00DD4C64">
              <w:rPr>
                <w:rFonts w:ascii="Times New Roman" w:eastAsia="Calibri" w:hAnsi="Times New Roman" w:cs="Times New Roman"/>
                <w:bCs/>
                <w:sz w:val="24"/>
                <w:szCs w:val="24"/>
              </w:rPr>
              <w:t xml:space="preserve"> </w:t>
            </w:r>
            <w:r w:rsidR="00DD4C64">
              <w:rPr>
                <w:rFonts w:ascii="Times New Roman" w:eastAsia="Calibri" w:hAnsi="Times New Roman" w:cs="Times New Roman"/>
                <w:bCs/>
                <w:sz w:val="24"/>
                <w:szCs w:val="24"/>
              </w:rPr>
              <w:t xml:space="preserve">Отработка лексики </w:t>
            </w:r>
            <w:r w:rsidR="00DD4C64" w:rsidRPr="00DD4C64">
              <w:rPr>
                <w:rFonts w:ascii="Times New Roman" w:eastAsia="Calibri" w:hAnsi="Times New Roman" w:cs="Times New Roman"/>
                <w:bCs/>
                <w:sz w:val="24"/>
                <w:szCs w:val="24"/>
              </w:rPr>
              <w:t>(</w:t>
            </w:r>
            <w:r w:rsidR="00DD4C64">
              <w:rPr>
                <w:rFonts w:ascii="Times New Roman" w:eastAsia="Calibri" w:hAnsi="Times New Roman" w:cs="Times New Roman"/>
                <w:bCs/>
                <w:sz w:val="24"/>
                <w:szCs w:val="24"/>
                <w:lang w:val="en-US"/>
              </w:rPr>
              <w:t>VB</w:t>
            </w:r>
            <w:r w:rsidR="00DD4C64" w:rsidRPr="00DD4C64">
              <w:rPr>
                <w:rFonts w:ascii="Times New Roman" w:eastAsia="Calibri" w:hAnsi="Times New Roman" w:cs="Times New Roman"/>
                <w:bCs/>
                <w:sz w:val="24"/>
                <w:szCs w:val="24"/>
              </w:rPr>
              <w:t xml:space="preserve"> 16)</w:t>
            </w:r>
          </w:p>
        </w:tc>
        <w:tc>
          <w:tcPr>
            <w:tcW w:w="850" w:type="dxa"/>
            <w:tcBorders>
              <w:top w:val="nil"/>
              <w:left w:val="nil"/>
              <w:bottom w:val="single" w:sz="4" w:space="0" w:color="auto"/>
              <w:right w:val="single" w:sz="4" w:space="0" w:color="auto"/>
            </w:tcBorders>
            <w:shd w:val="clear" w:color="auto" w:fill="auto"/>
            <w:noWrap/>
          </w:tcPr>
          <w:p w14:paraId="1F7F01C6"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r w:rsidRPr="00DD4C64">
              <w:rPr>
                <w:rFonts w:ascii="Times New Roman" w:eastAsia="Calibri" w:hAnsi="Times New Roman" w:cs="Times New Roman"/>
                <w:bCs/>
                <w:sz w:val="24"/>
                <w:szCs w:val="24"/>
                <w:lang w:val="en-US"/>
              </w:rPr>
              <w:t>1</w:t>
            </w:r>
          </w:p>
        </w:tc>
        <w:tc>
          <w:tcPr>
            <w:tcW w:w="1310" w:type="dxa"/>
            <w:tcBorders>
              <w:top w:val="nil"/>
              <w:left w:val="nil"/>
              <w:bottom w:val="single" w:sz="4" w:space="0" w:color="auto"/>
              <w:right w:val="single" w:sz="4" w:space="0" w:color="auto"/>
            </w:tcBorders>
          </w:tcPr>
          <w:p w14:paraId="6673BA15"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00B69777"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p>
        </w:tc>
      </w:tr>
      <w:tr w:rsidR="00E44394" w:rsidRPr="00DD4C64" w14:paraId="2D9B5FB8"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526831D" w14:textId="77777777" w:rsidR="00E44394" w:rsidRPr="00DD4C6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7180D5F6" w14:textId="1B28926F" w:rsidR="00E44394" w:rsidRPr="00DD4C64" w:rsidRDefault="00E44394" w:rsidP="001F12F2">
            <w:pPr>
              <w:spacing w:after="160" w:line="259"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Past Perfect</w:t>
            </w:r>
          </w:p>
        </w:tc>
        <w:tc>
          <w:tcPr>
            <w:tcW w:w="850" w:type="dxa"/>
            <w:tcBorders>
              <w:top w:val="nil"/>
              <w:left w:val="nil"/>
              <w:bottom w:val="single" w:sz="4" w:space="0" w:color="auto"/>
              <w:right w:val="single" w:sz="4" w:space="0" w:color="auto"/>
            </w:tcBorders>
            <w:shd w:val="clear" w:color="auto" w:fill="auto"/>
            <w:noWrap/>
          </w:tcPr>
          <w:p w14:paraId="769D23D1" w14:textId="70AEC94F" w:rsidR="00E44394"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5740709" w14:textId="77777777" w:rsidR="00E44394" w:rsidRPr="00DD4C6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4F3E8C5B" w14:textId="77777777" w:rsidR="00E44394" w:rsidRPr="00DD4C6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DD4C64" w14:paraId="1017E4C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CB3D575" w14:textId="77777777" w:rsidR="00E44394" w:rsidRPr="00DD4C6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5A10CB82" w14:textId="43E9D06F"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Условные предложения 3 типа</w:t>
            </w:r>
          </w:p>
        </w:tc>
        <w:tc>
          <w:tcPr>
            <w:tcW w:w="850" w:type="dxa"/>
            <w:tcBorders>
              <w:top w:val="nil"/>
              <w:left w:val="nil"/>
              <w:bottom w:val="single" w:sz="4" w:space="0" w:color="auto"/>
              <w:right w:val="single" w:sz="4" w:space="0" w:color="auto"/>
            </w:tcBorders>
            <w:shd w:val="clear" w:color="auto" w:fill="auto"/>
            <w:noWrap/>
          </w:tcPr>
          <w:p w14:paraId="515C2A8B" w14:textId="27354D39" w:rsidR="00E44394"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7D8FB0C" w14:textId="77777777" w:rsidR="00E44394" w:rsidRPr="00DD4C6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3A23F26C" w14:textId="77777777" w:rsidR="00E44394" w:rsidRPr="00DD4C6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DD4C64" w14:paraId="52A57801"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FAFEA46" w14:textId="77777777" w:rsidR="00E44394" w:rsidRPr="00DD4C6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1ABB6CAE" w14:textId="28573AFD" w:rsidR="00E44394" w:rsidRPr="00DD4C64" w:rsidRDefault="00E44394" w:rsidP="001F12F2">
            <w:pPr>
              <w:spacing w:after="160" w:line="259"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Wishes</w:t>
            </w:r>
            <w:r w:rsidRPr="00DD4C64">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отработка</w:t>
            </w:r>
            <w:r w:rsidRPr="00DD4C6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грамматики.</w:t>
            </w:r>
          </w:p>
        </w:tc>
        <w:tc>
          <w:tcPr>
            <w:tcW w:w="850" w:type="dxa"/>
            <w:tcBorders>
              <w:top w:val="nil"/>
              <w:left w:val="nil"/>
              <w:bottom w:val="single" w:sz="4" w:space="0" w:color="auto"/>
              <w:right w:val="single" w:sz="4" w:space="0" w:color="auto"/>
            </w:tcBorders>
            <w:shd w:val="clear" w:color="auto" w:fill="auto"/>
            <w:noWrap/>
          </w:tcPr>
          <w:p w14:paraId="2344FC65" w14:textId="4CDBE80F" w:rsidR="00E44394"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8937679" w14:textId="77777777" w:rsidR="00E44394" w:rsidRPr="00DD4C6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3C34DA3F" w14:textId="77777777" w:rsidR="00E44394" w:rsidRPr="00DD4C64" w:rsidRDefault="00E44394" w:rsidP="001F12F2">
            <w:pPr>
              <w:spacing w:after="160" w:line="259" w:lineRule="auto"/>
              <w:jc w:val="center"/>
              <w:rPr>
                <w:rFonts w:ascii="Times New Roman" w:eastAsia="Calibri" w:hAnsi="Times New Roman" w:cs="Times New Roman"/>
                <w:bCs/>
                <w:sz w:val="24"/>
                <w:szCs w:val="24"/>
                <w:lang w:val="en-US"/>
              </w:rPr>
            </w:pPr>
          </w:p>
        </w:tc>
      </w:tr>
      <w:tr w:rsidR="00DD4C64" w:rsidRPr="00DD4C64" w14:paraId="1C54B44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88CE74C" w14:textId="77777777" w:rsidR="00DD4C64" w:rsidRPr="00DD4C64" w:rsidRDefault="00DD4C6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noWrap/>
          </w:tcPr>
          <w:p w14:paraId="409206E1" w14:textId="325049EF" w:rsidR="00DD4C64" w:rsidRPr="00DD4C64" w:rsidRDefault="00DD4C6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Wishes</w:t>
            </w:r>
            <w:r w:rsidRPr="00DD4C64">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отработка</w:t>
            </w:r>
            <w:r w:rsidRPr="00DD4C6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грамматики.</w:t>
            </w:r>
          </w:p>
        </w:tc>
        <w:tc>
          <w:tcPr>
            <w:tcW w:w="850" w:type="dxa"/>
            <w:tcBorders>
              <w:top w:val="nil"/>
              <w:left w:val="nil"/>
              <w:bottom w:val="single" w:sz="4" w:space="0" w:color="auto"/>
              <w:right w:val="single" w:sz="4" w:space="0" w:color="auto"/>
            </w:tcBorders>
            <w:shd w:val="clear" w:color="auto" w:fill="auto"/>
            <w:noWrap/>
          </w:tcPr>
          <w:p w14:paraId="3D1ECF63" w14:textId="5E65BB05" w:rsidR="00DD4C64" w:rsidRPr="00DD4C64" w:rsidRDefault="00DD4C6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6206E726" w14:textId="77777777" w:rsidR="00DD4C64" w:rsidRPr="00DD4C64" w:rsidRDefault="00DD4C6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3DDE8302" w14:textId="77777777" w:rsidR="00DD4C64" w:rsidRPr="00DD4C64" w:rsidRDefault="00DD4C64" w:rsidP="001F12F2">
            <w:pPr>
              <w:spacing w:after="160" w:line="259" w:lineRule="auto"/>
              <w:jc w:val="center"/>
              <w:rPr>
                <w:rFonts w:ascii="Times New Roman" w:eastAsia="Calibri" w:hAnsi="Times New Roman" w:cs="Times New Roman"/>
                <w:bCs/>
                <w:sz w:val="24"/>
                <w:szCs w:val="24"/>
                <w:lang w:val="en-US"/>
              </w:rPr>
            </w:pPr>
          </w:p>
        </w:tc>
      </w:tr>
      <w:tr w:rsidR="00595E4A" w:rsidRPr="00DD4C64" w14:paraId="7336B1F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B04346B" w14:textId="77777777" w:rsidR="00595E4A" w:rsidRPr="00DD4C64"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noWrap/>
          </w:tcPr>
          <w:p w14:paraId="3B5BB015"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Skills. Activities at an eco-camp/ </w:t>
            </w:r>
            <w:r w:rsidRPr="004A4EB9">
              <w:rPr>
                <w:rFonts w:ascii="Times New Roman" w:eastAsia="Calibri" w:hAnsi="Times New Roman" w:cs="Times New Roman"/>
                <w:bCs/>
                <w:sz w:val="24"/>
                <w:szCs w:val="24"/>
              </w:rPr>
              <w:t>В</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эко</w:t>
            </w:r>
            <w:r w:rsidRPr="004A4EB9">
              <w:rPr>
                <w:rFonts w:ascii="Times New Roman" w:eastAsia="Calibri" w:hAnsi="Times New Roman" w:cs="Times New Roman"/>
                <w:bCs/>
                <w:sz w:val="24"/>
                <w:szCs w:val="24"/>
                <w:lang w:val="en-US"/>
              </w:rPr>
              <w:t>-</w:t>
            </w:r>
            <w:r w:rsidRPr="004A4EB9">
              <w:rPr>
                <w:rFonts w:ascii="Times New Roman" w:eastAsia="Calibri" w:hAnsi="Times New Roman" w:cs="Times New Roman"/>
                <w:bCs/>
                <w:sz w:val="24"/>
                <w:szCs w:val="24"/>
              </w:rPr>
              <w:t>лагере</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tcPr>
          <w:p w14:paraId="477EECD8"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r w:rsidRPr="00DD4C64">
              <w:rPr>
                <w:rFonts w:ascii="Times New Roman" w:eastAsia="Calibri" w:hAnsi="Times New Roman" w:cs="Times New Roman"/>
                <w:bCs/>
                <w:sz w:val="24"/>
                <w:szCs w:val="24"/>
                <w:lang w:val="en-US"/>
              </w:rPr>
              <w:t>1</w:t>
            </w:r>
          </w:p>
        </w:tc>
        <w:tc>
          <w:tcPr>
            <w:tcW w:w="1310" w:type="dxa"/>
            <w:tcBorders>
              <w:top w:val="nil"/>
              <w:left w:val="nil"/>
              <w:bottom w:val="single" w:sz="4" w:space="0" w:color="auto"/>
              <w:right w:val="single" w:sz="4" w:space="0" w:color="auto"/>
            </w:tcBorders>
          </w:tcPr>
          <w:p w14:paraId="6B5104CA"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1E31AFEC"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p>
        </w:tc>
      </w:tr>
      <w:tr w:rsidR="00595E4A" w:rsidRPr="00DD4C64" w14:paraId="0A5B909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457657F" w14:textId="77777777" w:rsidR="00595E4A" w:rsidRPr="00DD4C64"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77DD754D"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Writing email giving your news / </w:t>
            </w:r>
            <w:r w:rsidRPr="004A4EB9">
              <w:rPr>
                <w:rFonts w:ascii="Times New Roman" w:eastAsia="Calibri" w:hAnsi="Times New Roman" w:cs="Times New Roman"/>
                <w:bCs/>
                <w:sz w:val="24"/>
                <w:szCs w:val="24"/>
              </w:rPr>
              <w:t>поделиться</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новостями</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hideMark/>
          </w:tcPr>
          <w:p w14:paraId="05EA05B6"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r w:rsidRPr="00DD4C64">
              <w:rPr>
                <w:rFonts w:ascii="Times New Roman" w:eastAsia="Calibri" w:hAnsi="Times New Roman" w:cs="Times New Roman"/>
                <w:bCs/>
                <w:sz w:val="24"/>
                <w:szCs w:val="24"/>
                <w:lang w:val="en-US"/>
              </w:rPr>
              <w:t>1</w:t>
            </w:r>
          </w:p>
        </w:tc>
        <w:tc>
          <w:tcPr>
            <w:tcW w:w="1310" w:type="dxa"/>
            <w:tcBorders>
              <w:top w:val="nil"/>
              <w:left w:val="nil"/>
              <w:bottom w:val="single" w:sz="4" w:space="0" w:color="auto"/>
              <w:right w:val="single" w:sz="4" w:space="0" w:color="auto"/>
            </w:tcBorders>
          </w:tcPr>
          <w:p w14:paraId="7DE9B89B"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0A5C19EF" w14:textId="77777777" w:rsidR="00595E4A" w:rsidRPr="00DD4C64" w:rsidRDefault="00595E4A" w:rsidP="001F12F2">
            <w:pPr>
              <w:spacing w:after="160" w:line="259" w:lineRule="auto"/>
              <w:jc w:val="center"/>
              <w:rPr>
                <w:rFonts w:ascii="Times New Roman" w:eastAsia="Calibri" w:hAnsi="Times New Roman" w:cs="Times New Roman"/>
                <w:bCs/>
                <w:sz w:val="24"/>
                <w:szCs w:val="24"/>
                <w:lang w:val="en-US"/>
              </w:rPr>
            </w:pPr>
          </w:p>
        </w:tc>
      </w:tr>
      <w:tr w:rsidR="005A0AB1" w:rsidRPr="005A0AB1" w14:paraId="176EBDE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5D29864" w14:textId="77777777" w:rsidR="005A0AB1" w:rsidRPr="00DD4C64" w:rsidRDefault="005A0AB1"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4B2CF73D" w14:textId="0C8D2772" w:rsidR="005A0AB1" w:rsidRPr="005A0AB1" w:rsidRDefault="005A0AB1"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Writing email giving your news / </w:t>
            </w:r>
            <w:r w:rsidRPr="004A4EB9">
              <w:rPr>
                <w:rFonts w:ascii="Times New Roman" w:eastAsia="Calibri" w:hAnsi="Times New Roman" w:cs="Times New Roman"/>
                <w:bCs/>
                <w:sz w:val="24"/>
                <w:szCs w:val="24"/>
              </w:rPr>
              <w:t>поделиться</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новостями</w:t>
            </w:r>
            <w:r w:rsidRPr="004A4EB9">
              <w:rPr>
                <w:rFonts w:ascii="Times New Roman" w:eastAsia="Calibri" w:hAnsi="Times New Roman" w:cs="Times New Roman"/>
                <w:bCs/>
                <w:sz w:val="24"/>
                <w:szCs w:val="24"/>
                <w:lang w:val="en-US"/>
              </w:rPr>
              <w:t>.</w:t>
            </w:r>
            <w:r w:rsidRPr="005A0AB1">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Отработка навыка.</w:t>
            </w:r>
          </w:p>
        </w:tc>
        <w:tc>
          <w:tcPr>
            <w:tcW w:w="850" w:type="dxa"/>
            <w:tcBorders>
              <w:top w:val="nil"/>
              <w:left w:val="nil"/>
              <w:bottom w:val="single" w:sz="4" w:space="0" w:color="auto"/>
              <w:right w:val="single" w:sz="4" w:space="0" w:color="auto"/>
            </w:tcBorders>
            <w:shd w:val="clear" w:color="auto" w:fill="auto"/>
            <w:noWrap/>
          </w:tcPr>
          <w:p w14:paraId="1715C0DF" w14:textId="6548AE94" w:rsidR="005A0AB1"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894D918" w14:textId="77777777" w:rsidR="005A0AB1" w:rsidRPr="005A0AB1" w:rsidRDefault="005A0AB1"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41593C65" w14:textId="77777777" w:rsidR="005A0AB1" w:rsidRPr="005A0AB1" w:rsidRDefault="005A0AB1" w:rsidP="001F12F2">
            <w:pPr>
              <w:spacing w:after="160" w:line="259" w:lineRule="auto"/>
              <w:jc w:val="center"/>
              <w:rPr>
                <w:rFonts w:ascii="Times New Roman" w:eastAsia="Calibri" w:hAnsi="Times New Roman" w:cs="Times New Roman"/>
                <w:bCs/>
                <w:sz w:val="24"/>
                <w:szCs w:val="24"/>
                <w:lang w:val="en-US"/>
              </w:rPr>
            </w:pPr>
          </w:p>
        </w:tc>
      </w:tr>
      <w:tr w:rsidR="00E44394" w:rsidRPr="005A0AB1" w14:paraId="3F20D39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C776F33" w14:textId="77777777" w:rsidR="00E44394" w:rsidRPr="00DD4C6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3CF1F99A" w14:textId="12C0706A"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Удивительные океаны. Чтение текста с подбором заголовков</w:t>
            </w:r>
          </w:p>
        </w:tc>
        <w:tc>
          <w:tcPr>
            <w:tcW w:w="850" w:type="dxa"/>
            <w:tcBorders>
              <w:top w:val="nil"/>
              <w:left w:val="nil"/>
              <w:bottom w:val="single" w:sz="4" w:space="0" w:color="auto"/>
              <w:right w:val="single" w:sz="4" w:space="0" w:color="auto"/>
            </w:tcBorders>
            <w:shd w:val="clear" w:color="auto" w:fill="auto"/>
            <w:noWrap/>
          </w:tcPr>
          <w:p w14:paraId="2A016F60" w14:textId="5D57FD3A" w:rsidR="00E44394"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41A74F8"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605FF52"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r>
      <w:tr w:rsidR="00E44394" w:rsidRPr="005A0AB1" w14:paraId="105A8295"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96229C9"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5E9ED5E" w14:textId="69DD7408"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Language</w:t>
            </w:r>
            <w:r w:rsidRPr="00E44394">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Review</w:t>
            </w:r>
            <w:r w:rsidRPr="00E44394">
              <w:rPr>
                <w:rFonts w:ascii="Times New Roman" w:eastAsia="Calibri" w:hAnsi="Times New Roman" w:cs="Times New Roman"/>
                <w:bCs/>
                <w:sz w:val="24"/>
                <w:szCs w:val="24"/>
              </w:rPr>
              <w:t xml:space="preserve"> / </w:t>
            </w:r>
            <w:r>
              <w:rPr>
                <w:rFonts w:ascii="Times New Roman" w:eastAsia="Calibri" w:hAnsi="Times New Roman" w:cs="Times New Roman"/>
                <w:bCs/>
                <w:sz w:val="24"/>
                <w:szCs w:val="24"/>
              </w:rPr>
              <w:t>Языковые навыки. Повторение</w:t>
            </w:r>
          </w:p>
        </w:tc>
        <w:tc>
          <w:tcPr>
            <w:tcW w:w="850" w:type="dxa"/>
            <w:tcBorders>
              <w:top w:val="nil"/>
              <w:left w:val="nil"/>
              <w:bottom w:val="single" w:sz="4" w:space="0" w:color="auto"/>
              <w:right w:val="single" w:sz="4" w:space="0" w:color="auto"/>
            </w:tcBorders>
            <w:shd w:val="clear" w:color="auto" w:fill="auto"/>
            <w:noWrap/>
          </w:tcPr>
          <w:p w14:paraId="2A4417D3" w14:textId="086AD2D2" w:rsidR="00E44394"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152CA0E"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01E2ABE"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r>
      <w:tr w:rsidR="00E44394" w:rsidRPr="005A0AB1" w14:paraId="03F54C5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B505382"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3A0AA12" w14:textId="4A4A9489"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Выполнение упражнений на закрепление материала</w:t>
            </w:r>
          </w:p>
        </w:tc>
        <w:tc>
          <w:tcPr>
            <w:tcW w:w="850" w:type="dxa"/>
            <w:tcBorders>
              <w:top w:val="nil"/>
              <w:left w:val="nil"/>
              <w:bottom w:val="single" w:sz="4" w:space="0" w:color="auto"/>
              <w:right w:val="single" w:sz="4" w:space="0" w:color="auto"/>
            </w:tcBorders>
            <w:shd w:val="clear" w:color="auto" w:fill="auto"/>
            <w:noWrap/>
          </w:tcPr>
          <w:p w14:paraId="55A95A84" w14:textId="7046F0EE" w:rsidR="00E44394" w:rsidRPr="00E44394"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D025BF5"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E8EB652" w14:textId="77777777" w:rsidR="00E44394" w:rsidRPr="00E44394" w:rsidRDefault="00E44394" w:rsidP="001F12F2">
            <w:pPr>
              <w:spacing w:after="160" w:line="259" w:lineRule="auto"/>
              <w:jc w:val="center"/>
              <w:rPr>
                <w:rFonts w:ascii="Times New Roman" w:eastAsia="Calibri" w:hAnsi="Times New Roman" w:cs="Times New Roman"/>
                <w:bCs/>
                <w:sz w:val="24"/>
                <w:szCs w:val="24"/>
              </w:rPr>
            </w:pPr>
          </w:p>
        </w:tc>
      </w:tr>
      <w:tr w:rsidR="00595E4A" w:rsidRPr="004A4EB9" w14:paraId="22FC2FC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E2CCF58"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81B2787" w14:textId="4B5FC69B"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Обобщающее повторение.</w:t>
            </w:r>
          </w:p>
        </w:tc>
        <w:tc>
          <w:tcPr>
            <w:tcW w:w="850" w:type="dxa"/>
            <w:tcBorders>
              <w:top w:val="nil"/>
              <w:left w:val="nil"/>
              <w:bottom w:val="single" w:sz="4" w:space="0" w:color="auto"/>
              <w:right w:val="single" w:sz="4" w:space="0" w:color="auto"/>
            </w:tcBorders>
            <w:shd w:val="clear" w:color="auto" w:fill="auto"/>
            <w:noWrap/>
            <w:hideMark/>
          </w:tcPr>
          <w:p w14:paraId="74C8479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26FA57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02B2A22"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3ACF11CF"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FC1751A"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7BB64CCB" w14:textId="2B0FD846" w:rsidR="00595E4A" w:rsidRPr="005A0AB1" w:rsidRDefault="00652044" w:rsidP="001F12F2">
            <w:pPr>
              <w:spacing w:after="160" w:line="259"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Итоговая контрольная работа</w:t>
            </w:r>
          </w:p>
        </w:tc>
        <w:tc>
          <w:tcPr>
            <w:tcW w:w="850" w:type="dxa"/>
            <w:tcBorders>
              <w:top w:val="nil"/>
              <w:left w:val="nil"/>
              <w:bottom w:val="single" w:sz="4" w:space="0" w:color="auto"/>
              <w:right w:val="single" w:sz="4" w:space="0" w:color="auto"/>
            </w:tcBorders>
            <w:shd w:val="clear" w:color="auto" w:fill="auto"/>
            <w:noWrap/>
          </w:tcPr>
          <w:p w14:paraId="1BAD0C99" w14:textId="7B2ACDBF" w:rsidR="00595E4A" w:rsidRPr="005A0AB1" w:rsidRDefault="005A0AB1" w:rsidP="001F12F2">
            <w:pPr>
              <w:spacing w:after="160" w:line="259"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310" w:type="dxa"/>
            <w:tcBorders>
              <w:top w:val="nil"/>
              <w:left w:val="nil"/>
              <w:bottom w:val="single" w:sz="4" w:space="0" w:color="auto"/>
              <w:right w:val="single" w:sz="4" w:space="0" w:color="auto"/>
            </w:tcBorders>
          </w:tcPr>
          <w:p w14:paraId="58C8FF01" w14:textId="2DB6746E" w:rsidR="00595E4A" w:rsidRPr="005A0AB1" w:rsidRDefault="005A0AB1" w:rsidP="001F12F2">
            <w:pPr>
              <w:spacing w:after="160" w:line="259"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p>
        </w:tc>
        <w:tc>
          <w:tcPr>
            <w:tcW w:w="1980" w:type="dxa"/>
            <w:tcBorders>
              <w:top w:val="nil"/>
              <w:left w:val="nil"/>
              <w:bottom w:val="single" w:sz="4" w:space="0" w:color="auto"/>
              <w:right w:val="single" w:sz="4" w:space="0" w:color="auto"/>
            </w:tcBorders>
          </w:tcPr>
          <w:p w14:paraId="31EBB6C3" w14:textId="77777777" w:rsidR="00595E4A" w:rsidRPr="005A0AB1" w:rsidRDefault="00595E4A" w:rsidP="001F12F2">
            <w:pPr>
              <w:spacing w:after="160" w:line="259" w:lineRule="auto"/>
              <w:jc w:val="center"/>
              <w:rPr>
                <w:rFonts w:ascii="Times New Roman" w:eastAsia="Calibri" w:hAnsi="Times New Roman" w:cs="Times New Roman"/>
                <w:b/>
                <w:bCs/>
                <w:sz w:val="24"/>
                <w:szCs w:val="24"/>
              </w:rPr>
            </w:pPr>
            <w:r w:rsidRPr="005A0AB1">
              <w:rPr>
                <w:rFonts w:ascii="Times New Roman" w:eastAsia="Calibri" w:hAnsi="Times New Roman" w:cs="Times New Roman"/>
                <w:b/>
                <w:bCs/>
                <w:sz w:val="24"/>
                <w:szCs w:val="24"/>
              </w:rPr>
              <w:t>тест</w:t>
            </w:r>
          </w:p>
        </w:tc>
      </w:tr>
      <w:tr w:rsidR="00595E4A" w:rsidRPr="004A4EB9" w14:paraId="2FE87DD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4BA915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04675D27"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Работа над ошибками</w:t>
            </w:r>
          </w:p>
        </w:tc>
        <w:tc>
          <w:tcPr>
            <w:tcW w:w="850" w:type="dxa"/>
            <w:tcBorders>
              <w:top w:val="nil"/>
              <w:left w:val="nil"/>
              <w:bottom w:val="single" w:sz="4" w:space="0" w:color="auto"/>
              <w:right w:val="single" w:sz="4" w:space="0" w:color="auto"/>
            </w:tcBorders>
            <w:shd w:val="clear" w:color="auto" w:fill="auto"/>
            <w:noWrap/>
          </w:tcPr>
          <w:p w14:paraId="0C6D55C5" w14:textId="4E9FD24F" w:rsidR="00595E4A" w:rsidRPr="004A4EB9" w:rsidRDefault="00E44394"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9802DA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56507C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1F7A9C60"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5316AF2"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53E0695B"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MODULE</w:t>
            </w:r>
            <w:r w:rsidRPr="00C40387">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lang w:val="en-US"/>
              </w:rPr>
              <w:t xml:space="preserve">6. ART AND CULTURE. </w:t>
            </w:r>
            <w:r w:rsidRPr="004A4EB9">
              <w:rPr>
                <w:rFonts w:ascii="Times New Roman" w:eastAsia="Calibri" w:hAnsi="Times New Roman" w:cs="Times New Roman"/>
                <w:bCs/>
                <w:sz w:val="24"/>
                <w:szCs w:val="24"/>
              </w:rPr>
              <w:t>Искусство</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Вводный урок.</w:t>
            </w:r>
          </w:p>
        </w:tc>
        <w:tc>
          <w:tcPr>
            <w:tcW w:w="850" w:type="dxa"/>
            <w:tcBorders>
              <w:top w:val="nil"/>
              <w:left w:val="nil"/>
              <w:bottom w:val="single" w:sz="4" w:space="0" w:color="auto"/>
              <w:right w:val="single" w:sz="4" w:space="0" w:color="auto"/>
            </w:tcBorders>
            <w:shd w:val="clear" w:color="auto" w:fill="auto"/>
            <w:noWrap/>
          </w:tcPr>
          <w:p w14:paraId="63369EAD"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1722BC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5406AF2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2165796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DCDD89B"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CFB81F6"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Archaeological discoveries/ Археологические открытия.</w:t>
            </w:r>
          </w:p>
        </w:tc>
        <w:tc>
          <w:tcPr>
            <w:tcW w:w="850" w:type="dxa"/>
            <w:tcBorders>
              <w:top w:val="nil"/>
              <w:left w:val="nil"/>
              <w:bottom w:val="single" w:sz="4" w:space="0" w:color="auto"/>
              <w:right w:val="single" w:sz="4" w:space="0" w:color="auto"/>
            </w:tcBorders>
            <w:shd w:val="clear" w:color="auto" w:fill="auto"/>
            <w:noWrap/>
            <w:hideMark/>
          </w:tcPr>
          <w:p w14:paraId="77B5711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6BF6395"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775C0CD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E303C8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CEF7ACC"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A46D328" w14:textId="77777777" w:rsidR="00595E4A" w:rsidRPr="004A4EB9" w:rsidRDefault="00595E4A" w:rsidP="001F12F2">
            <w:pPr>
              <w:spacing w:after="160" w:line="259" w:lineRule="auto"/>
              <w:rPr>
                <w:rFonts w:ascii="Times New Roman" w:eastAsia="Calibri" w:hAnsi="Times New Roman" w:cs="Times New Roman"/>
                <w:bCs/>
                <w:sz w:val="24"/>
                <w:szCs w:val="24"/>
                <w:lang w:val="en-US"/>
              </w:rPr>
            </w:pPr>
            <w:r w:rsidRPr="004A4EB9">
              <w:rPr>
                <w:rFonts w:ascii="Times New Roman" w:eastAsia="Calibri" w:hAnsi="Times New Roman" w:cs="Times New Roman"/>
                <w:bCs/>
                <w:sz w:val="24"/>
                <w:szCs w:val="24"/>
                <w:lang w:val="en-US"/>
              </w:rPr>
              <w:t xml:space="preserve">Grammar. The passive/ </w:t>
            </w:r>
            <w:r w:rsidRPr="004A4EB9">
              <w:rPr>
                <w:rFonts w:ascii="Times New Roman" w:eastAsia="Calibri" w:hAnsi="Times New Roman" w:cs="Times New Roman"/>
                <w:bCs/>
                <w:sz w:val="24"/>
                <w:szCs w:val="24"/>
              </w:rPr>
              <w:t>Пассивный</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залог</w:t>
            </w:r>
            <w:r w:rsidRPr="004A4EB9">
              <w:rPr>
                <w:rFonts w:ascii="Times New Roman" w:eastAsia="Calibri" w:hAnsi="Times New Roman" w:cs="Times New Roman"/>
                <w:bCs/>
                <w:sz w:val="24"/>
                <w:szCs w:val="24"/>
                <w:lang w:val="en-US"/>
              </w:rPr>
              <w:t>.</w:t>
            </w:r>
          </w:p>
        </w:tc>
        <w:tc>
          <w:tcPr>
            <w:tcW w:w="850" w:type="dxa"/>
            <w:tcBorders>
              <w:top w:val="nil"/>
              <w:left w:val="nil"/>
              <w:bottom w:val="single" w:sz="4" w:space="0" w:color="auto"/>
              <w:right w:val="single" w:sz="4" w:space="0" w:color="auto"/>
            </w:tcBorders>
            <w:shd w:val="clear" w:color="auto" w:fill="auto"/>
            <w:noWrap/>
            <w:hideMark/>
          </w:tcPr>
          <w:p w14:paraId="2A1F605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0C026B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369A72BB"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0B61DB3E"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DD3C543"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304357BC"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Special attractions /Достопримечательности у дороги.</w:t>
            </w:r>
          </w:p>
        </w:tc>
        <w:tc>
          <w:tcPr>
            <w:tcW w:w="850" w:type="dxa"/>
            <w:tcBorders>
              <w:top w:val="nil"/>
              <w:left w:val="nil"/>
              <w:bottom w:val="single" w:sz="4" w:space="0" w:color="auto"/>
              <w:right w:val="single" w:sz="4" w:space="0" w:color="auto"/>
            </w:tcBorders>
            <w:shd w:val="clear" w:color="auto" w:fill="auto"/>
            <w:noWrap/>
            <w:hideMark/>
          </w:tcPr>
          <w:p w14:paraId="22898A3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187F4F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7CD55D0"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7805614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424825C"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7A9DD09"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lang w:val="en-US"/>
              </w:rPr>
              <w:t xml:space="preserve">Grammar. The passive/ </w:t>
            </w:r>
            <w:r w:rsidRPr="004A4EB9">
              <w:rPr>
                <w:rFonts w:ascii="Times New Roman" w:eastAsia="Calibri" w:hAnsi="Times New Roman" w:cs="Times New Roman"/>
                <w:bCs/>
                <w:sz w:val="24"/>
                <w:szCs w:val="24"/>
              </w:rPr>
              <w:t>пассивный</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залог</w:t>
            </w:r>
            <w:r w:rsidRPr="004A4EB9">
              <w:rPr>
                <w:rFonts w:ascii="Times New Roman" w:eastAsia="Calibri" w:hAnsi="Times New Roman" w:cs="Times New Roman"/>
                <w:bCs/>
                <w:sz w:val="24"/>
                <w:szCs w:val="24"/>
                <w:lang w:val="en-US"/>
              </w:rPr>
              <w:t xml:space="preserve">. </w:t>
            </w:r>
            <w:r w:rsidRPr="004A4EB9">
              <w:rPr>
                <w:rFonts w:ascii="Times New Roman" w:eastAsia="Calibri" w:hAnsi="Times New Roman" w:cs="Times New Roman"/>
                <w:bCs/>
                <w:sz w:val="24"/>
                <w:szCs w:val="24"/>
              </w:rPr>
              <w:t>Совершенствование навыков.</w:t>
            </w:r>
          </w:p>
        </w:tc>
        <w:tc>
          <w:tcPr>
            <w:tcW w:w="850" w:type="dxa"/>
            <w:tcBorders>
              <w:top w:val="nil"/>
              <w:left w:val="nil"/>
              <w:bottom w:val="single" w:sz="4" w:space="0" w:color="auto"/>
              <w:right w:val="single" w:sz="4" w:space="0" w:color="auto"/>
            </w:tcBorders>
            <w:shd w:val="clear" w:color="auto" w:fill="auto"/>
            <w:noWrap/>
            <w:hideMark/>
          </w:tcPr>
          <w:p w14:paraId="5A91856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BB77FCF"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9AEF54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595E4A" w:rsidRPr="004A4EB9" w14:paraId="5412B16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FCEE447"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6F1878E4" w14:textId="77777777" w:rsidR="00595E4A" w:rsidRPr="004A4EB9" w:rsidRDefault="00595E4A"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Grammar. Reported speech/ Косвеннаяречь.</w:t>
            </w:r>
          </w:p>
        </w:tc>
        <w:tc>
          <w:tcPr>
            <w:tcW w:w="850" w:type="dxa"/>
            <w:tcBorders>
              <w:top w:val="nil"/>
              <w:left w:val="nil"/>
              <w:bottom w:val="single" w:sz="4" w:space="0" w:color="auto"/>
              <w:right w:val="single" w:sz="4" w:space="0" w:color="auto"/>
            </w:tcBorders>
            <w:shd w:val="clear" w:color="auto" w:fill="auto"/>
            <w:noWrap/>
          </w:tcPr>
          <w:p w14:paraId="18E2C1D6"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E32DDB9"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070D7C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E44394" w:rsidRPr="00E44394" w14:paraId="193A4E63"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9A3BD71" w14:textId="77777777" w:rsidR="00E44394" w:rsidRPr="004A4EB9"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29A7666D" w14:textId="3EA5B354"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 xml:space="preserve">The Garma Festival / </w:t>
            </w:r>
            <w:r>
              <w:rPr>
                <w:rFonts w:ascii="Times New Roman" w:eastAsia="Calibri" w:hAnsi="Times New Roman" w:cs="Times New Roman"/>
                <w:bCs/>
                <w:sz w:val="24"/>
                <w:szCs w:val="24"/>
              </w:rPr>
              <w:t>Уголок</w:t>
            </w:r>
            <w:r w:rsidRPr="00E4439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культуры</w:t>
            </w:r>
            <w:r w:rsidRPr="00E4439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Фестиваль Гарма</w:t>
            </w:r>
          </w:p>
        </w:tc>
        <w:tc>
          <w:tcPr>
            <w:tcW w:w="850" w:type="dxa"/>
            <w:tcBorders>
              <w:top w:val="nil"/>
              <w:left w:val="nil"/>
              <w:bottom w:val="single" w:sz="4" w:space="0" w:color="auto"/>
              <w:right w:val="single" w:sz="4" w:space="0" w:color="auto"/>
            </w:tcBorders>
            <w:shd w:val="clear" w:color="auto" w:fill="auto"/>
            <w:noWrap/>
          </w:tcPr>
          <w:p w14:paraId="16113D4A" w14:textId="373A70D5"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E69039F"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0DBCA609"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111C3B6A"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CDDD865"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15C38FE2" w14:textId="4B2FC2E6"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Повседневный английский: отправляем посылку</w:t>
            </w:r>
          </w:p>
        </w:tc>
        <w:tc>
          <w:tcPr>
            <w:tcW w:w="850" w:type="dxa"/>
            <w:tcBorders>
              <w:top w:val="nil"/>
              <w:left w:val="nil"/>
              <w:bottom w:val="single" w:sz="4" w:space="0" w:color="auto"/>
              <w:right w:val="single" w:sz="4" w:space="0" w:color="auto"/>
            </w:tcBorders>
            <w:shd w:val="clear" w:color="auto" w:fill="auto"/>
            <w:noWrap/>
          </w:tcPr>
          <w:p w14:paraId="0A7387E1" w14:textId="07DBE6F6"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D306DC0"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15EF1C45"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55EDABA4"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3201BC4"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01D5E1E8" w14:textId="781B051E"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Незнакомая нам Венеция</w:t>
            </w:r>
          </w:p>
        </w:tc>
        <w:tc>
          <w:tcPr>
            <w:tcW w:w="850" w:type="dxa"/>
            <w:tcBorders>
              <w:top w:val="nil"/>
              <w:left w:val="nil"/>
              <w:bottom w:val="single" w:sz="4" w:space="0" w:color="auto"/>
              <w:right w:val="single" w:sz="4" w:space="0" w:color="auto"/>
            </w:tcBorders>
            <w:shd w:val="clear" w:color="auto" w:fill="auto"/>
            <w:noWrap/>
          </w:tcPr>
          <w:p w14:paraId="05484180" w14:textId="36DD0149"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40058929"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2F6BCEEA"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4987C1C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19DE9B1B"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0BF11D33" w14:textId="07E2193D" w:rsidR="00E44394" w:rsidRPr="00E44394" w:rsidRDefault="00E44394" w:rsidP="001F12F2">
            <w:pPr>
              <w:spacing w:after="160" w:line="259"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rPr>
              <w:t>Магазины и продукты (</w:t>
            </w:r>
            <w:r>
              <w:rPr>
                <w:rFonts w:ascii="Times New Roman" w:eastAsia="Calibri" w:hAnsi="Times New Roman" w:cs="Times New Roman"/>
                <w:bCs/>
                <w:sz w:val="24"/>
                <w:szCs w:val="24"/>
                <w:lang w:val="en-US"/>
              </w:rPr>
              <w:t>VB 18)</w:t>
            </w:r>
          </w:p>
        </w:tc>
        <w:tc>
          <w:tcPr>
            <w:tcW w:w="850" w:type="dxa"/>
            <w:tcBorders>
              <w:top w:val="nil"/>
              <w:left w:val="nil"/>
              <w:bottom w:val="single" w:sz="4" w:space="0" w:color="auto"/>
              <w:right w:val="single" w:sz="4" w:space="0" w:color="auto"/>
            </w:tcBorders>
            <w:shd w:val="clear" w:color="auto" w:fill="auto"/>
            <w:noWrap/>
          </w:tcPr>
          <w:p w14:paraId="3BF9DE75" w14:textId="0FE58411"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BD7F96E"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2788E361"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34B4B25C"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7822ACD6"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654D8600" w14:textId="60BEAC08" w:rsidR="00E44394" w:rsidRPr="00E44394" w:rsidRDefault="00E44394"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Необычная музыка</w:t>
            </w:r>
          </w:p>
        </w:tc>
        <w:tc>
          <w:tcPr>
            <w:tcW w:w="850" w:type="dxa"/>
            <w:tcBorders>
              <w:top w:val="nil"/>
              <w:left w:val="nil"/>
              <w:bottom w:val="single" w:sz="4" w:space="0" w:color="auto"/>
              <w:right w:val="single" w:sz="4" w:space="0" w:color="auto"/>
            </w:tcBorders>
            <w:shd w:val="clear" w:color="auto" w:fill="auto"/>
            <w:noWrap/>
          </w:tcPr>
          <w:p w14:paraId="6A1A9C5E" w14:textId="36B2B4A2"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9EDB158"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4EB945B9"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2A05A432"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09A9A01"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6612CAA3" w14:textId="15940187" w:rsidR="00E44394" w:rsidRDefault="00E44394"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Grammar. Reported speech/ Косвеннаяречь.</w:t>
            </w:r>
          </w:p>
        </w:tc>
        <w:tc>
          <w:tcPr>
            <w:tcW w:w="850" w:type="dxa"/>
            <w:tcBorders>
              <w:top w:val="nil"/>
              <w:left w:val="nil"/>
              <w:bottom w:val="single" w:sz="4" w:space="0" w:color="auto"/>
              <w:right w:val="single" w:sz="4" w:space="0" w:color="auto"/>
            </w:tcBorders>
            <w:shd w:val="clear" w:color="auto" w:fill="auto"/>
            <w:noWrap/>
          </w:tcPr>
          <w:p w14:paraId="79F4CAD8" w14:textId="53C21C1A"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3F16B56F"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653B2BA1"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E44394" w:rsidRPr="00E44394" w14:paraId="109E81B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3578CA70" w14:textId="77777777" w:rsidR="00E44394" w:rsidRPr="00E44394" w:rsidRDefault="00E44394"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75FAEDF8" w14:textId="5EC603AA" w:rsidR="00E44394" w:rsidRDefault="00E44394"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Grammar. Reported speech/ Косвеннаяречь.</w:t>
            </w:r>
          </w:p>
        </w:tc>
        <w:tc>
          <w:tcPr>
            <w:tcW w:w="850" w:type="dxa"/>
            <w:tcBorders>
              <w:top w:val="nil"/>
              <w:left w:val="nil"/>
              <w:bottom w:val="single" w:sz="4" w:space="0" w:color="auto"/>
              <w:right w:val="single" w:sz="4" w:space="0" w:color="auto"/>
            </w:tcBorders>
            <w:shd w:val="clear" w:color="auto" w:fill="auto"/>
            <w:noWrap/>
          </w:tcPr>
          <w:p w14:paraId="368847A5" w14:textId="09ACDBBA" w:rsidR="00E44394" w:rsidRP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253144DB"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c>
          <w:tcPr>
            <w:tcW w:w="1980" w:type="dxa"/>
            <w:tcBorders>
              <w:top w:val="nil"/>
              <w:left w:val="nil"/>
              <w:bottom w:val="single" w:sz="4" w:space="0" w:color="auto"/>
              <w:right w:val="single" w:sz="4" w:space="0" w:color="auto"/>
            </w:tcBorders>
          </w:tcPr>
          <w:p w14:paraId="6E2B5D13" w14:textId="77777777" w:rsidR="00E44394" w:rsidRPr="00E44394" w:rsidRDefault="00E44394" w:rsidP="001F12F2">
            <w:pPr>
              <w:spacing w:after="160" w:line="259" w:lineRule="auto"/>
              <w:jc w:val="center"/>
              <w:rPr>
                <w:rFonts w:ascii="Times New Roman" w:eastAsia="Calibri" w:hAnsi="Times New Roman" w:cs="Times New Roman"/>
                <w:bCs/>
                <w:sz w:val="24"/>
                <w:szCs w:val="24"/>
                <w:lang w:val="en-US"/>
              </w:rPr>
            </w:pPr>
          </w:p>
        </w:tc>
      </w:tr>
      <w:tr w:rsidR="00595E4A" w:rsidRPr="004A4EB9" w14:paraId="45E8BE0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C2C9A87" w14:textId="77777777" w:rsidR="00595E4A" w:rsidRPr="00E44394"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06310C48" w14:textId="12C4AC3F" w:rsidR="00595E4A" w:rsidRPr="00E44394" w:rsidRDefault="00595E4A" w:rsidP="001F12F2">
            <w:pPr>
              <w:spacing w:after="160" w:line="259" w:lineRule="auto"/>
              <w:rPr>
                <w:rFonts w:ascii="Times New Roman" w:eastAsia="Calibri" w:hAnsi="Times New Roman" w:cs="Times New Roman"/>
                <w:bCs/>
                <w:sz w:val="24"/>
                <w:szCs w:val="24"/>
                <w:lang w:val="en-US"/>
              </w:rPr>
            </w:pPr>
            <w:r w:rsidRPr="00E44394">
              <w:rPr>
                <w:rFonts w:ascii="Times New Roman" w:eastAsia="Calibri" w:hAnsi="Times New Roman" w:cs="Times New Roman"/>
                <w:bCs/>
                <w:sz w:val="24"/>
                <w:szCs w:val="24"/>
                <w:lang w:val="en-US"/>
              </w:rPr>
              <w:t>Grammar</w:t>
            </w:r>
            <w:r w:rsidRPr="00C40387">
              <w:rPr>
                <w:rFonts w:ascii="Times New Roman" w:eastAsia="Calibri" w:hAnsi="Times New Roman" w:cs="Times New Roman"/>
                <w:bCs/>
                <w:sz w:val="24"/>
                <w:szCs w:val="24"/>
              </w:rPr>
              <w:t xml:space="preserve">. </w:t>
            </w:r>
            <w:r w:rsidRPr="00E44394">
              <w:rPr>
                <w:rFonts w:ascii="Times New Roman" w:eastAsia="Calibri" w:hAnsi="Times New Roman" w:cs="Times New Roman"/>
                <w:bCs/>
                <w:sz w:val="24"/>
                <w:szCs w:val="24"/>
                <w:lang w:val="en-US"/>
              </w:rPr>
              <w:t>Reported</w:t>
            </w:r>
            <w:r w:rsidRPr="00C40387">
              <w:rPr>
                <w:rFonts w:ascii="Times New Roman" w:eastAsia="Calibri" w:hAnsi="Times New Roman" w:cs="Times New Roman"/>
                <w:bCs/>
                <w:sz w:val="24"/>
                <w:szCs w:val="24"/>
              </w:rPr>
              <w:t xml:space="preserve"> </w:t>
            </w:r>
            <w:r w:rsidRPr="00E44394">
              <w:rPr>
                <w:rFonts w:ascii="Times New Roman" w:eastAsia="Calibri" w:hAnsi="Times New Roman" w:cs="Times New Roman"/>
                <w:bCs/>
                <w:sz w:val="24"/>
                <w:szCs w:val="24"/>
                <w:lang w:val="en-US"/>
              </w:rPr>
              <w:t>speech</w:t>
            </w:r>
            <w:r w:rsidRPr="00C40387">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Косвенная</w:t>
            </w:r>
            <w:r w:rsidRPr="00C40387">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речь</w:t>
            </w:r>
            <w:r w:rsidRPr="00C40387">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тренинг</w:t>
            </w:r>
            <w:r w:rsidRPr="00C40387">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в</w:t>
            </w:r>
            <w:r w:rsidRPr="00C40387">
              <w:rPr>
                <w:rFonts w:ascii="Times New Roman" w:eastAsia="Calibri" w:hAnsi="Times New Roman" w:cs="Times New Roman"/>
                <w:bCs/>
                <w:sz w:val="24"/>
                <w:szCs w:val="24"/>
              </w:rPr>
              <w:t xml:space="preserve"> </w:t>
            </w:r>
            <w:r w:rsidRPr="004A4EB9">
              <w:rPr>
                <w:rFonts w:ascii="Times New Roman" w:eastAsia="Calibri" w:hAnsi="Times New Roman" w:cs="Times New Roman"/>
                <w:bCs/>
                <w:sz w:val="24"/>
                <w:szCs w:val="24"/>
              </w:rPr>
              <w:t>упражнениях</w:t>
            </w:r>
            <w:r w:rsidRPr="00C40387">
              <w:rPr>
                <w:rFonts w:ascii="Times New Roman" w:eastAsia="Calibri" w:hAnsi="Times New Roman" w:cs="Times New Roman"/>
                <w:bCs/>
                <w:sz w:val="24"/>
                <w:szCs w:val="24"/>
              </w:rPr>
              <w:t>.</w:t>
            </w:r>
            <w:r w:rsidR="00793190" w:rsidRPr="00C40387">
              <w:rPr>
                <w:rFonts w:ascii="Times New Roman" w:eastAsia="Calibri" w:hAnsi="Times New Roman" w:cs="Times New Roman"/>
                <w:bCs/>
                <w:sz w:val="24"/>
                <w:szCs w:val="24"/>
              </w:rPr>
              <w:t xml:space="preserve"> </w:t>
            </w:r>
            <w:r w:rsidR="00793190" w:rsidRPr="00E44394">
              <w:rPr>
                <w:rFonts w:ascii="Times New Roman" w:eastAsia="Calibri" w:hAnsi="Times New Roman" w:cs="Times New Roman"/>
                <w:bCs/>
                <w:sz w:val="24"/>
                <w:szCs w:val="24"/>
                <w:lang w:val="en-US"/>
              </w:rPr>
              <w:t>Questions/orders.</w:t>
            </w:r>
          </w:p>
        </w:tc>
        <w:tc>
          <w:tcPr>
            <w:tcW w:w="850" w:type="dxa"/>
            <w:tcBorders>
              <w:top w:val="nil"/>
              <w:left w:val="nil"/>
              <w:bottom w:val="single" w:sz="4" w:space="0" w:color="auto"/>
              <w:right w:val="single" w:sz="4" w:space="0" w:color="auto"/>
            </w:tcBorders>
            <w:shd w:val="clear" w:color="auto" w:fill="auto"/>
            <w:noWrap/>
          </w:tcPr>
          <w:p w14:paraId="22B0D48A"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4D6765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6285E681"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r w:rsidR="0066334F" w:rsidRPr="004A4EB9" w14:paraId="5A42919D"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2DCD8A30" w14:textId="77777777" w:rsidR="0066334F" w:rsidRPr="00E44394" w:rsidRDefault="0066334F"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413B2DE0" w14:textId="4DE24CD2" w:rsidR="0066334F" w:rsidRPr="0066334F" w:rsidRDefault="0066334F"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Культурные достопримечательности. Разделительные вопросы.</w:t>
            </w:r>
          </w:p>
        </w:tc>
        <w:tc>
          <w:tcPr>
            <w:tcW w:w="850" w:type="dxa"/>
            <w:tcBorders>
              <w:top w:val="nil"/>
              <w:left w:val="nil"/>
              <w:bottom w:val="single" w:sz="4" w:space="0" w:color="auto"/>
              <w:right w:val="single" w:sz="4" w:space="0" w:color="auto"/>
            </w:tcBorders>
            <w:shd w:val="clear" w:color="auto" w:fill="auto"/>
            <w:noWrap/>
          </w:tcPr>
          <w:p w14:paraId="165BCD6F" w14:textId="4A075DF6" w:rsidR="0066334F"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5AE4D3BE"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179C179D"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r>
      <w:tr w:rsidR="0066334F" w:rsidRPr="004A4EB9" w14:paraId="26A60A29"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6D91AFD" w14:textId="77777777" w:rsidR="0066334F" w:rsidRPr="00E44394" w:rsidRDefault="0066334F" w:rsidP="00EE5E47">
            <w:pPr>
              <w:numPr>
                <w:ilvl w:val="0"/>
                <w:numId w:val="8"/>
              </w:numPr>
              <w:spacing w:after="0" w:line="240" w:lineRule="auto"/>
              <w:ind w:left="0" w:firstLine="0"/>
              <w:jc w:val="center"/>
              <w:rPr>
                <w:rFonts w:ascii="Times New Roman" w:eastAsia="Calibri" w:hAnsi="Times New Roman" w:cs="Times New Roman"/>
                <w:bCs/>
                <w:sz w:val="24"/>
                <w:szCs w:val="24"/>
                <w:lang w:val="en-US"/>
              </w:rPr>
            </w:pPr>
          </w:p>
        </w:tc>
        <w:tc>
          <w:tcPr>
            <w:tcW w:w="5940" w:type="dxa"/>
            <w:tcBorders>
              <w:top w:val="nil"/>
              <w:left w:val="nil"/>
              <w:bottom w:val="single" w:sz="4" w:space="0" w:color="auto"/>
              <w:right w:val="single" w:sz="4" w:space="0" w:color="auto"/>
            </w:tcBorders>
            <w:shd w:val="clear" w:color="auto" w:fill="auto"/>
          </w:tcPr>
          <w:p w14:paraId="11ED256B" w14:textId="21B29A23" w:rsidR="0066334F" w:rsidRPr="0066334F" w:rsidRDefault="0066334F"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Письменная речь: посещение интересного места</w:t>
            </w:r>
          </w:p>
        </w:tc>
        <w:tc>
          <w:tcPr>
            <w:tcW w:w="850" w:type="dxa"/>
            <w:tcBorders>
              <w:top w:val="nil"/>
              <w:left w:val="nil"/>
              <w:bottom w:val="single" w:sz="4" w:space="0" w:color="auto"/>
              <w:right w:val="single" w:sz="4" w:space="0" w:color="auto"/>
            </w:tcBorders>
            <w:shd w:val="clear" w:color="auto" w:fill="auto"/>
            <w:noWrap/>
          </w:tcPr>
          <w:p w14:paraId="51C1349D" w14:textId="2154F263" w:rsidR="0066334F"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C0C5475"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010FC27"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r>
      <w:tr w:rsidR="0066334F" w:rsidRPr="004A4EB9" w14:paraId="55BC68B6"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4AE07DE5" w14:textId="77777777" w:rsidR="0066334F" w:rsidRPr="0066334F" w:rsidRDefault="0066334F"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214A87BF" w14:textId="6D60AD68" w:rsidR="0066334F" w:rsidRPr="0066334F" w:rsidRDefault="0066334F"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Метапредметность: искусство и дизайн</w:t>
            </w:r>
          </w:p>
        </w:tc>
        <w:tc>
          <w:tcPr>
            <w:tcW w:w="850" w:type="dxa"/>
            <w:tcBorders>
              <w:top w:val="nil"/>
              <w:left w:val="nil"/>
              <w:bottom w:val="single" w:sz="4" w:space="0" w:color="auto"/>
              <w:right w:val="single" w:sz="4" w:space="0" w:color="auto"/>
            </w:tcBorders>
            <w:shd w:val="clear" w:color="auto" w:fill="auto"/>
            <w:noWrap/>
          </w:tcPr>
          <w:p w14:paraId="43465DCA" w14:textId="5FC3BF3A" w:rsidR="0066334F" w:rsidRPr="004A4EB9"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7D88D915"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5FCFE82"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r>
      <w:tr w:rsidR="0066334F" w:rsidRPr="004A4EB9" w14:paraId="63F57741"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61D058B3" w14:textId="77777777" w:rsidR="0066334F" w:rsidRPr="0066334F" w:rsidRDefault="0066334F"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0E7ABD7" w14:textId="5C89453F" w:rsidR="0066334F" w:rsidRDefault="0066334F" w:rsidP="001F12F2">
            <w:pPr>
              <w:spacing w:after="160" w:line="259" w:lineRule="auto"/>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Закрепление грамматического материала.</w:t>
            </w:r>
          </w:p>
        </w:tc>
        <w:tc>
          <w:tcPr>
            <w:tcW w:w="850" w:type="dxa"/>
            <w:tcBorders>
              <w:top w:val="nil"/>
              <w:left w:val="nil"/>
              <w:bottom w:val="single" w:sz="4" w:space="0" w:color="auto"/>
              <w:right w:val="single" w:sz="4" w:space="0" w:color="auto"/>
            </w:tcBorders>
            <w:shd w:val="clear" w:color="auto" w:fill="auto"/>
            <w:noWrap/>
          </w:tcPr>
          <w:p w14:paraId="22B7FE4C" w14:textId="4CE427DF" w:rsid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7A35D04"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13406CC"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r>
      <w:tr w:rsidR="0066334F" w:rsidRPr="004A4EB9" w14:paraId="009BF977"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5AECECD3" w14:textId="77777777" w:rsidR="0066334F" w:rsidRPr="0066334F" w:rsidRDefault="0066334F"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4E46504A" w14:textId="2B85B3C3" w:rsidR="0066334F" w:rsidRDefault="0066334F"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Обобщающее повторение</w:t>
            </w:r>
          </w:p>
        </w:tc>
        <w:tc>
          <w:tcPr>
            <w:tcW w:w="850" w:type="dxa"/>
            <w:tcBorders>
              <w:top w:val="nil"/>
              <w:left w:val="nil"/>
              <w:bottom w:val="single" w:sz="4" w:space="0" w:color="auto"/>
              <w:right w:val="single" w:sz="4" w:space="0" w:color="auto"/>
            </w:tcBorders>
            <w:shd w:val="clear" w:color="auto" w:fill="auto"/>
            <w:noWrap/>
          </w:tcPr>
          <w:p w14:paraId="7A830776" w14:textId="2C1C9B7C" w:rsidR="0066334F" w:rsidRDefault="0066334F" w:rsidP="001F12F2">
            <w:pPr>
              <w:spacing w:after="160" w:line="259"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0FC23F3E"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2A00ED4A" w14:textId="77777777" w:rsidR="0066334F" w:rsidRPr="004A4EB9" w:rsidRDefault="0066334F" w:rsidP="001F12F2">
            <w:pPr>
              <w:spacing w:after="160" w:line="259" w:lineRule="auto"/>
              <w:jc w:val="center"/>
              <w:rPr>
                <w:rFonts w:ascii="Times New Roman" w:eastAsia="Calibri" w:hAnsi="Times New Roman" w:cs="Times New Roman"/>
                <w:bCs/>
                <w:sz w:val="24"/>
                <w:szCs w:val="24"/>
              </w:rPr>
            </w:pPr>
          </w:p>
        </w:tc>
      </w:tr>
      <w:tr w:rsidR="00595E4A" w:rsidRPr="004A4EB9" w14:paraId="39D9389B" w14:textId="77777777" w:rsidTr="00EE5E47">
        <w:tc>
          <w:tcPr>
            <w:tcW w:w="738" w:type="dxa"/>
            <w:tcBorders>
              <w:top w:val="nil"/>
              <w:left w:val="single" w:sz="4" w:space="0" w:color="auto"/>
              <w:bottom w:val="single" w:sz="4" w:space="0" w:color="auto"/>
              <w:right w:val="single" w:sz="4" w:space="0" w:color="auto"/>
            </w:tcBorders>
            <w:shd w:val="clear" w:color="auto" w:fill="auto"/>
            <w:noWrap/>
          </w:tcPr>
          <w:p w14:paraId="0CCFD4BD" w14:textId="77777777" w:rsidR="00595E4A" w:rsidRPr="004A4EB9" w:rsidRDefault="00595E4A" w:rsidP="00EE5E47">
            <w:pPr>
              <w:numPr>
                <w:ilvl w:val="0"/>
                <w:numId w:val="8"/>
              </w:numPr>
              <w:spacing w:after="0" w:line="240" w:lineRule="auto"/>
              <w:ind w:left="0" w:firstLine="0"/>
              <w:jc w:val="center"/>
              <w:rPr>
                <w:rFonts w:ascii="Times New Roman" w:eastAsia="Calibri" w:hAnsi="Times New Roman" w:cs="Times New Roman"/>
                <w:bCs/>
                <w:sz w:val="24"/>
                <w:szCs w:val="24"/>
              </w:rPr>
            </w:pPr>
          </w:p>
        </w:tc>
        <w:tc>
          <w:tcPr>
            <w:tcW w:w="5940" w:type="dxa"/>
            <w:tcBorders>
              <w:top w:val="nil"/>
              <w:left w:val="nil"/>
              <w:bottom w:val="single" w:sz="4" w:space="0" w:color="auto"/>
              <w:right w:val="single" w:sz="4" w:space="0" w:color="auto"/>
            </w:tcBorders>
            <w:shd w:val="clear" w:color="auto" w:fill="auto"/>
          </w:tcPr>
          <w:p w14:paraId="1C210C3D" w14:textId="28021A02" w:rsidR="00595E4A" w:rsidRPr="004A4EB9" w:rsidRDefault="0066334F" w:rsidP="001F12F2">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Обобщающее повторение</w:t>
            </w:r>
          </w:p>
        </w:tc>
        <w:tc>
          <w:tcPr>
            <w:tcW w:w="850" w:type="dxa"/>
            <w:tcBorders>
              <w:top w:val="nil"/>
              <w:left w:val="nil"/>
              <w:bottom w:val="single" w:sz="4" w:space="0" w:color="auto"/>
              <w:right w:val="single" w:sz="4" w:space="0" w:color="auto"/>
            </w:tcBorders>
            <w:shd w:val="clear" w:color="auto" w:fill="auto"/>
            <w:noWrap/>
          </w:tcPr>
          <w:p w14:paraId="3ADF2EC4"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r w:rsidRPr="004A4EB9">
              <w:rPr>
                <w:rFonts w:ascii="Times New Roman" w:eastAsia="Calibri" w:hAnsi="Times New Roman" w:cs="Times New Roman"/>
                <w:bCs/>
                <w:sz w:val="24"/>
                <w:szCs w:val="24"/>
              </w:rPr>
              <w:t>1</w:t>
            </w:r>
          </w:p>
        </w:tc>
        <w:tc>
          <w:tcPr>
            <w:tcW w:w="1310" w:type="dxa"/>
            <w:tcBorders>
              <w:top w:val="nil"/>
              <w:left w:val="nil"/>
              <w:bottom w:val="single" w:sz="4" w:space="0" w:color="auto"/>
              <w:right w:val="single" w:sz="4" w:space="0" w:color="auto"/>
            </w:tcBorders>
          </w:tcPr>
          <w:p w14:paraId="1F11EE4C"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c>
          <w:tcPr>
            <w:tcW w:w="1980" w:type="dxa"/>
            <w:tcBorders>
              <w:top w:val="nil"/>
              <w:left w:val="nil"/>
              <w:bottom w:val="single" w:sz="4" w:space="0" w:color="auto"/>
              <w:right w:val="single" w:sz="4" w:space="0" w:color="auto"/>
            </w:tcBorders>
          </w:tcPr>
          <w:p w14:paraId="0DEF8BF7" w14:textId="77777777" w:rsidR="00595E4A" w:rsidRPr="004A4EB9" w:rsidRDefault="00595E4A" w:rsidP="001F12F2">
            <w:pPr>
              <w:spacing w:after="160" w:line="259" w:lineRule="auto"/>
              <w:jc w:val="center"/>
              <w:rPr>
                <w:rFonts w:ascii="Times New Roman" w:eastAsia="Calibri" w:hAnsi="Times New Roman" w:cs="Times New Roman"/>
                <w:bCs/>
                <w:sz w:val="24"/>
                <w:szCs w:val="24"/>
              </w:rPr>
            </w:pPr>
          </w:p>
        </w:tc>
      </w:tr>
    </w:tbl>
    <w:p w14:paraId="1910395A" w14:textId="515EB0E2" w:rsidR="00595E4A" w:rsidRPr="002F7635" w:rsidRDefault="00EE5E47" w:rsidP="008C718A">
      <w:pPr>
        <w:pStyle w:val="affff1"/>
      </w:pPr>
      <w:bookmarkStart w:id="89" w:name="_Toc138412921"/>
      <w:bookmarkStart w:id="90" w:name="_Toc149647037"/>
      <w:r>
        <w:br w:type="page"/>
      </w:r>
      <w:bookmarkStart w:id="91" w:name="_Toc150046081"/>
      <w:bookmarkStart w:id="92" w:name="_Toc150047341"/>
      <w:r w:rsidR="00595E4A" w:rsidRPr="002F7635">
        <w:lastRenderedPageBreak/>
        <w:t>7 класс</w:t>
      </w:r>
      <w:bookmarkEnd w:id="89"/>
      <w:bookmarkEnd w:id="90"/>
      <w:bookmarkEnd w:id="91"/>
      <w:bookmarkEnd w:id="92"/>
    </w:p>
    <w:tbl>
      <w:tblPr>
        <w:tblW w:w="10789" w:type="dxa"/>
        <w:jc w:val="center"/>
        <w:tblLayout w:type="fixed"/>
        <w:tblLook w:val="04A0" w:firstRow="1" w:lastRow="0" w:firstColumn="1" w:lastColumn="0" w:noHBand="0" w:noVBand="1"/>
      </w:tblPr>
      <w:tblGrid>
        <w:gridCol w:w="567"/>
        <w:gridCol w:w="6357"/>
        <w:gridCol w:w="775"/>
        <w:gridCol w:w="1515"/>
        <w:gridCol w:w="1575"/>
      </w:tblGrid>
      <w:tr w:rsidR="00FE526D" w:rsidRPr="002F7635" w14:paraId="2B2675D6" w14:textId="77777777" w:rsidTr="002A7DEC">
        <w:trPr>
          <w:tblHeader/>
          <w:jc w:val="center"/>
        </w:trPr>
        <w:tc>
          <w:tcPr>
            <w:tcW w:w="567" w:type="dxa"/>
            <w:vMerge w:val="restart"/>
            <w:tcBorders>
              <w:top w:val="single" w:sz="4" w:space="0" w:color="auto"/>
              <w:left w:val="single" w:sz="4" w:space="0" w:color="auto"/>
              <w:right w:val="single" w:sz="4" w:space="0" w:color="auto"/>
            </w:tcBorders>
            <w:shd w:val="clear" w:color="auto" w:fill="auto"/>
            <w:noWrap/>
            <w:vAlign w:val="center"/>
          </w:tcPr>
          <w:p w14:paraId="0478DFE1" w14:textId="77777777" w:rsidR="00FE526D" w:rsidRPr="004A4EB9" w:rsidRDefault="00FE526D" w:rsidP="002B2822">
            <w:pPr>
              <w:spacing w:after="0" w:line="240" w:lineRule="auto"/>
              <w:jc w:val="center"/>
              <w:rPr>
                <w:rFonts w:ascii="Times New Roman" w:eastAsia="Times New Roman" w:hAnsi="Times New Roman" w:cs="Times New Roman"/>
                <w:b/>
                <w:color w:val="000000"/>
                <w:sz w:val="24"/>
                <w:szCs w:val="24"/>
                <w:lang w:val="en-US"/>
              </w:rPr>
            </w:pPr>
            <w:r w:rsidRPr="004A4EB9">
              <w:rPr>
                <w:rFonts w:ascii="Times New Roman" w:eastAsia="Times New Roman" w:hAnsi="Times New Roman" w:cs="Times New Roman"/>
                <w:b/>
                <w:color w:val="000000"/>
                <w:sz w:val="24"/>
                <w:szCs w:val="24"/>
                <w:lang w:val="en-US"/>
              </w:rPr>
              <w:t>№</w:t>
            </w:r>
          </w:p>
        </w:tc>
        <w:tc>
          <w:tcPr>
            <w:tcW w:w="6357" w:type="dxa"/>
            <w:vMerge w:val="restart"/>
            <w:tcBorders>
              <w:top w:val="single" w:sz="4" w:space="0" w:color="auto"/>
              <w:left w:val="nil"/>
              <w:right w:val="single" w:sz="4" w:space="0" w:color="auto"/>
            </w:tcBorders>
            <w:shd w:val="clear" w:color="auto" w:fill="auto"/>
            <w:vAlign w:val="center"/>
          </w:tcPr>
          <w:p w14:paraId="2C316975" w14:textId="77777777" w:rsidR="00FE526D" w:rsidRPr="004A4EB9" w:rsidRDefault="00FE526D" w:rsidP="004A4EB9">
            <w:pPr>
              <w:spacing w:after="0" w:line="240" w:lineRule="auto"/>
              <w:jc w:val="center"/>
              <w:rPr>
                <w:rFonts w:ascii="Times New Roman" w:eastAsia="Times New Roman" w:hAnsi="Times New Roman" w:cs="Times New Roman"/>
                <w:b/>
                <w:color w:val="000000"/>
                <w:sz w:val="24"/>
                <w:szCs w:val="24"/>
                <w:lang w:val="en-US"/>
              </w:rPr>
            </w:pPr>
            <w:r w:rsidRPr="004A4EB9">
              <w:rPr>
                <w:rFonts w:ascii="Times New Roman" w:eastAsia="Times New Roman" w:hAnsi="Times New Roman" w:cs="Times New Roman"/>
                <w:b/>
                <w:color w:val="000000"/>
                <w:sz w:val="24"/>
                <w:szCs w:val="24"/>
                <w:lang w:val="en-US"/>
              </w:rPr>
              <w:t>Тема урока</w:t>
            </w:r>
          </w:p>
        </w:tc>
        <w:tc>
          <w:tcPr>
            <w:tcW w:w="2290" w:type="dxa"/>
            <w:gridSpan w:val="2"/>
            <w:tcBorders>
              <w:top w:val="single" w:sz="4" w:space="0" w:color="auto"/>
              <w:left w:val="nil"/>
              <w:bottom w:val="single" w:sz="4" w:space="0" w:color="auto"/>
              <w:right w:val="single" w:sz="4" w:space="0" w:color="auto"/>
            </w:tcBorders>
            <w:shd w:val="clear" w:color="auto" w:fill="auto"/>
            <w:vAlign w:val="center"/>
          </w:tcPr>
          <w:p w14:paraId="7EA77DDC" w14:textId="71A6B7F4" w:rsidR="00FE526D" w:rsidRPr="004A4EB9" w:rsidRDefault="00FE526D" w:rsidP="004A4EB9">
            <w:pPr>
              <w:spacing w:after="0" w:line="240" w:lineRule="auto"/>
              <w:jc w:val="center"/>
              <w:rPr>
                <w:rFonts w:ascii="Times New Roman" w:eastAsia="Times New Roman" w:hAnsi="Times New Roman" w:cs="Times New Roman"/>
                <w:b/>
                <w:color w:val="000000"/>
                <w:sz w:val="24"/>
                <w:szCs w:val="24"/>
              </w:rPr>
            </w:pPr>
            <w:r w:rsidRPr="004A4EB9">
              <w:rPr>
                <w:rFonts w:ascii="Times New Roman" w:eastAsia="Times New Roman" w:hAnsi="Times New Roman" w:cs="Times New Roman"/>
                <w:b/>
                <w:color w:val="000000"/>
                <w:sz w:val="24"/>
                <w:szCs w:val="24"/>
              </w:rPr>
              <w:t>Количество часов</w:t>
            </w:r>
          </w:p>
        </w:tc>
        <w:tc>
          <w:tcPr>
            <w:tcW w:w="1575" w:type="dxa"/>
            <w:vMerge w:val="restart"/>
            <w:tcBorders>
              <w:top w:val="single" w:sz="4" w:space="0" w:color="auto"/>
              <w:left w:val="nil"/>
              <w:right w:val="single" w:sz="4" w:space="0" w:color="auto"/>
            </w:tcBorders>
            <w:shd w:val="clear" w:color="auto" w:fill="auto"/>
            <w:vAlign w:val="center"/>
          </w:tcPr>
          <w:p w14:paraId="7A946CFF" w14:textId="5F025914" w:rsidR="00FE526D" w:rsidRPr="004A4EB9" w:rsidRDefault="00FE526D" w:rsidP="004A4EB9">
            <w:pPr>
              <w:spacing w:after="0" w:line="240" w:lineRule="auto"/>
              <w:jc w:val="center"/>
              <w:rPr>
                <w:rFonts w:ascii="Times New Roman" w:eastAsia="Times New Roman" w:hAnsi="Times New Roman" w:cs="Times New Roman"/>
                <w:b/>
                <w:color w:val="002060"/>
                <w:sz w:val="24"/>
                <w:szCs w:val="24"/>
              </w:rPr>
            </w:pPr>
            <w:r w:rsidRPr="004A4EB9">
              <w:rPr>
                <w:rFonts w:ascii="Times New Roman" w:eastAsia="Times New Roman" w:hAnsi="Times New Roman" w:cs="Times New Roman"/>
                <w:b/>
                <w:color w:val="000000"/>
                <w:sz w:val="24"/>
                <w:szCs w:val="24"/>
                <w:shd w:val="clear" w:color="auto" w:fill="FFFFFF"/>
              </w:rPr>
              <w:t xml:space="preserve">Виды </w:t>
            </w:r>
            <w:r>
              <w:rPr>
                <w:rFonts w:ascii="Times New Roman" w:eastAsia="Times New Roman" w:hAnsi="Times New Roman" w:cs="Times New Roman"/>
                <w:b/>
                <w:color w:val="000000"/>
                <w:sz w:val="24"/>
                <w:szCs w:val="24"/>
                <w:shd w:val="clear" w:color="auto" w:fill="FFFFFF"/>
              </w:rPr>
              <w:br/>
            </w:r>
            <w:r w:rsidRPr="004A4EB9">
              <w:rPr>
                <w:rFonts w:ascii="Times New Roman" w:eastAsia="Times New Roman" w:hAnsi="Times New Roman" w:cs="Times New Roman"/>
                <w:b/>
                <w:color w:val="000000"/>
                <w:sz w:val="24"/>
                <w:szCs w:val="24"/>
                <w:shd w:val="clear" w:color="auto" w:fill="FFFFFF"/>
              </w:rPr>
              <w:t>и формы контроля</w:t>
            </w:r>
          </w:p>
        </w:tc>
      </w:tr>
      <w:tr w:rsidR="00FE526D" w:rsidRPr="002F7635" w14:paraId="27D2D8BC" w14:textId="77777777" w:rsidTr="002A7DEC">
        <w:trPr>
          <w:tblHeader/>
          <w:jc w:val="center"/>
        </w:trPr>
        <w:tc>
          <w:tcPr>
            <w:tcW w:w="567" w:type="dxa"/>
            <w:vMerge/>
            <w:tcBorders>
              <w:left w:val="single" w:sz="4" w:space="0" w:color="auto"/>
              <w:bottom w:val="single" w:sz="4" w:space="0" w:color="auto"/>
              <w:right w:val="single" w:sz="4" w:space="0" w:color="auto"/>
            </w:tcBorders>
            <w:shd w:val="clear" w:color="auto" w:fill="C5E0B3"/>
            <w:noWrap/>
            <w:hideMark/>
          </w:tcPr>
          <w:p w14:paraId="7D836EAD" w14:textId="77777777" w:rsidR="00FE526D" w:rsidRPr="004A4EB9" w:rsidRDefault="00FE526D" w:rsidP="002B2822">
            <w:pPr>
              <w:spacing w:after="0" w:line="240" w:lineRule="auto"/>
              <w:jc w:val="center"/>
              <w:rPr>
                <w:rFonts w:ascii="Times New Roman" w:eastAsia="Times New Roman" w:hAnsi="Times New Roman" w:cs="Times New Roman"/>
                <w:bCs/>
                <w:color w:val="000000"/>
                <w:sz w:val="24"/>
                <w:szCs w:val="24"/>
                <w:lang w:val="en-US"/>
              </w:rPr>
            </w:pPr>
          </w:p>
        </w:tc>
        <w:tc>
          <w:tcPr>
            <w:tcW w:w="6357" w:type="dxa"/>
            <w:vMerge/>
            <w:tcBorders>
              <w:left w:val="nil"/>
              <w:bottom w:val="single" w:sz="4" w:space="0" w:color="auto"/>
              <w:right w:val="single" w:sz="4" w:space="0" w:color="auto"/>
            </w:tcBorders>
            <w:shd w:val="clear" w:color="auto" w:fill="C5E0B3"/>
            <w:hideMark/>
          </w:tcPr>
          <w:p w14:paraId="3639DE2E" w14:textId="77777777" w:rsidR="00FE526D" w:rsidRPr="004A4EB9" w:rsidRDefault="00FE526D" w:rsidP="004A4EB9">
            <w:pPr>
              <w:spacing w:after="0" w:line="240" w:lineRule="auto"/>
              <w:rPr>
                <w:rFonts w:ascii="Times New Roman" w:eastAsia="Times New Roman" w:hAnsi="Times New Roman" w:cs="Times New Roman"/>
                <w:bCs/>
                <w:color w:val="000000"/>
                <w:sz w:val="24"/>
                <w:szCs w:val="24"/>
                <w:lang w:val="en-US"/>
              </w:rPr>
            </w:pPr>
          </w:p>
        </w:tc>
        <w:tc>
          <w:tcPr>
            <w:tcW w:w="775" w:type="dxa"/>
            <w:tcBorders>
              <w:top w:val="single" w:sz="4" w:space="0" w:color="auto"/>
              <w:left w:val="nil"/>
              <w:bottom w:val="single" w:sz="4" w:space="0" w:color="auto"/>
              <w:right w:val="single" w:sz="4" w:space="0" w:color="auto"/>
            </w:tcBorders>
            <w:shd w:val="clear" w:color="auto" w:fill="auto"/>
            <w:vAlign w:val="center"/>
          </w:tcPr>
          <w:p w14:paraId="650D63F3" w14:textId="77777777" w:rsidR="00FE526D" w:rsidRPr="004A4EB9" w:rsidRDefault="00FE526D" w:rsidP="00FE526D">
            <w:pPr>
              <w:spacing w:after="0" w:line="240" w:lineRule="auto"/>
              <w:ind w:left="-55"/>
              <w:jc w:val="center"/>
              <w:rPr>
                <w:rFonts w:ascii="Times New Roman" w:eastAsia="Times New Roman" w:hAnsi="Times New Roman" w:cs="Times New Roman"/>
                <w:b/>
                <w:color w:val="000000"/>
                <w:sz w:val="24"/>
                <w:szCs w:val="24"/>
              </w:rPr>
            </w:pPr>
            <w:r w:rsidRPr="004A4EB9">
              <w:rPr>
                <w:rFonts w:ascii="Times New Roman" w:eastAsia="Times New Roman" w:hAnsi="Times New Roman" w:cs="Times New Roman"/>
                <w:b/>
                <w:color w:val="000000"/>
                <w:sz w:val="24"/>
                <w:szCs w:val="24"/>
              </w:rPr>
              <w:t>Всего</w:t>
            </w:r>
          </w:p>
        </w:tc>
        <w:tc>
          <w:tcPr>
            <w:tcW w:w="1515" w:type="dxa"/>
            <w:tcBorders>
              <w:top w:val="single" w:sz="4" w:space="0" w:color="auto"/>
              <w:left w:val="nil"/>
              <w:bottom w:val="single" w:sz="4" w:space="0" w:color="auto"/>
              <w:right w:val="single" w:sz="4" w:space="0" w:color="auto"/>
            </w:tcBorders>
            <w:shd w:val="clear" w:color="auto" w:fill="auto"/>
            <w:vAlign w:val="center"/>
          </w:tcPr>
          <w:p w14:paraId="4DC047EE" w14:textId="77777777" w:rsidR="00FE526D" w:rsidRPr="004A4EB9" w:rsidRDefault="00FE526D" w:rsidP="004A4EB9">
            <w:pPr>
              <w:spacing w:after="0" w:line="240" w:lineRule="auto"/>
              <w:jc w:val="center"/>
              <w:rPr>
                <w:rFonts w:ascii="Times New Roman" w:eastAsia="Times New Roman" w:hAnsi="Times New Roman" w:cs="Times New Roman"/>
                <w:b/>
                <w:color w:val="000000"/>
                <w:sz w:val="24"/>
                <w:szCs w:val="24"/>
              </w:rPr>
            </w:pPr>
            <w:r w:rsidRPr="004A4EB9">
              <w:rPr>
                <w:rFonts w:ascii="Times New Roman" w:eastAsia="Times New Roman" w:hAnsi="Times New Roman" w:cs="Times New Roman"/>
                <w:b/>
                <w:color w:val="000000"/>
                <w:sz w:val="24"/>
                <w:szCs w:val="24"/>
              </w:rPr>
              <w:t>Контрольные работы</w:t>
            </w:r>
          </w:p>
        </w:tc>
        <w:tc>
          <w:tcPr>
            <w:tcW w:w="1575" w:type="dxa"/>
            <w:vMerge/>
            <w:tcBorders>
              <w:left w:val="nil"/>
              <w:bottom w:val="single" w:sz="4" w:space="0" w:color="auto"/>
              <w:right w:val="single" w:sz="4" w:space="0" w:color="auto"/>
            </w:tcBorders>
            <w:shd w:val="clear" w:color="auto" w:fill="C5E0B3"/>
          </w:tcPr>
          <w:p w14:paraId="64944974" w14:textId="77777777" w:rsidR="00FE526D" w:rsidRPr="004A4EB9" w:rsidRDefault="00FE526D" w:rsidP="004A4EB9">
            <w:pPr>
              <w:spacing w:after="0" w:line="240" w:lineRule="auto"/>
              <w:jc w:val="center"/>
              <w:rPr>
                <w:rFonts w:ascii="Times New Roman" w:eastAsia="Times New Roman" w:hAnsi="Times New Roman" w:cs="Times New Roman"/>
                <w:bCs/>
                <w:color w:val="002060"/>
                <w:sz w:val="24"/>
                <w:szCs w:val="24"/>
                <w:lang w:val="en-US"/>
              </w:rPr>
            </w:pPr>
          </w:p>
        </w:tc>
      </w:tr>
      <w:tr w:rsidR="00595E4A" w:rsidRPr="002F7635" w14:paraId="7B4CC1B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ED165DC"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223D804A" w14:textId="338210FC" w:rsidR="00595E4A" w:rsidRPr="004A4EB9" w:rsidRDefault="00595E4A" w:rsidP="004A4EB9">
            <w:pPr>
              <w:spacing w:after="0" w:line="240" w:lineRule="auto"/>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eastAsia="ru-RU"/>
              </w:rPr>
              <w:t>ИОТ № 047 – 2020. Starter Unit. Повторение: транспорт, город, домашние обязанности.</w:t>
            </w:r>
            <w:r w:rsidR="000C5C5A" w:rsidRPr="004A4EB9">
              <w:rPr>
                <w:rFonts w:ascii="Times New Roman" w:eastAsia="Times New Roman" w:hAnsi="Times New Roman" w:cs="Times New Roman"/>
                <w:bCs/>
                <w:color w:val="000000"/>
                <w:sz w:val="24"/>
                <w:szCs w:val="24"/>
                <w:lang w:eastAsia="ru-RU"/>
              </w:rPr>
              <w:t xml:space="preserve"> </w:t>
            </w:r>
            <w:r w:rsidRPr="004A4EB9">
              <w:rPr>
                <w:rFonts w:ascii="Times New Roman" w:eastAsia="Times New Roman" w:hAnsi="Times New Roman" w:cs="Times New Roman"/>
                <w:bCs/>
                <w:color w:val="000000"/>
                <w:sz w:val="24"/>
                <w:szCs w:val="24"/>
                <w:lang w:eastAsia="ru-RU"/>
              </w:rPr>
              <w:t>/</w:t>
            </w:r>
            <w:r w:rsidRPr="004A4EB9">
              <w:rPr>
                <w:rFonts w:ascii="Times New Roman" w:eastAsia="Times New Roman" w:hAnsi="Times New Roman" w:cs="Times New Roman"/>
                <w:bCs/>
                <w:color w:val="000000"/>
                <w:sz w:val="24"/>
                <w:szCs w:val="24"/>
                <w:lang w:val="en-US" w:eastAsia="ru-RU"/>
              </w:rPr>
              <w:t>Transport</w:t>
            </w:r>
            <w:r w:rsidRPr="004A4EB9">
              <w:rPr>
                <w:rFonts w:ascii="Times New Roman" w:eastAsia="Times New Roman" w:hAnsi="Times New Roman" w:cs="Times New Roman"/>
                <w:bCs/>
                <w:color w:val="000000"/>
                <w:sz w:val="24"/>
                <w:szCs w:val="24"/>
                <w:lang w:eastAsia="ru-RU"/>
              </w:rPr>
              <w:t xml:space="preserve">. </w:t>
            </w:r>
            <w:r w:rsidRPr="004A4EB9">
              <w:rPr>
                <w:rFonts w:ascii="Times New Roman" w:eastAsia="Times New Roman" w:hAnsi="Times New Roman" w:cs="Times New Roman"/>
                <w:bCs/>
                <w:color w:val="000000"/>
                <w:sz w:val="24"/>
                <w:szCs w:val="24"/>
                <w:lang w:val="en-US" w:eastAsia="ru-RU"/>
              </w:rPr>
              <w:t>Places in a city. Household chores.</w:t>
            </w:r>
          </w:p>
        </w:tc>
        <w:tc>
          <w:tcPr>
            <w:tcW w:w="775" w:type="dxa"/>
            <w:tcBorders>
              <w:top w:val="nil"/>
              <w:left w:val="nil"/>
              <w:bottom w:val="single" w:sz="4" w:space="0" w:color="auto"/>
              <w:right w:val="single" w:sz="4" w:space="0" w:color="auto"/>
            </w:tcBorders>
            <w:shd w:val="clear" w:color="auto" w:fill="auto"/>
            <w:noWrap/>
            <w:hideMark/>
          </w:tcPr>
          <w:p w14:paraId="2C6F68C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913889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D6BCAB9" w14:textId="77777777" w:rsidR="00595E4A" w:rsidRPr="004A4EB9" w:rsidRDefault="00595E4A" w:rsidP="00FE526D">
            <w:pPr>
              <w:spacing w:after="0" w:line="240" w:lineRule="auto"/>
              <w:ind w:left="-112"/>
              <w:jc w:val="center"/>
              <w:rPr>
                <w:rFonts w:ascii="Times New Roman" w:eastAsia="Times New Roman" w:hAnsi="Times New Roman" w:cs="Times New Roman"/>
                <w:bCs/>
                <w:color w:val="000000"/>
                <w:sz w:val="24"/>
                <w:szCs w:val="24"/>
                <w:lang w:eastAsia="ru-RU"/>
              </w:rPr>
            </w:pPr>
          </w:p>
        </w:tc>
      </w:tr>
      <w:tr w:rsidR="00595E4A" w:rsidRPr="002F7635" w14:paraId="4CC763FC"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AB0979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bottom"/>
          </w:tcPr>
          <w:p w14:paraId="73B57843" w14:textId="68E48036" w:rsidR="00595E4A" w:rsidRPr="00822415" w:rsidRDefault="00C45160" w:rsidP="00C45160">
            <w:pPr>
              <w:spacing w:after="0" w:line="240" w:lineRule="auto"/>
              <w:rPr>
                <w:rFonts w:ascii="Times New Roman" w:eastAsia="Times New Roman" w:hAnsi="Times New Roman" w:cs="Times New Roman"/>
                <w:bCs/>
                <w:sz w:val="24"/>
                <w:szCs w:val="24"/>
              </w:rPr>
            </w:pPr>
            <w:r w:rsidRPr="00C45160">
              <w:rPr>
                <w:rFonts w:ascii="Times New Roman" w:eastAsia="Times New Roman" w:hAnsi="Times New Roman" w:cs="Times New Roman"/>
                <w:b/>
                <w:bCs/>
                <w:sz w:val="24"/>
                <w:szCs w:val="24"/>
              </w:rPr>
              <w:t>МОДУЛЬ</w:t>
            </w:r>
            <w:r w:rsidRPr="00C40387">
              <w:rPr>
                <w:rFonts w:ascii="Times New Roman" w:eastAsia="Times New Roman" w:hAnsi="Times New Roman" w:cs="Times New Roman"/>
                <w:b/>
                <w:bCs/>
                <w:sz w:val="24"/>
                <w:szCs w:val="24"/>
                <w:lang w:val="en-US"/>
              </w:rPr>
              <w:t xml:space="preserve"> 1.</w:t>
            </w:r>
            <w:r w:rsidR="00595E4A" w:rsidRPr="00C40387">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WORK</w:t>
            </w:r>
            <w:r w:rsidRPr="00C40387">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AND</w:t>
            </w:r>
            <w:r w:rsidRPr="00C40387">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PLAY</w:t>
            </w:r>
            <w:r w:rsidR="00595E4A" w:rsidRPr="00C40387">
              <w:rPr>
                <w:rFonts w:ascii="Times New Roman" w:eastAsia="Times New Roman" w:hAnsi="Times New Roman" w:cs="Times New Roman"/>
                <w:bCs/>
                <w:sz w:val="24"/>
                <w:szCs w:val="24"/>
                <w:lang w:val="en-US"/>
              </w:rPr>
              <w:t xml:space="preserve">. </w:t>
            </w:r>
            <w:r w:rsidR="00595E4A" w:rsidRPr="00822415">
              <w:rPr>
                <w:rFonts w:ascii="Times New Roman" w:eastAsia="Times New Roman" w:hAnsi="Times New Roman" w:cs="Times New Roman"/>
                <w:bCs/>
                <w:sz w:val="24"/>
                <w:szCs w:val="24"/>
              </w:rPr>
              <w:t>Вводный</w:t>
            </w:r>
            <w:r w:rsidR="00595E4A" w:rsidRPr="00C40387">
              <w:rPr>
                <w:rFonts w:ascii="Times New Roman" w:eastAsia="Times New Roman" w:hAnsi="Times New Roman" w:cs="Times New Roman"/>
                <w:bCs/>
                <w:sz w:val="24"/>
                <w:szCs w:val="24"/>
                <w:lang w:val="en-US"/>
              </w:rPr>
              <w:t xml:space="preserve"> </w:t>
            </w:r>
            <w:r w:rsidR="00595E4A" w:rsidRPr="00822415">
              <w:rPr>
                <w:rFonts w:ascii="Times New Roman" w:eastAsia="Times New Roman" w:hAnsi="Times New Roman" w:cs="Times New Roman"/>
                <w:bCs/>
                <w:sz w:val="24"/>
                <w:szCs w:val="24"/>
              </w:rPr>
              <w:t>урок</w:t>
            </w:r>
            <w:r w:rsidR="00595E4A" w:rsidRPr="00C40387">
              <w:rPr>
                <w:rFonts w:ascii="Times New Roman" w:eastAsia="Times New Roman" w:hAnsi="Times New Roman" w:cs="Times New Roman"/>
                <w:bCs/>
                <w:sz w:val="24"/>
                <w:szCs w:val="24"/>
                <w:lang w:val="en-US"/>
              </w:rPr>
              <w:t xml:space="preserve">. </w:t>
            </w:r>
            <w:r w:rsidR="00595E4A" w:rsidRPr="00822415">
              <w:rPr>
                <w:rFonts w:ascii="Times New Roman" w:eastAsia="Times New Roman" w:hAnsi="Times New Roman" w:cs="Times New Roman"/>
                <w:bCs/>
                <w:sz w:val="24"/>
                <w:szCs w:val="24"/>
              </w:rPr>
              <w:t xml:space="preserve">Профессии/ </w:t>
            </w:r>
            <w:r w:rsidR="00595E4A" w:rsidRPr="00822415">
              <w:rPr>
                <w:rFonts w:ascii="Times New Roman" w:eastAsia="Times New Roman" w:hAnsi="Times New Roman" w:cs="Times New Roman"/>
                <w:bCs/>
                <w:sz w:val="24"/>
                <w:szCs w:val="24"/>
                <w:lang w:val="en-US"/>
              </w:rPr>
              <w:t>Jobs</w:t>
            </w:r>
            <w:r w:rsidR="00595E4A" w:rsidRPr="00822415">
              <w:rPr>
                <w:rFonts w:ascii="Times New Roman" w:eastAsia="Times New Roman" w:hAnsi="Times New Roman" w:cs="Times New Roman"/>
                <w:bCs/>
                <w:sz w:val="24"/>
                <w:szCs w:val="24"/>
              </w:rPr>
              <w:t>.</w:t>
            </w:r>
          </w:p>
        </w:tc>
        <w:tc>
          <w:tcPr>
            <w:tcW w:w="775" w:type="dxa"/>
            <w:tcBorders>
              <w:top w:val="nil"/>
              <w:left w:val="nil"/>
              <w:bottom w:val="single" w:sz="4" w:space="0" w:color="auto"/>
              <w:right w:val="single" w:sz="4" w:space="0" w:color="auto"/>
            </w:tcBorders>
            <w:shd w:val="clear" w:color="auto" w:fill="auto"/>
            <w:noWrap/>
            <w:hideMark/>
          </w:tcPr>
          <w:p w14:paraId="13D3A9D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A2653A0"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B62EA6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3ADEF79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8538A0C" w14:textId="77777777" w:rsidR="00595E4A" w:rsidRPr="00C45160"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bottom"/>
          </w:tcPr>
          <w:p w14:paraId="57E3BD7C" w14:textId="77777777" w:rsidR="00595E4A" w:rsidRPr="00C45160" w:rsidRDefault="00595E4A" w:rsidP="004A4EB9">
            <w:pPr>
              <w:spacing w:after="0" w:line="240" w:lineRule="auto"/>
              <w:rPr>
                <w:rFonts w:ascii="Times New Roman" w:eastAsia="Times New Roman" w:hAnsi="Times New Roman" w:cs="Times New Roman"/>
                <w:bCs/>
                <w:sz w:val="24"/>
                <w:szCs w:val="24"/>
              </w:rPr>
            </w:pPr>
            <w:r w:rsidRPr="004A4EB9">
              <w:rPr>
                <w:rFonts w:ascii="Times New Roman" w:eastAsia="Times New Roman" w:hAnsi="Times New Roman" w:cs="Times New Roman"/>
                <w:bCs/>
                <w:sz w:val="24"/>
                <w:szCs w:val="24"/>
                <w:lang w:val="en-US"/>
              </w:rPr>
              <w:t>Hard</w:t>
            </w:r>
            <w:r w:rsidRPr="004A4EB9">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lang w:val="en-US"/>
              </w:rPr>
              <w:t>at</w:t>
            </w:r>
            <w:r w:rsidRPr="004A4EB9">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lang w:val="en-US"/>
              </w:rPr>
              <w:t>work</w:t>
            </w:r>
            <w:r w:rsidRPr="004A4EB9">
              <w:rPr>
                <w:rFonts w:ascii="Times New Roman" w:eastAsia="Times New Roman" w:hAnsi="Times New Roman" w:cs="Times New Roman"/>
                <w:bCs/>
                <w:sz w:val="24"/>
                <w:szCs w:val="24"/>
              </w:rPr>
              <w:t xml:space="preserve">. Погружены в работу: профессии. </w:t>
            </w:r>
            <w:r w:rsidRPr="00C45160">
              <w:rPr>
                <w:rFonts w:ascii="Times New Roman" w:eastAsia="Times New Roman" w:hAnsi="Times New Roman" w:cs="Times New Roman"/>
                <w:bCs/>
                <w:sz w:val="24"/>
                <w:szCs w:val="24"/>
              </w:rPr>
              <w:t xml:space="preserve">Профессиональные качества./ </w:t>
            </w:r>
            <w:r w:rsidRPr="004A4EB9">
              <w:rPr>
                <w:rFonts w:ascii="Times New Roman" w:eastAsia="Times New Roman" w:hAnsi="Times New Roman" w:cs="Times New Roman"/>
                <w:bCs/>
                <w:sz w:val="24"/>
                <w:szCs w:val="24"/>
                <w:lang w:val="en-US"/>
              </w:rPr>
              <w:t>Character</w:t>
            </w:r>
            <w:r w:rsidRPr="00C45160">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lang w:val="en-US"/>
              </w:rPr>
              <w:t>adjectives</w:t>
            </w:r>
            <w:r w:rsidRPr="00C45160">
              <w:rPr>
                <w:rFonts w:ascii="Times New Roman" w:eastAsia="Times New Roman" w:hAnsi="Times New Roman" w:cs="Times New Roman"/>
                <w:bCs/>
                <w:sz w:val="24"/>
                <w:szCs w:val="24"/>
              </w:rPr>
              <w:t>.</w:t>
            </w:r>
          </w:p>
        </w:tc>
        <w:tc>
          <w:tcPr>
            <w:tcW w:w="775" w:type="dxa"/>
            <w:tcBorders>
              <w:top w:val="nil"/>
              <w:left w:val="nil"/>
              <w:bottom w:val="single" w:sz="4" w:space="0" w:color="auto"/>
              <w:right w:val="single" w:sz="4" w:space="0" w:color="auto"/>
            </w:tcBorders>
            <w:shd w:val="clear" w:color="auto" w:fill="auto"/>
            <w:noWrap/>
          </w:tcPr>
          <w:p w14:paraId="56E910B1"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C45160">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6323D8D"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0702F9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DB218E1"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6CC609A" w14:textId="77777777" w:rsidR="00595E4A" w:rsidRPr="00C45160"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bottom"/>
          </w:tcPr>
          <w:p w14:paraId="39A2AF24" w14:textId="4038B528" w:rsidR="00595E4A" w:rsidRPr="004A4EB9" w:rsidRDefault="00595E4A" w:rsidP="004A4EB9">
            <w:pPr>
              <w:spacing w:after="0" w:line="240" w:lineRule="auto"/>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Вакансии-Пожарный десант/</w:t>
            </w:r>
            <w:r w:rsidRPr="004A4EB9">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lang w:val="en-US"/>
              </w:rPr>
              <w:t>Hot</w:t>
            </w:r>
            <w:r w:rsidRPr="004A4EB9">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lang w:val="en-US"/>
              </w:rPr>
              <w:t>jobs</w:t>
            </w:r>
            <w:r w:rsidRPr="004A4EB9">
              <w:rPr>
                <w:rFonts w:ascii="Times New Roman" w:eastAsia="Times New Roman" w:hAnsi="Times New Roman" w:cs="Times New Roman"/>
                <w:bCs/>
                <w:sz w:val="24"/>
                <w:szCs w:val="24"/>
              </w:rPr>
              <w:t>.</w:t>
            </w:r>
            <w:r w:rsidRPr="004A4EB9">
              <w:rPr>
                <w:rFonts w:ascii="Times New Roman" w:eastAsia="Times New Roman" w:hAnsi="Times New Roman" w:cs="Times New Roman"/>
                <w:bCs/>
                <w:color w:val="000000"/>
                <w:sz w:val="24"/>
                <w:szCs w:val="24"/>
                <w:lang w:eastAsia="ru-RU"/>
              </w:rPr>
              <w:t xml:space="preserve"> Предлоги образа действия/</w:t>
            </w:r>
            <w:r w:rsidRPr="004A4EB9">
              <w:rPr>
                <w:rFonts w:ascii="Times New Roman" w:eastAsia="Times New Roman" w:hAnsi="Times New Roman" w:cs="Times New Roman"/>
                <w:bCs/>
                <w:color w:val="000000"/>
                <w:sz w:val="24"/>
                <w:szCs w:val="24"/>
                <w:lang w:val="en-US" w:eastAsia="ru-RU"/>
              </w:rPr>
              <w:t>Adverbs</w:t>
            </w:r>
            <w:r w:rsidRPr="004A4EB9">
              <w:rPr>
                <w:rFonts w:ascii="Times New Roman" w:eastAsia="Times New Roman" w:hAnsi="Times New Roman" w:cs="Times New Roman"/>
                <w:bCs/>
                <w:color w:val="000000"/>
                <w:sz w:val="24"/>
                <w:szCs w:val="24"/>
                <w:lang w:eastAsia="ru-RU"/>
              </w:rPr>
              <w:t xml:space="preserve"> </w:t>
            </w:r>
            <w:r w:rsidRPr="004A4EB9">
              <w:rPr>
                <w:rFonts w:ascii="Times New Roman" w:eastAsia="Times New Roman" w:hAnsi="Times New Roman" w:cs="Times New Roman"/>
                <w:bCs/>
                <w:color w:val="000000"/>
                <w:sz w:val="24"/>
                <w:szCs w:val="24"/>
                <w:lang w:val="en-US" w:eastAsia="ru-RU"/>
              </w:rPr>
              <w:t>of</w:t>
            </w:r>
            <w:r w:rsidRPr="004A4EB9">
              <w:rPr>
                <w:rFonts w:ascii="Times New Roman" w:eastAsia="Times New Roman" w:hAnsi="Times New Roman" w:cs="Times New Roman"/>
                <w:bCs/>
                <w:color w:val="000000"/>
                <w:sz w:val="24"/>
                <w:szCs w:val="24"/>
                <w:lang w:eastAsia="ru-RU"/>
              </w:rPr>
              <w:t xml:space="preserve"> </w:t>
            </w:r>
            <w:r w:rsidRPr="004A4EB9">
              <w:rPr>
                <w:rFonts w:ascii="Times New Roman" w:eastAsia="Times New Roman" w:hAnsi="Times New Roman" w:cs="Times New Roman"/>
                <w:bCs/>
                <w:color w:val="000000"/>
                <w:sz w:val="24"/>
                <w:szCs w:val="24"/>
                <w:lang w:val="en-US" w:eastAsia="ru-RU"/>
              </w:rPr>
              <w:t>manner</w:t>
            </w:r>
            <w:r w:rsidRPr="004A4EB9">
              <w:rPr>
                <w:rFonts w:ascii="Times New Roman" w:eastAsia="Times New Roman" w:hAnsi="Times New Roman" w:cs="Times New Roman"/>
                <w:bCs/>
                <w:color w:val="000000"/>
                <w:sz w:val="24"/>
                <w:szCs w:val="24"/>
                <w:lang w:eastAsia="ru-RU"/>
              </w:rPr>
              <w:t>.</w:t>
            </w:r>
          </w:p>
        </w:tc>
        <w:tc>
          <w:tcPr>
            <w:tcW w:w="775" w:type="dxa"/>
            <w:tcBorders>
              <w:top w:val="nil"/>
              <w:left w:val="nil"/>
              <w:bottom w:val="single" w:sz="4" w:space="0" w:color="auto"/>
              <w:right w:val="single" w:sz="4" w:space="0" w:color="auto"/>
            </w:tcBorders>
            <w:shd w:val="clear" w:color="auto" w:fill="auto"/>
            <w:noWrap/>
            <w:hideMark/>
          </w:tcPr>
          <w:p w14:paraId="3125BE9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00D576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ADF259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57DACF94"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4712F8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05383172"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 xml:space="preserve">"Охотники за НЛО"/ </w:t>
            </w:r>
            <w:r w:rsidRPr="004A4EB9">
              <w:rPr>
                <w:rFonts w:ascii="Times New Roman" w:eastAsia="Times New Roman" w:hAnsi="Times New Roman" w:cs="Times New Roman"/>
                <w:bCs/>
                <w:color w:val="000000"/>
                <w:sz w:val="24"/>
                <w:szCs w:val="24"/>
                <w:lang w:val="en-US"/>
              </w:rPr>
              <w:t>UFO</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hunter</w:t>
            </w:r>
            <w:r w:rsidRPr="004A4EB9">
              <w:rPr>
                <w:rFonts w:ascii="Times New Roman" w:eastAsia="Times New Roman" w:hAnsi="Times New Roman" w:cs="Times New Roman"/>
                <w:bCs/>
                <w:color w:val="000000"/>
                <w:sz w:val="24"/>
                <w:szCs w:val="24"/>
              </w:rPr>
              <w:t>.</w:t>
            </w:r>
          </w:p>
        </w:tc>
        <w:tc>
          <w:tcPr>
            <w:tcW w:w="775" w:type="dxa"/>
            <w:tcBorders>
              <w:top w:val="nil"/>
              <w:left w:val="nil"/>
              <w:bottom w:val="single" w:sz="4" w:space="0" w:color="auto"/>
              <w:right w:val="single" w:sz="4" w:space="0" w:color="auto"/>
            </w:tcBorders>
            <w:shd w:val="clear" w:color="auto" w:fill="auto"/>
            <w:noWrap/>
          </w:tcPr>
          <w:p w14:paraId="57CDA42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71E44E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F47281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103D125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05A41F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21A0D14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Present simple vs Present continuous.</w:t>
            </w:r>
          </w:p>
        </w:tc>
        <w:tc>
          <w:tcPr>
            <w:tcW w:w="775" w:type="dxa"/>
            <w:tcBorders>
              <w:top w:val="nil"/>
              <w:left w:val="nil"/>
              <w:bottom w:val="single" w:sz="4" w:space="0" w:color="auto"/>
              <w:right w:val="single" w:sz="4" w:space="0" w:color="auto"/>
            </w:tcBorders>
            <w:shd w:val="clear" w:color="auto" w:fill="auto"/>
            <w:noWrap/>
            <w:hideMark/>
          </w:tcPr>
          <w:p w14:paraId="318A88D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AB13AE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C2CDD9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6F79171A"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1F5677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0E8E8A6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Stative</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verbs</w:t>
            </w:r>
          </w:p>
        </w:tc>
        <w:tc>
          <w:tcPr>
            <w:tcW w:w="775" w:type="dxa"/>
            <w:tcBorders>
              <w:top w:val="nil"/>
              <w:left w:val="nil"/>
              <w:bottom w:val="single" w:sz="4" w:space="0" w:color="auto"/>
              <w:right w:val="single" w:sz="4" w:space="0" w:color="auto"/>
            </w:tcBorders>
            <w:shd w:val="clear" w:color="auto" w:fill="auto"/>
            <w:noWrap/>
            <w:hideMark/>
          </w:tcPr>
          <w:p w14:paraId="0D618E2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shd w:val="clear" w:color="auto" w:fill="auto"/>
          </w:tcPr>
          <w:p w14:paraId="72965E9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shd w:val="clear" w:color="auto" w:fill="auto"/>
          </w:tcPr>
          <w:p w14:paraId="0DB8394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099005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3782BE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0438B5F4"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Culture</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Corner</w:t>
            </w:r>
            <w:r w:rsidRPr="004A4EB9">
              <w:rPr>
                <w:rFonts w:ascii="Times New Roman" w:eastAsia="Times New Roman" w:hAnsi="Times New Roman" w:cs="Times New Roman"/>
                <w:bCs/>
                <w:color w:val="000000"/>
                <w:sz w:val="24"/>
                <w:szCs w:val="24"/>
              </w:rPr>
              <w:t>/ Уголок культуры. Наличные деньги.</w:t>
            </w:r>
          </w:p>
        </w:tc>
        <w:tc>
          <w:tcPr>
            <w:tcW w:w="775" w:type="dxa"/>
            <w:tcBorders>
              <w:top w:val="nil"/>
              <w:left w:val="nil"/>
              <w:bottom w:val="single" w:sz="4" w:space="0" w:color="auto"/>
              <w:right w:val="single" w:sz="4" w:space="0" w:color="auto"/>
            </w:tcBorders>
            <w:shd w:val="clear" w:color="auto" w:fill="auto"/>
            <w:noWrap/>
            <w:hideMark/>
          </w:tcPr>
          <w:p w14:paraId="0EA9093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5D43A7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9D3776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25D7346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8AED37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5F419A2" w14:textId="05E695B7" w:rsidR="00595E4A" w:rsidRPr="00FE526D"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Повседневный английский: собеседование для приёма на работу</w:t>
            </w:r>
            <w:r w:rsidR="00FE526D" w:rsidRPr="00FE526D">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rPr>
              <w:t xml:space="preserve">(диалогическая речь). </w:t>
            </w:r>
            <w:r w:rsidRPr="00FE526D">
              <w:rPr>
                <w:rFonts w:ascii="Times New Roman" w:eastAsia="Times New Roman" w:hAnsi="Times New Roman" w:cs="Times New Roman"/>
                <w:bCs/>
                <w:color w:val="000000"/>
                <w:sz w:val="24"/>
                <w:szCs w:val="24"/>
              </w:rPr>
              <w:t>Интонация в общих и специальных вопросах.</w:t>
            </w:r>
          </w:p>
        </w:tc>
        <w:tc>
          <w:tcPr>
            <w:tcW w:w="775" w:type="dxa"/>
            <w:tcBorders>
              <w:top w:val="nil"/>
              <w:left w:val="nil"/>
              <w:bottom w:val="single" w:sz="4" w:space="0" w:color="auto"/>
              <w:right w:val="single" w:sz="4" w:space="0" w:color="auto"/>
            </w:tcBorders>
            <w:shd w:val="clear" w:color="auto" w:fill="auto"/>
            <w:noWrap/>
            <w:hideMark/>
          </w:tcPr>
          <w:p w14:paraId="70883C2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5793DC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0742B99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2D88C1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C01CC4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C0775FE"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Экстремальные виды спорта.</w:t>
            </w:r>
          </w:p>
        </w:tc>
        <w:tc>
          <w:tcPr>
            <w:tcW w:w="775" w:type="dxa"/>
            <w:tcBorders>
              <w:top w:val="nil"/>
              <w:left w:val="nil"/>
              <w:bottom w:val="single" w:sz="4" w:space="0" w:color="auto"/>
              <w:right w:val="single" w:sz="4" w:space="0" w:color="auto"/>
            </w:tcBorders>
            <w:shd w:val="clear" w:color="auto" w:fill="auto"/>
            <w:noWrap/>
            <w:hideMark/>
          </w:tcPr>
          <w:p w14:paraId="4546912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F3C479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06930FF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6A2610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8821C0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127A06B2" w14:textId="77777777" w:rsidR="00595E4A" w:rsidRPr="004A4EB9" w:rsidRDefault="00595E4A" w:rsidP="004A4EB9">
            <w:pPr>
              <w:spacing w:after="0" w:line="240" w:lineRule="auto"/>
              <w:rPr>
                <w:rFonts w:ascii="Times New Roman" w:eastAsia="Times New Roman" w:hAnsi="Times New Roman" w:cs="Times New Roman"/>
                <w:bCs/>
                <w:sz w:val="24"/>
                <w:szCs w:val="24"/>
              </w:rPr>
            </w:pPr>
            <w:r w:rsidRPr="004A4EB9">
              <w:rPr>
                <w:rFonts w:ascii="Times New Roman" w:eastAsia="Times New Roman" w:hAnsi="Times New Roman" w:cs="Times New Roman"/>
                <w:bCs/>
                <w:sz w:val="24"/>
                <w:szCs w:val="24"/>
              </w:rPr>
              <w:t>Текст</w:t>
            </w:r>
            <w:r w:rsidR="00315B18" w:rsidRPr="004A4EB9">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rPr>
              <w:t>"Сделай глубокий вдох".</w:t>
            </w:r>
          </w:p>
        </w:tc>
        <w:tc>
          <w:tcPr>
            <w:tcW w:w="775" w:type="dxa"/>
            <w:tcBorders>
              <w:top w:val="nil"/>
              <w:left w:val="nil"/>
              <w:bottom w:val="single" w:sz="4" w:space="0" w:color="auto"/>
              <w:right w:val="single" w:sz="4" w:space="0" w:color="auto"/>
            </w:tcBorders>
            <w:shd w:val="clear" w:color="auto" w:fill="auto"/>
            <w:noWrap/>
          </w:tcPr>
          <w:p w14:paraId="6E5F9F7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6574CEE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4D3147F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6BE225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E70963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503FABFF" w14:textId="77777777" w:rsidR="00595E4A" w:rsidRPr="004A4EB9" w:rsidRDefault="00595E4A" w:rsidP="004A4EB9">
            <w:pPr>
              <w:spacing w:after="0" w:line="240" w:lineRule="auto"/>
              <w:rPr>
                <w:rFonts w:ascii="Times New Roman" w:eastAsia="Times New Roman" w:hAnsi="Times New Roman" w:cs="Times New Roman"/>
                <w:bCs/>
                <w:sz w:val="24"/>
                <w:szCs w:val="24"/>
              </w:rPr>
            </w:pPr>
            <w:r w:rsidRPr="004A4EB9">
              <w:rPr>
                <w:rFonts w:ascii="Times New Roman" w:eastAsia="Times New Roman" w:hAnsi="Times New Roman" w:cs="Times New Roman"/>
                <w:bCs/>
                <w:sz w:val="24"/>
                <w:szCs w:val="24"/>
              </w:rPr>
              <w:t>Работа волонтёров. Как изменить ситуацию.</w:t>
            </w:r>
          </w:p>
        </w:tc>
        <w:tc>
          <w:tcPr>
            <w:tcW w:w="775" w:type="dxa"/>
            <w:tcBorders>
              <w:top w:val="nil"/>
              <w:left w:val="nil"/>
              <w:bottom w:val="single" w:sz="4" w:space="0" w:color="auto"/>
              <w:right w:val="single" w:sz="4" w:space="0" w:color="auto"/>
            </w:tcBorders>
            <w:shd w:val="clear" w:color="auto" w:fill="auto"/>
            <w:noWrap/>
            <w:hideMark/>
          </w:tcPr>
          <w:p w14:paraId="35B644A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C75A86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8C9F4B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7FCFDC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7393CBA"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9DB7779" w14:textId="5A8AA50F"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формы инфинитива.</w:t>
            </w:r>
          </w:p>
        </w:tc>
        <w:tc>
          <w:tcPr>
            <w:tcW w:w="775" w:type="dxa"/>
            <w:tcBorders>
              <w:top w:val="nil"/>
              <w:left w:val="nil"/>
              <w:bottom w:val="single" w:sz="4" w:space="0" w:color="auto"/>
              <w:right w:val="single" w:sz="4" w:space="0" w:color="auto"/>
            </w:tcBorders>
            <w:shd w:val="clear" w:color="auto" w:fill="auto"/>
            <w:noWrap/>
            <w:hideMark/>
          </w:tcPr>
          <w:p w14:paraId="638336D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BDCE1A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3C998F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15919C4"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FA0F69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D21C2C6"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Сравнения.</w:t>
            </w:r>
          </w:p>
        </w:tc>
        <w:tc>
          <w:tcPr>
            <w:tcW w:w="775" w:type="dxa"/>
            <w:tcBorders>
              <w:top w:val="nil"/>
              <w:left w:val="nil"/>
              <w:bottom w:val="single" w:sz="4" w:space="0" w:color="auto"/>
              <w:right w:val="single" w:sz="4" w:space="0" w:color="auto"/>
            </w:tcBorders>
            <w:shd w:val="clear" w:color="auto" w:fill="auto"/>
            <w:noWrap/>
            <w:hideMark/>
          </w:tcPr>
          <w:p w14:paraId="0339E25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EAC4D1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315408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6CFF783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23E39D0"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683CB095"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Навыки и умения. Вакансии для студентов.</w:t>
            </w:r>
          </w:p>
        </w:tc>
        <w:tc>
          <w:tcPr>
            <w:tcW w:w="775" w:type="dxa"/>
            <w:tcBorders>
              <w:top w:val="nil"/>
              <w:left w:val="nil"/>
              <w:bottom w:val="single" w:sz="4" w:space="0" w:color="auto"/>
              <w:right w:val="single" w:sz="4" w:space="0" w:color="auto"/>
            </w:tcBorders>
            <w:shd w:val="clear" w:color="auto" w:fill="auto"/>
            <w:noWrap/>
            <w:hideMark/>
          </w:tcPr>
          <w:p w14:paraId="7B4F440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AF1C31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7D54D3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1E20095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FB2C16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7B2388D"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 xml:space="preserve">Краткое описание жизни и профессиональных навыков. </w:t>
            </w:r>
            <w:r w:rsidRPr="004A4EB9">
              <w:rPr>
                <w:rFonts w:ascii="Times New Roman" w:eastAsia="Times New Roman" w:hAnsi="Times New Roman" w:cs="Times New Roman"/>
                <w:bCs/>
                <w:color w:val="000000"/>
                <w:sz w:val="24"/>
                <w:szCs w:val="24"/>
                <w:lang w:val="en-US"/>
              </w:rPr>
              <w:t>Запрашивание личной информации.</w:t>
            </w:r>
          </w:p>
        </w:tc>
        <w:tc>
          <w:tcPr>
            <w:tcW w:w="775" w:type="dxa"/>
            <w:tcBorders>
              <w:top w:val="nil"/>
              <w:left w:val="nil"/>
              <w:bottom w:val="single" w:sz="4" w:space="0" w:color="auto"/>
              <w:right w:val="single" w:sz="4" w:space="0" w:color="auto"/>
            </w:tcBorders>
            <w:shd w:val="clear" w:color="auto" w:fill="auto"/>
            <w:noWrap/>
            <w:hideMark/>
          </w:tcPr>
          <w:p w14:paraId="7B30528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7DB3F6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11BAF4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581D47E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E14151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379222C"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Writing</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a</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cover</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letter</w:t>
            </w:r>
            <w:r w:rsidRPr="004A4EB9">
              <w:rPr>
                <w:rFonts w:ascii="Times New Roman" w:eastAsia="Times New Roman" w:hAnsi="Times New Roman" w:cs="Times New Roman"/>
                <w:bCs/>
                <w:color w:val="000000"/>
                <w:sz w:val="24"/>
                <w:szCs w:val="24"/>
              </w:rPr>
              <w:t>. Официальное письмо, ключевые выражения.</w:t>
            </w:r>
          </w:p>
        </w:tc>
        <w:tc>
          <w:tcPr>
            <w:tcW w:w="775" w:type="dxa"/>
            <w:tcBorders>
              <w:top w:val="nil"/>
              <w:left w:val="nil"/>
              <w:bottom w:val="single" w:sz="4" w:space="0" w:color="auto"/>
              <w:right w:val="single" w:sz="4" w:space="0" w:color="auto"/>
            </w:tcBorders>
            <w:shd w:val="clear" w:color="auto" w:fill="auto"/>
            <w:noWrap/>
            <w:hideMark/>
          </w:tcPr>
          <w:p w14:paraId="0920F73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0B8849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1C39AF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059DB5C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65C560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4F5C9CE9"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Официальное письмо работадателю по плану.</w:t>
            </w:r>
          </w:p>
        </w:tc>
        <w:tc>
          <w:tcPr>
            <w:tcW w:w="775" w:type="dxa"/>
            <w:tcBorders>
              <w:top w:val="nil"/>
              <w:left w:val="nil"/>
              <w:bottom w:val="single" w:sz="4" w:space="0" w:color="auto"/>
              <w:right w:val="single" w:sz="4" w:space="0" w:color="auto"/>
            </w:tcBorders>
            <w:shd w:val="clear" w:color="auto" w:fill="auto"/>
            <w:noWrap/>
            <w:hideMark/>
          </w:tcPr>
          <w:p w14:paraId="2EFC7F2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7A77D5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F817CC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4C76E6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E52EC4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1E3E6177" w14:textId="77777777" w:rsidR="00595E4A" w:rsidRPr="004A4EB9" w:rsidRDefault="00595E4A" w:rsidP="004A4EB9">
            <w:pPr>
              <w:spacing w:after="0" w:line="240" w:lineRule="auto"/>
              <w:rPr>
                <w:rFonts w:ascii="Times New Roman" w:eastAsia="Times New Roman" w:hAnsi="Times New Roman" w:cs="Times New Roman"/>
                <w:bCs/>
                <w:sz w:val="24"/>
                <w:szCs w:val="24"/>
                <w:highlight w:val="yellow"/>
              </w:rPr>
            </w:pPr>
            <w:r w:rsidRPr="004A4EB9">
              <w:rPr>
                <w:rFonts w:ascii="Times New Roman" w:eastAsia="Times New Roman" w:hAnsi="Times New Roman" w:cs="Times New Roman"/>
                <w:bCs/>
                <w:sz w:val="24"/>
                <w:szCs w:val="24"/>
                <w:lang w:val="en-US"/>
              </w:rPr>
              <w:t xml:space="preserve">Curricular: Personal, Social, Health &amp; Economic Education./ </w:t>
            </w:r>
            <w:r w:rsidRPr="004A4EB9">
              <w:rPr>
                <w:rFonts w:ascii="Times New Roman" w:eastAsia="Times New Roman" w:hAnsi="Times New Roman" w:cs="Times New Roman"/>
                <w:bCs/>
                <w:sz w:val="24"/>
                <w:szCs w:val="24"/>
              </w:rPr>
              <w:t>Метапредметность: виды образования.</w:t>
            </w:r>
          </w:p>
        </w:tc>
        <w:tc>
          <w:tcPr>
            <w:tcW w:w="775" w:type="dxa"/>
            <w:tcBorders>
              <w:top w:val="nil"/>
              <w:left w:val="nil"/>
              <w:bottom w:val="single" w:sz="4" w:space="0" w:color="auto"/>
              <w:right w:val="single" w:sz="4" w:space="0" w:color="auto"/>
            </w:tcBorders>
            <w:shd w:val="clear" w:color="auto" w:fill="auto"/>
            <w:noWrap/>
            <w:hideMark/>
          </w:tcPr>
          <w:p w14:paraId="5A2DE2A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D5C108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FF212C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7130F7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1E346E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723CB74"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Language Review 1 /Языковые навыки. Повторение изученных тем. Викторина.</w:t>
            </w:r>
          </w:p>
        </w:tc>
        <w:tc>
          <w:tcPr>
            <w:tcW w:w="775" w:type="dxa"/>
            <w:tcBorders>
              <w:top w:val="nil"/>
              <w:left w:val="nil"/>
              <w:bottom w:val="single" w:sz="4" w:space="0" w:color="auto"/>
              <w:right w:val="single" w:sz="4" w:space="0" w:color="auto"/>
            </w:tcBorders>
            <w:shd w:val="clear" w:color="auto" w:fill="auto"/>
            <w:noWrap/>
            <w:hideMark/>
          </w:tcPr>
          <w:p w14:paraId="3341228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4D6FCA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6A7311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3F998A0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144B5A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3F97959"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Проверочная работа по модулю 1</w:t>
            </w:r>
          </w:p>
        </w:tc>
        <w:tc>
          <w:tcPr>
            <w:tcW w:w="775" w:type="dxa"/>
            <w:tcBorders>
              <w:top w:val="nil"/>
              <w:left w:val="nil"/>
              <w:bottom w:val="single" w:sz="4" w:space="0" w:color="auto"/>
              <w:right w:val="single" w:sz="4" w:space="0" w:color="auto"/>
            </w:tcBorders>
            <w:shd w:val="clear" w:color="auto" w:fill="auto"/>
            <w:noWrap/>
            <w:hideMark/>
          </w:tcPr>
          <w:p w14:paraId="04B10F3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7A1A08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E99067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6D1FEE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051DC8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5F851B26" w14:textId="5F295DBD" w:rsidR="00595E4A" w:rsidRPr="002A7DEC" w:rsidRDefault="002A7DEC" w:rsidP="004A4EB9">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Работа над ошибками</w:t>
            </w:r>
          </w:p>
        </w:tc>
        <w:tc>
          <w:tcPr>
            <w:tcW w:w="775" w:type="dxa"/>
            <w:tcBorders>
              <w:top w:val="nil"/>
              <w:left w:val="nil"/>
              <w:bottom w:val="single" w:sz="4" w:space="0" w:color="auto"/>
              <w:right w:val="single" w:sz="4" w:space="0" w:color="auto"/>
            </w:tcBorders>
            <w:shd w:val="clear" w:color="auto" w:fill="auto"/>
            <w:noWrap/>
            <w:hideMark/>
          </w:tcPr>
          <w:p w14:paraId="106F7C4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FFFF1E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8F1298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C45160" w14:paraId="1A54984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12B960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026EB99" w14:textId="1CD40333" w:rsidR="00595E4A" w:rsidRPr="00822415" w:rsidRDefault="00C45160" w:rsidP="00C45160">
            <w:pPr>
              <w:spacing w:after="0" w:line="240" w:lineRule="auto"/>
              <w:rPr>
                <w:rFonts w:ascii="Times New Roman" w:eastAsia="Times New Roman" w:hAnsi="Times New Roman" w:cs="Times New Roman"/>
                <w:b/>
                <w:bCs/>
                <w:color w:val="000000"/>
                <w:sz w:val="24"/>
                <w:szCs w:val="24"/>
                <w:lang w:val="en-US"/>
              </w:rPr>
            </w:pPr>
            <w:r w:rsidRPr="00C45160">
              <w:rPr>
                <w:rFonts w:ascii="Times New Roman" w:eastAsia="Times New Roman" w:hAnsi="Times New Roman" w:cs="Times New Roman"/>
                <w:b/>
                <w:bCs/>
                <w:color w:val="000000"/>
                <w:sz w:val="24"/>
                <w:szCs w:val="24"/>
              </w:rPr>
              <w:t>МОДУЛЬ</w:t>
            </w:r>
            <w:r w:rsidRPr="00C45160">
              <w:rPr>
                <w:rFonts w:ascii="Times New Roman" w:eastAsia="Times New Roman" w:hAnsi="Times New Roman" w:cs="Times New Roman"/>
                <w:b/>
                <w:bCs/>
                <w:color w:val="000000"/>
                <w:sz w:val="24"/>
                <w:szCs w:val="24"/>
                <w:lang w:val="en-US"/>
              </w:rPr>
              <w:t xml:space="preserve"> 2.</w:t>
            </w:r>
            <w:r w:rsidR="00595E4A" w:rsidRPr="00822415">
              <w:rPr>
                <w:rFonts w:ascii="Times New Roman" w:eastAsia="Times New Roman" w:hAnsi="Times New Roman" w:cs="Times New Roman"/>
                <w:b/>
                <w:bCs/>
                <w:color w:val="000000"/>
                <w:sz w:val="24"/>
                <w:szCs w:val="24"/>
                <w:lang w:val="en-US"/>
              </w:rPr>
              <w:t xml:space="preserve"> </w:t>
            </w:r>
            <w:r w:rsidR="00595E4A" w:rsidRPr="00822415">
              <w:rPr>
                <w:rFonts w:ascii="Times New Roman" w:eastAsia="Times New Roman" w:hAnsi="Times New Roman" w:cs="Times New Roman"/>
                <w:bCs/>
                <w:color w:val="000000"/>
                <w:sz w:val="24"/>
                <w:szCs w:val="24"/>
                <w:lang w:val="en-US"/>
              </w:rPr>
              <w:t>C</w:t>
            </w:r>
            <w:r>
              <w:rPr>
                <w:rFonts w:ascii="Times New Roman" w:eastAsia="Times New Roman" w:hAnsi="Times New Roman" w:cs="Times New Roman"/>
                <w:bCs/>
                <w:color w:val="000000"/>
                <w:sz w:val="24"/>
                <w:szCs w:val="24"/>
                <w:lang w:val="en-US"/>
              </w:rPr>
              <w:t>ULTURE</w:t>
            </w:r>
            <w:r w:rsidR="00595E4A" w:rsidRPr="00822415">
              <w:rPr>
                <w:rFonts w:ascii="Times New Roman" w:eastAsia="Times New Roman" w:hAnsi="Times New Roman" w:cs="Times New Roman"/>
                <w:bCs/>
                <w:color w:val="000000"/>
                <w:sz w:val="24"/>
                <w:szCs w:val="24"/>
                <w:lang w:val="en-US"/>
              </w:rPr>
              <w:t xml:space="preserve"> &amp; </w:t>
            </w:r>
            <w:r>
              <w:rPr>
                <w:rFonts w:ascii="Times New Roman" w:eastAsia="Times New Roman" w:hAnsi="Times New Roman" w:cs="Times New Roman"/>
                <w:bCs/>
                <w:color w:val="000000"/>
                <w:sz w:val="24"/>
                <w:szCs w:val="24"/>
                <w:lang w:val="en-US"/>
              </w:rPr>
              <w:t>STORIES</w:t>
            </w:r>
            <w:r w:rsidR="00595E4A" w:rsidRPr="00822415">
              <w:rPr>
                <w:rFonts w:ascii="Times New Roman" w:eastAsia="Times New Roman" w:hAnsi="Times New Roman" w:cs="Times New Roman"/>
                <w:bCs/>
                <w:color w:val="000000"/>
                <w:sz w:val="24"/>
                <w:szCs w:val="24"/>
                <w:lang w:val="en-US"/>
              </w:rPr>
              <w:t xml:space="preserve">. </w:t>
            </w:r>
            <w:r w:rsidR="00595E4A" w:rsidRPr="00822415">
              <w:rPr>
                <w:rFonts w:ascii="Times New Roman" w:eastAsia="Times New Roman" w:hAnsi="Times New Roman" w:cs="Times New Roman"/>
                <w:bCs/>
                <w:color w:val="000000"/>
                <w:sz w:val="24"/>
                <w:szCs w:val="24"/>
              </w:rPr>
              <w:t>Вводный</w:t>
            </w:r>
            <w:r w:rsidR="00595E4A" w:rsidRPr="00822415">
              <w:rPr>
                <w:rFonts w:ascii="Times New Roman" w:eastAsia="Times New Roman" w:hAnsi="Times New Roman" w:cs="Times New Roman"/>
                <w:bCs/>
                <w:color w:val="000000"/>
                <w:sz w:val="24"/>
                <w:szCs w:val="24"/>
                <w:lang w:val="en-US"/>
              </w:rPr>
              <w:t xml:space="preserve"> </w:t>
            </w:r>
            <w:r w:rsidR="00595E4A" w:rsidRPr="00822415">
              <w:rPr>
                <w:rFonts w:ascii="Times New Roman" w:eastAsia="Times New Roman" w:hAnsi="Times New Roman" w:cs="Times New Roman"/>
                <w:bCs/>
                <w:color w:val="000000"/>
                <w:sz w:val="24"/>
                <w:szCs w:val="24"/>
              </w:rPr>
              <w:t>урок</w:t>
            </w:r>
            <w:r w:rsidR="00595E4A" w:rsidRPr="00822415">
              <w:rPr>
                <w:rFonts w:ascii="Times New Roman" w:eastAsia="Times New Roman" w:hAnsi="Times New Roman" w:cs="Times New Roman"/>
                <w:bCs/>
                <w:color w:val="000000"/>
                <w:sz w:val="24"/>
                <w:szCs w:val="24"/>
                <w:lang w:val="en-US"/>
              </w:rPr>
              <w:t xml:space="preserve">. </w:t>
            </w:r>
            <w:r w:rsidR="00595E4A" w:rsidRPr="00822415">
              <w:rPr>
                <w:rFonts w:ascii="Times New Roman" w:eastAsia="Times New Roman" w:hAnsi="Times New Roman" w:cs="Times New Roman"/>
                <w:bCs/>
                <w:color w:val="000000"/>
                <w:sz w:val="24"/>
                <w:szCs w:val="24"/>
              </w:rPr>
              <w:t>Культурные</w:t>
            </w:r>
            <w:r w:rsidR="00595E4A" w:rsidRPr="00822415">
              <w:rPr>
                <w:rFonts w:ascii="Times New Roman" w:eastAsia="Times New Roman" w:hAnsi="Times New Roman" w:cs="Times New Roman"/>
                <w:bCs/>
                <w:color w:val="000000"/>
                <w:sz w:val="24"/>
                <w:szCs w:val="24"/>
                <w:lang w:val="en-US"/>
              </w:rPr>
              <w:t xml:space="preserve"> </w:t>
            </w:r>
            <w:r w:rsidR="00595E4A" w:rsidRPr="00822415">
              <w:rPr>
                <w:rFonts w:ascii="Times New Roman" w:eastAsia="Times New Roman" w:hAnsi="Times New Roman" w:cs="Times New Roman"/>
                <w:bCs/>
                <w:color w:val="000000"/>
                <w:sz w:val="24"/>
                <w:szCs w:val="24"/>
              </w:rPr>
              <w:t>мероприятия</w:t>
            </w:r>
            <w:r w:rsidR="00595E4A" w:rsidRPr="00822415">
              <w:rPr>
                <w:rFonts w:ascii="Times New Roman" w:eastAsia="Times New Roman" w:hAnsi="Times New Roman" w:cs="Times New Roman"/>
                <w:bCs/>
                <w:color w:val="000000"/>
                <w:sz w:val="24"/>
                <w:szCs w:val="24"/>
                <w:lang w:val="en-US"/>
              </w:rPr>
              <w:t>.</w:t>
            </w:r>
            <w:r w:rsidR="00595E4A" w:rsidRPr="00822415">
              <w:rPr>
                <w:rFonts w:ascii="Times New Roman" w:eastAsia="Times New Roman" w:hAnsi="Times New Roman" w:cs="Times New Roman"/>
                <w:bCs/>
                <w:sz w:val="24"/>
                <w:szCs w:val="24"/>
                <w:lang w:val="en-US"/>
              </w:rPr>
              <w:t xml:space="preserve"> </w:t>
            </w:r>
            <w:r w:rsidR="00595E4A" w:rsidRPr="00822415">
              <w:rPr>
                <w:rFonts w:ascii="Times New Roman" w:eastAsia="Times New Roman" w:hAnsi="Times New Roman" w:cs="Times New Roman"/>
                <w:bCs/>
                <w:color w:val="000000"/>
                <w:sz w:val="24"/>
                <w:szCs w:val="24"/>
                <w:lang w:val="en-US"/>
              </w:rPr>
              <w:t>Past Continuous (positive sentences).</w:t>
            </w:r>
          </w:p>
        </w:tc>
        <w:tc>
          <w:tcPr>
            <w:tcW w:w="775" w:type="dxa"/>
            <w:tcBorders>
              <w:top w:val="nil"/>
              <w:left w:val="nil"/>
              <w:bottom w:val="single" w:sz="4" w:space="0" w:color="auto"/>
              <w:right w:val="single" w:sz="4" w:space="0" w:color="auto"/>
            </w:tcBorders>
            <w:shd w:val="clear" w:color="auto" w:fill="auto"/>
            <w:noWrap/>
            <w:hideMark/>
          </w:tcPr>
          <w:p w14:paraId="002925C0"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C45160">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4599F01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D9BBAA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C45160" w14:paraId="418024CA"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A6275B8"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6E4AE7D6" w14:textId="77777777" w:rsidR="00595E4A" w:rsidRPr="0069669C"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Познаём</w:t>
            </w:r>
            <w:r w:rsidRPr="0069669C">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rPr>
              <w:t>мир</w:t>
            </w:r>
            <w:r w:rsidRPr="0069669C">
              <w:rPr>
                <w:rFonts w:ascii="Times New Roman" w:eastAsia="Times New Roman" w:hAnsi="Times New Roman" w:cs="Times New Roman"/>
                <w:bCs/>
                <w:color w:val="000000"/>
                <w:sz w:val="24"/>
                <w:szCs w:val="24"/>
              </w:rPr>
              <w:t>.</w:t>
            </w:r>
            <w:r w:rsidRPr="0069669C">
              <w:rPr>
                <w:rFonts w:ascii="Times New Roman" w:eastAsia="Times New Roman" w:hAnsi="Times New Roman" w:cs="Times New Roman"/>
                <w:bCs/>
                <w:sz w:val="24"/>
                <w:szCs w:val="24"/>
              </w:rPr>
              <w:t xml:space="preserve"> </w:t>
            </w:r>
            <w:r w:rsidRPr="0069669C">
              <w:rPr>
                <w:rFonts w:ascii="Times New Roman" w:eastAsia="Times New Roman" w:hAnsi="Times New Roman" w:cs="Times New Roman"/>
                <w:bCs/>
                <w:color w:val="000000"/>
                <w:sz w:val="24"/>
                <w:szCs w:val="24"/>
              </w:rPr>
              <w:t>"</w:t>
            </w:r>
            <w:r w:rsidRPr="004A4EB9">
              <w:rPr>
                <w:rFonts w:ascii="Times New Roman" w:eastAsia="Times New Roman" w:hAnsi="Times New Roman" w:cs="Times New Roman"/>
                <w:bCs/>
                <w:color w:val="000000"/>
                <w:sz w:val="24"/>
                <w:szCs w:val="24"/>
                <w:lang w:val="en-US"/>
              </w:rPr>
              <w:t>John</w:t>
            </w:r>
            <w:r w:rsidRPr="0069669C">
              <w:rPr>
                <w:rFonts w:ascii="Times New Roman" w:eastAsia="Times New Roman" w:hAnsi="Times New Roman" w:cs="Times New Roman"/>
                <w:bCs/>
                <w:color w:val="000000"/>
                <w:sz w:val="24"/>
                <w:szCs w:val="24"/>
              </w:rPr>
              <w:t>`</w:t>
            </w:r>
            <w:r w:rsidRPr="004A4EB9">
              <w:rPr>
                <w:rFonts w:ascii="Times New Roman" w:eastAsia="Times New Roman" w:hAnsi="Times New Roman" w:cs="Times New Roman"/>
                <w:bCs/>
                <w:color w:val="000000"/>
                <w:sz w:val="24"/>
                <w:szCs w:val="24"/>
                <w:lang w:val="en-US"/>
              </w:rPr>
              <w:t>s</w:t>
            </w:r>
            <w:r w:rsidRPr="0069669C">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travels</w:t>
            </w:r>
            <w:r w:rsidRPr="0069669C">
              <w:rPr>
                <w:rFonts w:ascii="Times New Roman" w:eastAsia="Times New Roman" w:hAnsi="Times New Roman" w:cs="Times New Roman"/>
                <w:bCs/>
                <w:color w:val="000000"/>
                <w:sz w:val="24"/>
                <w:szCs w:val="24"/>
              </w:rPr>
              <w:t xml:space="preserve">". / </w:t>
            </w:r>
            <w:r w:rsidRPr="004A4EB9">
              <w:rPr>
                <w:rFonts w:ascii="Times New Roman" w:eastAsia="Times New Roman" w:hAnsi="Times New Roman" w:cs="Times New Roman"/>
                <w:bCs/>
                <w:color w:val="000000"/>
                <w:sz w:val="24"/>
                <w:szCs w:val="24"/>
              </w:rPr>
              <w:t>Путешествия</w:t>
            </w:r>
            <w:r w:rsidRPr="0069669C">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rPr>
              <w:t>Джона</w:t>
            </w:r>
            <w:r w:rsidRPr="0069669C">
              <w:rPr>
                <w:rFonts w:ascii="Times New Roman" w:eastAsia="Times New Roman" w:hAnsi="Times New Roman" w:cs="Times New Roman"/>
                <w:bCs/>
                <w:color w:val="000000"/>
                <w:sz w:val="24"/>
                <w:szCs w:val="24"/>
              </w:rPr>
              <w:t>.</w:t>
            </w:r>
          </w:p>
        </w:tc>
        <w:tc>
          <w:tcPr>
            <w:tcW w:w="775" w:type="dxa"/>
            <w:tcBorders>
              <w:top w:val="nil"/>
              <w:left w:val="nil"/>
              <w:bottom w:val="single" w:sz="4" w:space="0" w:color="auto"/>
              <w:right w:val="single" w:sz="4" w:space="0" w:color="auto"/>
            </w:tcBorders>
            <w:shd w:val="clear" w:color="auto" w:fill="auto"/>
            <w:noWrap/>
            <w:hideMark/>
          </w:tcPr>
          <w:p w14:paraId="4AACEE55"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C45160">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67401ACD"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1512834"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822415" w:rsidRPr="00822415" w14:paraId="57C77E9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BFB511E" w14:textId="77777777" w:rsidR="00822415" w:rsidRPr="004A4EB9" w:rsidRDefault="00822415"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363DD91" w14:textId="2A41D5CB" w:rsidR="00822415" w:rsidRPr="00822415" w:rsidRDefault="00822415" w:rsidP="004A4EB9">
            <w:pPr>
              <w:spacing w:after="0" w:line="240" w:lineRule="auto"/>
              <w:rPr>
                <w:rFonts w:ascii="Times New Roman" w:eastAsia="Times New Roman" w:hAnsi="Times New Roman" w:cs="Times New Roman"/>
                <w:bCs/>
                <w:color w:val="000000"/>
                <w:sz w:val="24"/>
                <w:szCs w:val="24"/>
              </w:rPr>
            </w:pPr>
            <w:r w:rsidRPr="0069669C">
              <w:rPr>
                <w:rFonts w:ascii="Times New Roman" w:eastAsia="Times New Roman" w:hAnsi="Times New Roman" w:cs="Times New Roman"/>
                <w:bCs/>
                <w:color w:val="000000"/>
                <w:sz w:val="24"/>
                <w:szCs w:val="24"/>
              </w:rPr>
              <w:t>"</w:t>
            </w:r>
            <w:r w:rsidRPr="004A4EB9">
              <w:rPr>
                <w:rFonts w:ascii="Times New Roman" w:eastAsia="Times New Roman" w:hAnsi="Times New Roman" w:cs="Times New Roman"/>
                <w:bCs/>
                <w:color w:val="000000"/>
                <w:sz w:val="24"/>
                <w:szCs w:val="24"/>
                <w:lang w:val="en-US"/>
              </w:rPr>
              <w:t>John</w:t>
            </w:r>
            <w:r w:rsidRPr="0069669C">
              <w:rPr>
                <w:rFonts w:ascii="Times New Roman" w:eastAsia="Times New Roman" w:hAnsi="Times New Roman" w:cs="Times New Roman"/>
                <w:bCs/>
                <w:color w:val="000000"/>
                <w:sz w:val="24"/>
                <w:szCs w:val="24"/>
              </w:rPr>
              <w:t>`</w:t>
            </w:r>
            <w:r w:rsidRPr="004A4EB9">
              <w:rPr>
                <w:rFonts w:ascii="Times New Roman" w:eastAsia="Times New Roman" w:hAnsi="Times New Roman" w:cs="Times New Roman"/>
                <w:bCs/>
                <w:color w:val="000000"/>
                <w:sz w:val="24"/>
                <w:szCs w:val="24"/>
                <w:lang w:val="en-US"/>
              </w:rPr>
              <w:t>s</w:t>
            </w:r>
            <w:r w:rsidRPr="0069669C">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travels</w:t>
            </w:r>
            <w:r w:rsidRPr="0069669C">
              <w:rPr>
                <w:rFonts w:ascii="Times New Roman" w:eastAsia="Times New Roman" w:hAnsi="Times New Roman" w:cs="Times New Roman"/>
                <w:bCs/>
                <w:color w:val="000000"/>
                <w:sz w:val="24"/>
                <w:szCs w:val="24"/>
              </w:rPr>
              <w:t xml:space="preserve">". / </w:t>
            </w:r>
            <w:r w:rsidRPr="004A4EB9">
              <w:rPr>
                <w:rFonts w:ascii="Times New Roman" w:eastAsia="Times New Roman" w:hAnsi="Times New Roman" w:cs="Times New Roman"/>
                <w:bCs/>
                <w:color w:val="000000"/>
                <w:sz w:val="24"/>
                <w:szCs w:val="24"/>
              </w:rPr>
              <w:t>Путешествия</w:t>
            </w:r>
            <w:r w:rsidRPr="0069669C">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rPr>
              <w:t>Джона</w:t>
            </w:r>
            <w:r w:rsidRPr="0069669C">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lang w:val="en-US"/>
              </w:rPr>
              <w:t>Past</w:t>
            </w:r>
            <w:r w:rsidRPr="0069669C">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lang w:val="en-US"/>
              </w:rPr>
              <w:t>Continuous</w:t>
            </w:r>
            <w:r w:rsidRPr="0069669C">
              <w:rPr>
                <w:rFonts w:ascii="Times New Roman" w:eastAsia="Times New Roman" w:hAnsi="Times New Roman" w:cs="Times New Roman"/>
                <w:bCs/>
                <w:color w:val="000000"/>
                <w:sz w:val="24"/>
                <w:szCs w:val="24"/>
              </w:rPr>
              <w:t xml:space="preserve">: </w:t>
            </w:r>
            <w:r w:rsidRPr="00822415">
              <w:rPr>
                <w:rFonts w:ascii="Times New Roman" w:eastAsia="Times New Roman" w:hAnsi="Times New Roman" w:cs="Times New Roman"/>
                <w:bCs/>
                <w:color w:val="000000"/>
                <w:sz w:val="24"/>
                <w:szCs w:val="24"/>
              </w:rPr>
              <w:t>отработка</w:t>
            </w:r>
            <w:r>
              <w:rPr>
                <w:rFonts w:ascii="Times New Roman" w:eastAsia="Times New Roman" w:hAnsi="Times New Roman" w:cs="Times New Roman"/>
                <w:bCs/>
                <w:color w:val="000000"/>
                <w:sz w:val="24"/>
                <w:szCs w:val="24"/>
              </w:rPr>
              <w:t xml:space="preserve"> грамматического материала.</w:t>
            </w:r>
          </w:p>
        </w:tc>
        <w:tc>
          <w:tcPr>
            <w:tcW w:w="775" w:type="dxa"/>
            <w:tcBorders>
              <w:top w:val="nil"/>
              <w:left w:val="nil"/>
              <w:bottom w:val="single" w:sz="4" w:space="0" w:color="auto"/>
              <w:right w:val="single" w:sz="4" w:space="0" w:color="auto"/>
            </w:tcBorders>
            <w:shd w:val="clear" w:color="auto" w:fill="auto"/>
            <w:noWrap/>
          </w:tcPr>
          <w:p w14:paraId="3937E336" w14:textId="703671FB" w:rsidR="00822415" w:rsidRPr="00822415" w:rsidRDefault="00822415" w:rsidP="004A4EB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01458CC" w14:textId="77777777" w:rsidR="00822415" w:rsidRPr="00822415" w:rsidRDefault="00822415"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79F5D35" w14:textId="77777777" w:rsidR="00822415" w:rsidRPr="00822415" w:rsidRDefault="00822415"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38B165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C102150" w14:textId="77777777" w:rsidR="00595E4A" w:rsidRPr="00822415"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41DAE24A"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Время перемен.</w:t>
            </w:r>
            <w:r w:rsidRPr="004A4EB9">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color w:val="000000"/>
                <w:sz w:val="24"/>
                <w:szCs w:val="24"/>
              </w:rPr>
              <w:t>История создания ГУГЛ.</w:t>
            </w:r>
          </w:p>
        </w:tc>
        <w:tc>
          <w:tcPr>
            <w:tcW w:w="775" w:type="dxa"/>
            <w:tcBorders>
              <w:top w:val="nil"/>
              <w:left w:val="nil"/>
              <w:bottom w:val="single" w:sz="4" w:space="0" w:color="auto"/>
              <w:right w:val="single" w:sz="4" w:space="0" w:color="auto"/>
            </w:tcBorders>
            <w:shd w:val="clear" w:color="auto" w:fill="auto"/>
            <w:noWrap/>
            <w:hideMark/>
          </w:tcPr>
          <w:p w14:paraId="0527FDD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A41C31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7E767E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130F12B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9E4CB4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2956CA5E"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Грамматика</w:t>
            </w:r>
            <w:r w:rsidRPr="004A4EB9">
              <w:rPr>
                <w:rFonts w:ascii="Times New Roman" w:eastAsia="Times New Roman" w:hAnsi="Times New Roman" w:cs="Times New Roman"/>
                <w:bCs/>
                <w:color w:val="000000"/>
                <w:sz w:val="24"/>
                <w:szCs w:val="24"/>
                <w:lang w:val="en-US"/>
              </w:rPr>
              <w:t>: Past Continuous (negative, interrogative, short answers).</w:t>
            </w:r>
          </w:p>
        </w:tc>
        <w:tc>
          <w:tcPr>
            <w:tcW w:w="775" w:type="dxa"/>
            <w:tcBorders>
              <w:top w:val="nil"/>
              <w:left w:val="nil"/>
              <w:bottom w:val="single" w:sz="4" w:space="0" w:color="auto"/>
              <w:right w:val="single" w:sz="4" w:space="0" w:color="auto"/>
            </w:tcBorders>
            <w:shd w:val="clear" w:color="auto" w:fill="auto"/>
            <w:noWrap/>
            <w:hideMark/>
          </w:tcPr>
          <w:p w14:paraId="019E49C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07FF6C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82C358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205CF2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44EBAC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1B5FF6CE"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Past Continuous vs Past Simple.</w:t>
            </w:r>
          </w:p>
        </w:tc>
        <w:tc>
          <w:tcPr>
            <w:tcW w:w="775" w:type="dxa"/>
            <w:tcBorders>
              <w:top w:val="nil"/>
              <w:left w:val="nil"/>
              <w:bottom w:val="single" w:sz="4" w:space="0" w:color="auto"/>
              <w:right w:val="single" w:sz="4" w:space="0" w:color="auto"/>
            </w:tcBorders>
            <w:shd w:val="clear" w:color="auto" w:fill="auto"/>
            <w:noWrap/>
            <w:hideMark/>
          </w:tcPr>
          <w:p w14:paraId="4B8BEB2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1C8A7A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9D4C13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D540F1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3E9A38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5342686"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tcPr>
          <w:p w14:paraId="2CB6B56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859F84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E9676B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8A348F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CD38DF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5AFA27CD" w14:textId="1CAE9DE8" w:rsidR="00595E4A" w:rsidRPr="004A4EB9" w:rsidRDefault="00595E4A" w:rsidP="00822415">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Culture</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Corner</w:t>
            </w:r>
            <w:r w:rsidRPr="004A4EB9">
              <w:rPr>
                <w:rFonts w:ascii="Times New Roman" w:eastAsia="Times New Roman" w:hAnsi="Times New Roman" w:cs="Times New Roman"/>
                <w:bCs/>
                <w:color w:val="000000"/>
                <w:sz w:val="24"/>
                <w:szCs w:val="24"/>
              </w:rPr>
              <w:t xml:space="preserve">: </w:t>
            </w:r>
            <w:r w:rsidR="00822415">
              <w:rPr>
                <w:rFonts w:ascii="Times New Roman" w:eastAsia="Times New Roman" w:hAnsi="Times New Roman" w:cs="Times New Roman"/>
                <w:bCs/>
                <w:color w:val="000000"/>
                <w:sz w:val="24"/>
                <w:szCs w:val="24"/>
              </w:rPr>
              <w:t>известные личности</w:t>
            </w:r>
          </w:p>
        </w:tc>
        <w:tc>
          <w:tcPr>
            <w:tcW w:w="775" w:type="dxa"/>
            <w:tcBorders>
              <w:top w:val="nil"/>
              <w:left w:val="nil"/>
              <w:bottom w:val="single" w:sz="4" w:space="0" w:color="auto"/>
              <w:right w:val="single" w:sz="4" w:space="0" w:color="auto"/>
            </w:tcBorders>
            <w:shd w:val="clear" w:color="auto" w:fill="auto"/>
            <w:noWrap/>
            <w:hideMark/>
          </w:tcPr>
          <w:p w14:paraId="49D5D30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B0E123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55DE34F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3150E69C"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B33060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F7AC2F0"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Повседневный английский. Выражение собственного мнения.</w:t>
            </w:r>
          </w:p>
        </w:tc>
        <w:tc>
          <w:tcPr>
            <w:tcW w:w="775" w:type="dxa"/>
            <w:tcBorders>
              <w:top w:val="nil"/>
              <w:left w:val="nil"/>
              <w:bottom w:val="single" w:sz="4" w:space="0" w:color="auto"/>
              <w:right w:val="single" w:sz="4" w:space="0" w:color="auto"/>
            </w:tcBorders>
            <w:shd w:val="clear" w:color="auto" w:fill="auto"/>
            <w:noWrap/>
            <w:hideMark/>
          </w:tcPr>
          <w:p w14:paraId="139531D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DA648A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4F3EA51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FA0BF5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7ABB46F"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6135BDEB" w14:textId="1AA7C27E" w:rsidR="00595E4A" w:rsidRPr="00822415" w:rsidRDefault="00595E4A" w:rsidP="004A4EB9">
            <w:pPr>
              <w:spacing w:after="0" w:line="240" w:lineRule="auto"/>
              <w:rPr>
                <w:rFonts w:ascii="Times New Roman" w:eastAsia="Times New Roman" w:hAnsi="Times New Roman" w:cs="Times New Roman"/>
                <w:bCs/>
                <w:color w:val="000000"/>
                <w:sz w:val="24"/>
                <w:szCs w:val="24"/>
              </w:rPr>
            </w:pPr>
            <w:r w:rsidRPr="00822415">
              <w:rPr>
                <w:rFonts w:ascii="Times New Roman" w:eastAsia="Times New Roman" w:hAnsi="Times New Roman" w:cs="Times New Roman"/>
                <w:bCs/>
                <w:color w:val="000000"/>
                <w:sz w:val="24"/>
                <w:szCs w:val="24"/>
              </w:rPr>
              <w:t>Изумительные представления. Китайская опера.</w:t>
            </w:r>
            <w:r w:rsidR="00822415">
              <w:rPr>
                <w:rFonts w:ascii="Times New Roman" w:eastAsia="Times New Roman" w:hAnsi="Times New Roman" w:cs="Times New Roman"/>
                <w:bCs/>
                <w:color w:val="000000"/>
                <w:sz w:val="24"/>
                <w:szCs w:val="24"/>
              </w:rPr>
              <w:t xml:space="preserve"> Работа с текстом.</w:t>
            </w:r>
          </w:p>
        </w:tc>
        <w:tc>
          <w:tcPr>
            <w:tcW w:w="775" w:type="dxa"/>
            <w:tcBorders>
              <w:top w:val="nil"/>
              <w:left w:val="nil"/>
              <w:bottom w:val="single" w:sz="4" w:space="0" w:color="auto"/>
              <w:right w:val="single" w:sz="4" w:space="0" w:color="auto"/>
            </w:tcBorders>
            <w:shd w:val="clear" w:color="auto" w:fill="auto"/>
            <w:noWrap/>
            <w:hideMark/>
          </w:tcPr>
          <w:p w14:paraId="65C3D80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54387D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ABE3FC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822415" w:rsidRPr="002F7635" w14:paraId="38D364E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E1C70FE" w14:textId="77777777" w:rsidR="00822415" w:rsidRPr="00822415" w:rsidRDefault="00822415"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642789C7" w14:textId="1FC45E88" w:rsidR="00822415" w:rsidRPr="00822415" w:rsidRDefault="00822415" w:rsidP="004A4EB9">
            <w:pPr>
              <w:spacing w:after="0" w:line="240" w:lineRule="auto"/>
              <w:rPr>
                <w:rFonts w:ascii="Times New Roman" w:eastAsia="Times New Roman" w:hAnsi="Times New Roman" w:cs="Times New Roman"/>
                <w:bCs/>
                <w:color w:val="000000"/>
                <w:sz w:val="24"/>
                <w:szCs w:val="24"/>
              </w:rPr>
            </w:pPr>
            <w:r w:rsidRPr="00822415">
              <w:rPr>
                <w:rFonts w:ascii="Times New Roman" w:eastAsia="Times New Roman" w:hAnsi="Times New Roman" w:cs="Times New Roman"/>
                <w:bCs/>
                <w:color w:val="000000"/>
                <w:sz w:val="24"/>
                <w:szCs w:val="24"/>
              </w:rPr>
              <w:t>Изумительные представления. Китайская опера.</w:t>
            </w:r>
            <w:r>
              <w:rPr>
                <w:rFonts w:ascii="Times New Roman" w:eastAsia="Times New Roman" w:hAnsi="Times New Roman" w:cs="Times New Roman"/>
                <w:bCs/>
                <w:color w:val="000000"/>
                <w:sz w:val="24"/>
                <w:szCs w:val="24"/>
              </w:rPr>
              <w:t xml:space="preserve">  Монологическое высказывание.</w:t>
            </w:r>
          </w:p>
        </w:tc>
        <w:tc>
          <w:tcPr>
            <w:tcW w:w="775" w:type="dxa"/>
            <w:tcBorders>
              <w:top w:val="nil"/>
              <w:left w:val="nil"/>
              <w:bottom w:val="single" w:sz="4" w:space="0" w:color="auto"/>
              <w:right w:val="single" w:sz="4" w:space="0" w:color="auto"/>
            </w:tcBorders>
            <w:shd w:val="clear" w:color="auto" w:fill="auto"/>
            <w:noWrap/>
          </w:tcPr>
          <w:p w14:paraId="5BDD7866" w14:textId="77777777" w:rsidR="00822415" w:rsidRPr="004A4EB9" w:rsidRDefault="00822415"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15" w:type="dxa"/>
            <w:tcBorders>
              <w:top w:val="nil"/>
              <w:left w:val="nil"/>
              <w:bottom w:val="single" w:sz="4" w:space="0" w:color="auto"/>
              <w:right w:val="single" w:sz="4" w:space="0" w:color="auto"/>
            </w:tcBorders>
          </w:tcPr>
          <w:p w14:paraId="5A60CA7A" w14:textId="77777777" w:rsidR="00822415" w:rsidRPr="004A4EB9" w:rsidRDefault="00822415"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4E4499F7" w14:textId="77777777" w:rsidR="00822415" w:rsidRPr="004A4EB9" w:rsidRDefault="00822415"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3CA364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4D9E3A5" w14:textId="77777777" w:rsidR="00595E4A" w:rsidRPr="00822415"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25FF05C3" w14:textId="77777777" w:rsidR="00595E4A" w:rsidRPr="00822415" w:rsidRDefault="00595E4A" w:rsidP="004A4EB9">
            <w:pPr>
              <w:spacing w:after="0" w:line="240" w:lineRule="auto"/>
              <w:rPr>
                <w:rFonts w:ascii="Times New Roman" w:eastAsia="Times New Roman" w:hAnsi="Times New Roman" w:cs="Times New Roman"/>
                <w:bCs/>
                <w:color w:val="000000"/>
                <w:sz w:val="24"/>
                <w:szCs w:val="24"/>
              </w:rPr>
            </w:pPr>
            <w:r w:rsidRPr="00822415">
              <w:rPr>
                <w:rFonts w:ascii="Times New Roman" w:eastAsia="Times New Roman" w:hAnsi="Times New Roman" w:cs="Times New Roman"/>
                <w:bCs/>
                <w:color w:val="000000"/>
                <w:sz w:val="24"/>
                <w:szCs w:val="24"/>
              </w:rPr>
              <w:t>Грамматика: структура '</w:t>
            </w:r>
            <w:r w:rsidRPr="004A4EB9">
              <w:rPr>
                <w:rFonts w:ascii="Times New Roman" w:eastAsia="Times New Roman" w:hAnsi="Times New Roman" w:cs="Times New Roman"/>
                <w:bCs/>
                <w:color w:val="000000"/>
                <w:sz w:val="24"/>
                <w:szCs w:val="24"/>
                <w:lang w:val="en-US"/>
              </w:rPr>
              <w:t>used</w:t>
            </w:r>
            <w:r w:rsidRPr="00822415">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to</w:t>
            </w:r>
            <w:r w:rsidRPr="00822415">
              <w:rPr>
                <w:rFonts w:ascii="Times New Roman" w:eastAsia="Times New Roman" w:hAnsi="Times New Roman" w:cs="Times New Roman"/>
                <w:bCs/>
                <w:color w:val="000000"/>
                <w:sz w:val="24"/>
                <w:szCs w:val="24"/>
              </w:rPr>
              <w:t>'.</w:t>
            </w:r>
          </w:p>
        </w:tc>
        <w:tc>
          <w:tcPr>
            <w:tcW w:w="775" w:type="dxa"/>
            <w:tcBorders>
              <w:top w:val="nil"/>
              <w:left w:val="nil"/>
              <w:bottom w:val="single" w:sz="4" w:space="0" w:color="auto"/>
              <w:right w:val="single" w:sz="4" w:space="0" w:color="auto"/>
            </w:tcBorders>
            <w:shd w:val="clear" w:color="auto" w:fill="auto"/>
            <w:noWrap/>
            <w:hideMark/>
          </w:tcPr>
          <w:p w14:paraId="438CD4F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CD3F53C" w14:textId="77777777" w:rsidR="00595E4A" w:rsidRPr="00822415"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A73B3EC" w14:textId="77777777" w:rsidR="00595E4A" w:rsidRPr="00822415"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2C68A39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F904D6D" w14:textId="77777777" w:rsidR="00595E4A" w:rsidRPr="00822415"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5DF74B6D" w14:textId="77777777" w:rsidR="00595E4A" w:rsidRPr="00822415" w:rsidRDefault="00595E4A" w:rsidP="004A4EB9">
            <w:pPr>
              <w:spacing w:after="0" w:line="240" w:lineRule="auto"/>
              <w:rPr>
                <w:rFonts w:ascii="Times New Roman" w:eastAsia="Times New Roman" w:hAnsi="Times New Roman" w:cs="Times New Roman"/>
                <w:bCs/>
                <w:color w:val="000000"/>
                <w:sz w:val="24"/>
                <w:szCs w:val="24"/>
              </w:rPr>
            </w:pPr>
            <w:r w:rsidRPr="00822415">
              <w:rPr>
                <w:rFonts w:ascii="Times New Roman" w:eastAsia="Times New Roman" w:hAnsi="Times New Roman" w:cs="Times New Roman"/>
                <w:bCs/>
                <w:color w:val="000000"/>
                <w:sz w:val="24"/>
                <w:szCs w:val="24"/>
              </w:rPr>
              <w:t>Город призраков Йорк.</w:t>
            </w:r>
          </w:p>
        </w:tc>
        <w:tc>
          <w:tcPr>
            <w:tcW w:w="775" w:type="dxa"/>
            <w:tcBorders>
              <w:top w:val="nil"/>
              <w:left w:val="nil"/>
              <w:bottom w:val="single" w:sz="4" w:space="0" w:color="auto"/>
              <w:right w:val="single" w:sz="4" w:space="0" w:color="auto"/>
            </w:tcBorders>
            <w:shd w:val="clear" w:color="auto" w:fill="auto"/>
            <w:noWrap/>
            <w:hideMark/>
          </w:tcPr>
          <w:p w14:paraId="7315861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BC6E77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8ABA86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56D412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5593485" w14:textId="77777777" w:rsidR="00595E4A" w:rsidRPr="00822415"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0A40A989"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Past perfect/ Past perfect continuous.</w:t>
            </w:r>
          </w:p>
        </w:tc>
        <w:tc>
          <w:tcPr>
            <w:tcW w:w="775" w:type="dxa"/>
            <w:tcBorders>
              <w:top w:val="nil"/>
              <w:left w:val="nil"/>
              <w:bottom w:val="single" w:sz="4" w:space="0" w:color="auto"/>
              <w:right w:val="single" w:sz="4" w:space="0" w:color="auto"/>
            </w:tcBorders>
            <w:shd w:val="clear" w:color="auto" w:fill="auto"/>
            <w:noWrap/>
            <w:hideMark/>
          </w:tcPr>
          <w:p w14:paraId="6DB4B0B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7ECC61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178E16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85B357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B6A641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FFFFFF"/>
            <w:vAlign w:val="center"/>
          </w:tcPr>
          <w:p w14:paraId="3B8EB33A"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hideMark/>
          </w:tcPr>
          <w:p w14:paraId="6C7E8F0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E432E3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25169F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2A4B7BB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E1E34E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FFFFFF"/>
            <w:vAlign w:val="bottom"/>
          </w:tcPr>
          <w:p w14:paraId="57E04E42" w14:textId="5806F009" w:rsidR="00595E4A" w:rsidRPr="00C45160" w:rsidRDefault="00C45160" w:rsidP="004A4EB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Cs/>
                <w:color w:val="000000"/>
                <w:sz w:val="24"/>
                <w:szCs w:val="24"/>
                <w:lang w:val="en-US" w:eastAsia="ru-RU"/>
              </w:rPr>
              <w:t xml:space="preserve">Types of reading material/ </w:t>
            </w:r>
            <w:r>
              <w:rPr>
                <w:rFonts w:ascii="Times New Roman" w:eastAsia="Times New Roman" w:hAnsi="Times New Roman" w:cs="Times New Roman"/>
                <w:bCs/>
                <w:color w:val="000000"/>
                <w:sz w:val="24"/>
                <w:szCs w:val="24"/>
                <w:lang w:eastAsia="ru-RU"/>
              </w:rPr>
              <w:t>чтение</w:t>
            </w:r>
            <w:r w:rsidRPr="00C45160">
              <w:rPr>
                <w:rFonts w:ascii="Times New Roman" w:eastAsia="Times New Roman" w:hAnsi="Times New Roman" w:cs="Times New Roman"/>
                <w:bCs/>
                <w:color w:val="000000"/>
                <w:sz w:val="24"/>
                <w:szCs w:val="24"/>
                <w:lang w:val="en-US" w:eastAsia="ru-RU"/>
              </w:rPr>
              <w:t xml:space="preserve"> </w:t>
            </w:r>
            <w:r>
              <w:rPr>
                <w:rFonts w:ascii="Times New Roman" w:eastAsia="Times New Roman" w:hAnsi="Times New Roman" w:cs="Times New Roman"/>
                <w:bCs/>
                <w:color w:val="000000"/>
                <w:sz w:val="24"/>
                <w:szCs w:val="24"/>
                <w:lang w:eastAsia="ru-RU"/>
              </w:rPr>
              <w:t>и</w:t>
            </w:r>
            <w:r w:rsidRPr="00C45160">
              <w:rPr>
                <w:rFonts w:ascii="Times New Roman" w:eastAsia="Times New Roman" w:hAnsi="Times New Roman" w:cs="Times New Roman"/>
                <w:bCs/>
                <w:color w:val="000000"/>
                <w:sz w:val="24"/>
                <w:szCs w:val="24"/>
                <w:lang w:val="en-US" w:eastAsia="ru-RU"/>
              </w:rPr>
              <w:t xml:space="preserve"> </w:t>
            </w:r>
            <w:r>
              <w:rPr>
                <w:rFonts w:ascii="Times New Roman" w:eastAsia="Times New Roman" w:hAnsi="Times New Roman" w:cs="Times New Roman"/>
                <w:bCs/>
                <w:color w:val="000000"/>
                <w:sz w:val="24"/>
                <w:szCs w:val="24"/>
                <w:lang w:eastAsia="ru-RU"/>
              </w:rPr>
              <w:t>виды</w:t>
            </w:r>
            <w:r w:rsidRPr="00C45160">
              <w:rPr>
                <w:rFonts w:ascii="Times New Roman" w:eastAsia="Times New Roman" w:hAnsi="Times New Roman" w:cs="Times New Roman"/>
                <w:bCs/>
                <w:color w:val="000000"/>
                <w:sz w:val="24"/>
                <w:szCs w:val="24"/>
                <w:lang w:val="en-US" w:eastAsia="ru-RU"/>
              </w:rPr>
              <w:t xml:space="preserve"> </w:t>
            </w:r>
            <w:r>
              <w:rPr>
                <w:rFonts w:ascii="Times New Roman" w:eastAsia="Times New Roman" w:hAnsi="Times New Roman" w:cs="Times New Roman"/>
                <w:bCs/>
                <w:color w:val="000000"/>
                <w:sz w:val="24"/>
                <w:szCs w:val="24"/>
                <w:lang w:eastAsia="ru-RU"/>
              </w:rPr>
              <w:t>книг</w:t>
            </w:r>
          </w:p>
        </w:tc>
        <w:tc>
          <w:tcPr>
            <w:tcW w:w="775" w:type="dxa"/>
            <w:tcBorders>
              <w:top w:val="nil"/>
              <w:left w:val="nil"/>
              <w:bottom w:val="single" w:sz="4" w:space="0" w:color="auto"/>
              <w:right w:val="single" w:sz="4" w:space="0" w:color="auto"/>
            </w:tcBorders>
            <w:shd w:val="clear" w:color="auto" w:fill="auto"/>
            <w:noWrap/>
            <w:hideMark/>
          </w:tcPr>
          <w:p w14:paraId="53272E7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12DECA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9DCE50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6467857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CD5CF4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217CDE29" w14:textId="4E850C5E" w:rsidR="00595E4A" w:rsidRPr="004A4EB9" w:rsidRDefault="00C45160" w:rsidP="004A4EB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Написание историй</w:t>
            </w:r>
          </w:p>
        </w:tc>
        <w:tc>
          <w:tcPr>
            <w:tcW w:w="775" w:type="dxa"/>
            <w:tcBorders>
              <w:top w:val="nil"/>
              <w:left w:val="nil"/>
              <w:bottom w:val="single" w:sz="4" w:space="0" w:color="auto"/>
              <w:right w:val="single" w:sz="4" w:space="0" w:color="auto"/>
            </w:tcBorders>
            <w:shd w:val="clear" w:color="auto" w:fill="auto"/>
            <w:noWrap/>
            <w:hideMark/>
          </w:tcPr>
          <w:p w14:paraId="4E6393C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D29EF3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CCA353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39EE10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2774EC9"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66167632" w14:textId="7D73F236" w:rsidR="00595E4A" w:rsidRPr="004A4EB9" w:rsidRDefault="00C45160" w:rsidP="004A4EB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Написание историй (практика)</w:t>
            </w:r>
          </w:p>
        </w:tc>
        <w:tc>
          <w:tcPr>
            <w:tcW w:w="775" w:type="dxa"/>
            <w:tcBorders>
              <w:top w:val="nil"/>
              <w:left w:val="nil"/>
              <w:bottom w:val="single" w:sz="4" w:space="0" w:color="auto"/>
              <w:right w:val="single" w:sz="4" w:space="0" w:color="auto"/>
            </w:tcBorders>
            <w:shd w:val="clear" w:color="auto" w:fill="auto"/>
            <w:noWrap/>
            <w:hideMark/>
          </w:tcPr>
          <w:p w14:paraId="06C13BB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E1C0C3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50D205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C45160" w:rsidRPr="002F7635" w14:paraId="45E745F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EA9E9AD" w14:textId="77777777" w:rsidR="00C45160" w:rsidRPr="004A4EB9" w:rsidRDefault="00C45160"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07767787" w14:textId="28C0580F" w:rsidR="00C45160" w:rsidRPr="004A4EB9" w:rsidRDefault="00C45160" w:rsidP="004A4EB9">
            <w:pPr>
              <w:spacing w:after="0" w:line="240" w:lineRule="auto"/>
              <w:rPr>
                <w:rFonts w:ascii="Times New Roman" w:eastAsia="Times New Roman" w:hAnsi="Times New Roman" w:cs="Times New Roman"/>
                <w:bCs/>
                <w:sz w:val="24"/>
                <w:szCs w:val="24"/>
              </w:rPr>
            </w:pPr>
            <w:r w:rsidRPr="004A4EB9">
              <w:rPr>
                <w:rFonts w:ascii="Times New Roman" w:eastAsia="Times New Roman" w:hAnsi="Times New Roman" w:cs="Times New Roman"/>
                <w:bCs/>
                <w:color w:val="000000"/>
                <w:sz w:val="24"/>
                <w:szCs w:val="24"/>
                <w:lang w:val="en-US" w:eastAsia="ru-RU"/>
              </w:rPr>
              <w:t>Curricular</w:t>
            </w:r>
          </w:p>
        </w:tc>
        <w:tc>
          <w:tcPr>
            <w:tcW w:w="775" w:type="dxa"/>
            <w:tcBorders>
              <w:top w:val="nil"/>
              <w:left w:val="nil"/>
              <w:bottom w:val="single" w:sz="4" w:space="0" w:color="auto"/>
              <w:right w:val="single" w:sz="4" w:space="0" w:color="auto"/>
            </w:tcBorders>
            <w:shd w:val="clear" w:color="auto" w:fill="auto"/>
            <w:noWrap/>
          </w:tcPr>
          <w:p w14:paraId="66D43C40" w14:textId="77777777" w:rsidR="00C45160" w:rsidRPr="004A4EB9" w:rsidRDefault="00C45160"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15" w:type="dxa"/>
            <w:tcBorders>
              <w:top w:val="nil"/>
              <w:left w:val="nil"/>
              <w:bottom w:val="single" w:sz="4" w:space="0" w:color="auto"/>
              <w:right w:val="single" w:sz="4" w:space="0" w:color="auto"/>
            </w:tcBorders>
          </w:tcPr>
          <w:p w14:paraId="771844A7" w14:textId="77777777" w:rsidR="00C45160" w:rsidRPr="004A4EB9" w:rsidRDefault="00C45160"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790EBFF6" w14:textId="77777777" w:rsidR="00C45160" w:rsidRPr="004A4EB9" w:rsidRDefault="00C45160" w:rsidP="004A4EB9">
            <w:pPr>
              <w:spacing w:after="0" w:line="240" w:lineRule="auto"/>
              <w:jc w:val="center"/>
              <w:rPr>
                <w:rFonts w:ascii="Times New Roman" w:eastAsia="Times New Roman" w:hAnsi="Times New Roman" w:cs="Times New Roman"/>
                <w:bCs/>
                <w:color w:val="000000"/>
                <w:sz w:val="24"/>
                <w:szCs w:val="24"/>
                <w:lang w:eastAsia="ru-RU"/>
              </w:rPr>
            </w:pPr>
          </w:p>
        </w:tc>
      </w:tr>
      <w:tr w:rsidR="00C45160" w:rsidRPr="002F7635" w14:paraId="1C3BAE6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473E979" w14:textId="77777777" w:rsidR="00C45160" w:rsidRPr="004A4EB9" w:rsidRDefault="00C45160"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7DD0B180" w14:textId="6B8E98B9" w:rsidR="00C45160" w:rsidRPr="004A4EB9" w:rsidRDefault="00C45160" w:rsidP="004A4EB9">
            <w:pPr>
              <w:spacing w:after="0" w:line="240" w:lineRule="auto"/>
              <w:rPr>
                <w:rFonts w:ascii="Times New Roman" w:eastAsia="Times New Roman" w:hAnsi="Times New Roman" w:cs="Times New Roman"/>
                <w:bCs/>
                <w:sz w:val="24"/>
                <w:szCs w:val="24"/>
              </w:rPr>
            </w:pPr>
            <w:r w:rsidRPr="004A4EB9">
              <w:rPr>
                <w:rFonts w:ascii="Times New Roman" w:eastAsia="Times New Roman" w:hAnsi="Times New Roman" w:cs="Times New Roman"/>
                <w:bCs/>
                <w:sz w:val="24"/>
                <w:szCs w:val="24"/>
                <w:lang w:eastAsia="ru-RU"/>
              </w:rPr>
              <w:t>Language Review 2. Повторение: языковые навыки.</w:t>
            </w:r>
          </w:p>
        </w:tc>
        <w:tc>
          <w:tcPr>
            <w:tcW w:w="775" w:type="dxa"/>
            <w:tcBorders>
              <w:top w:val="nil"/>
              <w:left w:val="nil"/>
              <w:bottom w:val="single" w:sz="4" w:space="0" w:color="auto"/>
              <w:right w:val="single" w:sz="4" w:space="0" w:color="auto"/>
            </w:tcBorders>
            <w:shd w:val="clear" w:color="auto" w:fill="auto"/>
            <w:noWrap/>
          </w:tcPr>
          <w:p w14:paraId="4A3686F1" w14:textId="77777777" w:rsidR="00C45160" w:rsidRPr="004A4EB9" w:rsidRDefault="00C45160"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15" w:type="dxa"/>
            <w:tcBorders>
              <w:top w:val="nil"/>
              <w:left w:val="nil"/>
              <w:bottom w:val="single" w:sz="4" w:space="0" w:color="auto"/>
              <w:right w:val="single" w:sz="4" w:space="0" w:color="auto"/>
            </w:tcBorders>
          </w:tcPr>
          <w:p w14:paraId="28E3A6BE" w14:textId="77777777" w:rsidR="00C45160" w:rsidRPr="0069669C" w:rsidRDefault="00C45160"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40807CAC" w14:textId="77777777" w:rsidR="00C45160" w:rsidRPr="004A4EB9" w:rsidRDefault="00C45160"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46BFAA7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12BBC8F" w14:textId="77777777" w:rsidR="00595E4A" w:rsidRPr="0069669C"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bottom"/>
          </w:tcPr>
          <w:p w14:paraId="75ED8CE4" w14:textId="2379B17E" w:rsidR="00595E4A" w:rsidRPr="002A7DEC" w:rsidRDefault="00595E4A" w:rsidP="00B96488">
            <w:pPr>
              <w:spacing w:after="0" w:line="240" w:lineRule="auto"/>
              <w:rPr>
                <w:rFonts w:ascii="Times New Roman" w:eastAsia="Times New Roman" w:hAnsi="Times New Roman" w:cs="Times New Roman"/>
                <w:b/>
                <w:bCs/>
                <w:sz w:val="24"/>
                <w:szCs w:val="24"/>
              </w:rPr>
            </w:pPr>
            <w:r w:rsidRPr="002A7DEC">
              <w:rPr>
                <w:rFonts w:ascii="Times New Roman" w:eastAsia="Times New Roman" w:hAnsi="Times New Roman" w:cs="Times New Roman"/>
                <w:b/>
                <w:bCs/>
                <w:sz w:val="24"/>
                <w:szCs w:val="24"/>
              </w:rPr>
              <w:t xml:space="preserve">Контрольная работа за 1 триместр </w:t>
            </w:r>
          </w:p>
        </w:tc>
        <w:tc>
          <w:tcPr>
            <w:tcW w:w="775" w:type="dxa"/>
            <w:tcBorders>
              <w:top w:val="nil"/>
              <w:left w:val="nil"/>
              <w:bottom w:val="single" w:sz="4" w:space="0" w:color="auto"/>
              <w:right w:val="single" w:sz="4" w:space="0" w:color="auto"/>
            </w:tcBorders>
            <w:shd w:val="clear" w:color="auto" w:fill="auto"/>
            <w:noWrap/>
          </w:tcPr>
          <w:p w14:paraId="354309F4" w14:textId="77777777" w:rsidR="00595E4A" w:rsidRPr="002A7DEC"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r w:rsidRPr="002A7DEC">
              <w:rPr>
                <w:rFonts w:ascii="Times New Roman" w:eastAsia="Times New Roman" w:hAnsi="Times New Roman" w:cs="Times New Roman"/>
                <w:b/>
                <w:bCs/>
                <w:color w:val="000000"/>
                <w:sz w:val="24"/>
                <w:szCs w:val="24"/>
                <w:lang w:eastAsia="ru-RU"/>
              </w:rPr>
              <w:t>1</w:t>
            </w:r>
          </w:p>
        </w:tc>
        <w:tc>
          <w:tcPr>
            <w:tcW w:w="1515" w:type="dxa"/>
            <w:tcBorders>
              <w:top w:val="nil"/>
              <w:left w:val="nil"/>
              <w:bottom w:val="single" w:sz="4" w:space="0" w:color="auto"/>
              <w:right w:val="single" w:sz="4" w:space="0" w:color="auto"/>
            </w:tcBorders>
          </w:tcPr>
          <w:p w14:paraId="67E1AAAF" w14:textId="77777777" w:rsidR="00595E4A" w:rsidRPr="002A7DEC"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r w:rsidRPr="002A7DEC">
              <w:rPr>
                <w:rFonts w:ascii="Times New Roman" w:eastAsia="Times New Roman" w:hAnsi="Times New Roman" w:cs="Times New Roman"/>
                <w:b/>
                <w:bCs/>
                <w:color w:val="000000"/>
                <w:sz w:val="24"/>
                <w:szCs w:val="24"/>
                <w:lang w:eastAsia="ru-RU"/>
              </w:rPr>
              <w:t>1</w:t>
            </w:r>
          </w:p>
        </w:tc>
        <w:tc>
          <w:tcPr>
            <w:tcW w:w="1575" w:type="dxa"/>
            <w:tcBorders>
              <w:top w:val="nil"/>
              <w:left w:val="nil"/>
              <w:bottom w:val="single" w:sz="4" w:space="0" w:color="auto"/>
              <w:right w:val="single" w:sz="4" w:space="0" w:color="auto"/>
            </w:tcBorders>
          </w:tcPr>
          <w:p w14:paraId="575DDBA2" w14:textId="73C2663F" w:rsidR="00595E4A" w:rsidRPr="002A7DEC" w:rsidRDefault="009B2576" w:rsidP="004A4EB9">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тест</w:t>
            </w:r>
          </w:p>
        </w:tc>
      </w:tr>
      <w:tr w:rsidR="00595E4A" w:rsidRPr="002F7635" w14:paraId="1E058C9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A17ED4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02F7C50C"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Работа над ошибками</w:t>
            </w:r>
          </w:p>
        </w:tc>
        <w:tc>
          <w:tcPr>
            <w:tcW w:w="775" w:type="dxa"/>
            <w:tcBorders>
              <w:top w:val="nil"/>
              <w:left w:val="nil"/>
              <w:bottom w:val="single" w:sz="4" w:space="0" w:color="auto"/>
              <w:right w:val="single" w:sz="4" w:space="0" w:color="auto"/>
            </w:tcBorders>
            <w:shd w:val="clear" w:color="auto" w:fill="auto"/>
            <w:noWrap/>
          </w:tcPr>
          <w:p w14:paraId="764F0CA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1A4BAA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799B01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B31EEDC"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5EF7111"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DD18ED0" w14:textId="479DD4B0" w:rsidR="00595E4A" w:rsidRPr="004A4EB9" w:rsidRDefault="00C45160" w:rsidP="004A4EB9">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МОДУЛЬ</w:t>
            </w:r>
            <w:r w:rsidRPr="00432193">
              <w:rPr>
                <w:rFonts w:ascii="Times New Roman" w:eastAsia="Times New Roman" w:hAnsi="Times New Roman" w:cs="Times New Roman"/>
                <w:bCs/>
                <w:color w:val="000000"/>
                <w:sz w:val="24"/>
                <w:szCs w:val="24"/>
                <w:lang w:val="en-US"/>
              </w:rPr>
              <w:t xml:space="preserve"> 3.</w:t>
            </w:r>
            <w:r w:rsidR="00595E4A" w:rsidRPr="00432193">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lang w:val="en-US"/>
              </w:rPr>
              <w:t>MOTHER</w:t>
            </w:r>
            <w:r w:rsidR="00595E4A" w:rsidRPr="00432193">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lang w:val="en-US"/>
              </w:rPr>
              <w:t>NATURE</w:t>
            </w:r>
            <w:r w:rsidR="00595E4A" w:rsidRPr="00432193">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rPr>
              <w:t>Вводный</w:t>
            </w:r>
            <w:r w:rsidR="00595E4A" w:rsidRPr="00C40387">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rPr>
              <w:t>урок</w:t>
            </w:r>
            <w:r w:rsidR="00595E4A" w:rsidRPr="00C40387">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rPr>
              <w:t xml:space="preserve">Экстремальные погодные условия. </w:t>
            </w:r>
            <w:r w:rsidR="00595E4A" w:rsidRPr="004A4EB9">
              <w:rPr>
                <w:rFonts w:ascii="Times New Roman" w:eastAsia="Times New Roman" w:hAnsi="Times New Roman" w:cs="Times New Roman"/>
                <w:bCs/>
                <w:color w:val="000000"/>
                <w:sz w:val="24"/>
                <w:szCs w:val="24"/>
                <w:lang w:val="en-US"/>
              </w:rPr>
              <w:t>Matt</w:t>
            </w:r>
            <w:r w:rsidR="00595E4A" w:rsidRPr="004A4EB9">
              <w:rPr>
                <w:rFonts w:ascii="Times New Roman" w:eastAsia="Times New Roman" w:hAnsi="Times New Roman" w:cs="Times New Roman"/>
                <w:bCs/>
                <w:color w:val="000000"/>
                <w:sz w:val="24"/>
                <w:szCs w:val="24"/>
              </w:rPr>
              <w:t xml:space="preserve"> </w:t>
            </w:r>
            <w:r w:rsidR="00595E4A" w:rsidRPr="004A4EB9">
              <w:rPr>
                <w:rFonts w:ascii="Times New Roman" w:eastAsia="Times New Roman" w:hAnsi="Times New Roman" w:cs="Times New Roman"/>
                <w:bCs/>
                <w:color w:val="000000"/>
                <w:sz w:val="24"/>
                <w:szCs w:val="24"/>
                <w:lang w:val="en-US"/>
              </w:rPr>
              <w:t>of</w:t>
            </w:r>
            <w:r w:rsidR="00595E4A" w:rsidRPr="004A4EB9">
              <w:rPr>
                <w:rFonts w:ascii="Times New Roman" w:eastAsia="Times New Roman" w:hAnsi="Times New Roman" w:cs="Times New Roman"/>
                <w:bCs/>
                <w:color w:val="000000"/>
                <w:sz w:val="24"/>
                <w:szCs w:val="24"/>
              </w:rPr>
              <w:t xml:space="preserve"> </w:t>
            </w:r>
            <w:r w:rsidR="00595E4A" w:rsidRPr="004A4EB9">
              <w:rPr>
                <w:rFonts w:ascii="Times New Roman" w:eastAsia="Times New Roman" w:hAnsi="Times New Roman" w:cs="Times New Roman"/>
                <w:bCs/>
                <w:color w:val="000000"/>
                <w:sz w:val="24"/>
                <w:szCs w:val="24"/>
                <w:lang w:val="en-US"/>
              </w:rPr>
              <w:t>the</w:t>
            </w:r>
            <w:r w:rsidR="00595E4A" w:rsidRPr="004A4EB9">
              <w:rPr>
                <w:rFonts w:ascii="Times New Roman" w:eastAsia="Times New Roman" w:hAnsi="Times New Roman" w:cs="Times New Roman"/>
                <w:bCs/>
                <w:color w:val="000000"/>
                <w:sz w:val="24"/>
                <w:szCs w:val="24"/>
              </w:rPr>
              <w:t xml:space="preserve"> </w:t>
            </w:r>
            <w:r w:rsidR="00595E4A" w:rsidRPr="004A4EB9">
              <w:rPr>
                <w:rFonts w:ascii="Times New Roman" w:eastAsia="Times New Roman" w:hAnsi="Times New Roman" w:cs="Times New Roman"/>
                <w:bCs/>
                <w:color w:val="000000"/>
                <w:sz w:val="24"/>
                <w:szCs w:val="24"/>
                <w:lang w:val="en-US"/>
              </w:rPr>
              <w:t>Antarctic</w:t>
            </w:r>
            <w:r w:rsidR="00595E4A" w:rsidRPr="004A4EB9">
              <w:rPr>
                <w:rFonts w:ascii="Times New Roman" w:eastAsia="Times New Roman" w:hAnsi="Times New Roman" w:cs="Times New Roman"/>
                <w:bCs/>
                <w:color w:val="000000"/>
                <w:sz w:val="24"/>
                <w:szCs w:val="24"/>
              </w:rPr>
              <w:t>.</w:t>
            </w:r>
          </w:p>
        </w:tc>
        <w:tc>
          <w:tcPr>
            <w:tcW w:w="775" w:type="dxa"/>
            <w:tcBorders>
              <w:top w:val="nil"/>
              <w:left w:val="nil"/>
              <w:bottom w:val="single" w:sz="4" w:space="0" w:color="auto"/>
              <w:right w:val="single" w:sz="4" w:space="0" w:color="auto"/>
            </w:tcBorders>
            <w:shd w:val="clear" w:color="auto" w:fill="auto"/>
            <w:noWrap/>
          </w:tcPr>
          <w:p w14:paraId="4B60A22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eastAsia="ru-RU"/>
              </w:rPr>
            </w:pPr>
            <w:r w:rsidRPr="004A4EB9">
              <w:rPr>
                <w:rFonts w:ascii="Times New Roman" w:eastAsia="Times New Roman" w:hAnsi="Times New Roman" w:cs="Times New Roman"/>
                <w:bCs/>
                <w:sz w:val="24"/>
                <w:szCs w:val="24"/>
                <w:lang w:eastAsia="ru-RU"/>
              </w:rPr>
              <w:t>1</w:t>
            </w:r>
          </w:p>
        </w:tc>
        <w:tc>
          <w:tcPr>
            <w:tcW w:w="1515" w:type="dxa"/>
            <w:tcBorders>
              <w:top w:val="nil"/>
              <w:left w:val="nil"/>
              <w:bottom w:val="single" w:sz="4" w:space="0" w:color="auto"/>
              <w:right w:val="single" w:sz="4" w:space="0" w:color="auto"/>
            </w:tcBorders>
          </w:tcPr>
          <w:p w14:paraId="5539447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1575" w:type="dxa"/>
            <w:tcBorders>
              <w:top w:val="nil"/>
              <w:left w:val="nil"/>
              <w:bottom w:val="single" w:sz="4" w:space="0" w:color="auto"/>
              <w:right w:val="single" w:sz="4" w:space="0" w:color="auto"/>
            </w:tcBorders>
          </w:tcPr>
          <w:p w14:paraId="1103D5E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eastAsia="ru-RU"/>
              </w:rPr>
            </w:pPr>
          </w:p>
        </w:tc>
      </w:tr>
      <w:tr w:rsidR="00595E4A" w:rsidRPr="002F7635" w14:paraId="1D8240D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5A55600"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52E0FCF0"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Будущие времена.</w:t>
            </w:r>
          </w:p>
        </w:tc>
        <w:tc>
          <w:tcPr>
            <w:tcW w:w="775" w:type="dxa"/>
            <w:tcBorders>
              <w:top w:val="nil"/>
              <w:left w:val="nil"/>
              <w:bottom w:val="single" w:sz="4" w:space="0" w:color="auto"/>
              <w:right w:val="single" w:sz="4" w:space="0" w:color="auto"/>
            </w:tcBorders>
            <w:shd w:val="clear" w:color="auto" w:fill="auto"/>
            <w:noWrap/>
          </w:tcPr>
          <w:p w14:paraId="1C547335" w14:textId="77777777" w:rsidR="00595E4A" w:rsidRPr="00C45160"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C45160">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ED480E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1575" w:type="dxa"/>
            <w:tcBorders>
              <w:top w:val="nil"/>
              <w:left w:val="nil"/>
              <w:bottom w:val="single" w:sz="4" w:space="0" w:color="auto"/>
              <w:right w:val="single" w:sz="4" w:space="0" w:color="auto"/>
            </w:tcBorders>
          </w:tcPr>
          <w:p w14:paraId="6963320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eastAsia="ru-RU"/>
              </w:rPr>
            </w:pPr>
          </w:p>
        </w:tc>
      </w:tr>
      <w:tr w:rsidR="00595E4A" w:rsidRPr="002F7635" w14:paraId="5F5215F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8FDF78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320CFEAF" w14:textId="77777777" w:rsidR="00595E4A" w:rsidRPr="00C45160"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tcPr>
          <w:p w14:paraId="37934BD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8D1C09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1D624E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81AABA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B21AE7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062E4613"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Экстремальные виды спорта на открытом воздухе.</w:t>
            </w:r>
          </w:p>
        </w:tc>
        <w:tc>
          <w:tcPr>
            <w:tcW w:w="775" w:type="dxa"/>
            <w:tcBorders>
              <w:top w:val="nil"/>
              <w:left w:val="nil"/>
              <w:bottom w:val="single" w:sz="4" w:space="0" w:color="auto"/>
              <w:right w:val="single" w:sz="4" w:space="0" w:color="auto"/>
            </w:tcBorders>
            <w:shd w:val="clear" w:color="auto" w:fill="auto"/>
            <w:noWrap/>
            <w:hideMark/>
          </w:tcPr>
          <w:p w14:paraId="384307B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E8BD5E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5599609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691C98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2385E71"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378BEC31"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Грамматика: условные предложения 0, 1 типа.</w:t>
            </w:r>
          </w:p>
        </w:tc>
        <w:tc>
          <w:tcPr>
            <w:tcW w:w="775" w:type="dxa"/>
            <w:tcBorders>
              <w:top w:val="nil"/>
              <w:left w:val="nil"/>
              <w:bottom w:val="single" w:sz="4" w:space="0" w:color="auto"/>
              <w:right w:val="single" w:sz="4" w:space="0" w:color="auto"/>
            </w:tcBorders>
            <w:shd w:val="clear" w:color="auto" w:fill="auto"/>
            <w:noWrap/>
            <w:hideMark/>
          </w:tcPr>
          <w:p w14:paraId="0DF0F72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0468DD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DBBBEC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8F50E0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1EE257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481F96F3"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hideMark/>
          </w:tcPr>
          <w:p w14:paraId="7EEED0E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AD0111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0B2C98F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9395DC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C2700C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F557F8C"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Уголок культуры. Аппалачская тропа.</w:t>
            </w:r>
          </w:p>
        </w:tc>
        <w:tc>
          <w:tcPr>
            <w:tcW w:w="775" w:type="dxa"/>
            <w:tcBorders>
              <w:top w:val="nil"/>
              <w:left w:val="nil"/>
              <w:bottom w:val="single" w:sz="4" w:space="0" w:color="auto"/>
              <w:right w:val="single" w:sz="4" w:space="0" w:color="auto"/>
            </w:tcBorders>
            <w:shd w:val="clear" w:color="auto" w:fill="auto"/>
            <w:noWrap/>
            <w:hideMark/>
          </w:tcPr>
          <w:p w14:paraId="0E0B12F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9E3B0B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0EFE9F7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76031EC"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8D0175B"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21CB309"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 xml:space="preserve">Повседневный английский. Бронируем отель. Диалог. </w:t>
            </w:r>
            <w:r w:rsidRPr="004A4EB9">
              <w:rPr>
                <w:rFonts w:ascii="Times New Roman" w:eastAsia="Times New Roman" w:hAnsi="Times New Roman" w:cs="Times New Roman"/>
                <w:bCs/>
                <w:color w:val="000000"/>
                <w:sz w:val="24"/>
                <w:szCs w:val="24"/>
                <w:lang w:val="en-US"/>
              </w:rPr>
              <w:t>Ударение в сложных существительных.</w:t>
            </w:r>
          </w:p>
        </w:tc>
        <w:tc>
          <w:tcPr>
            <w:tcW w:w="775" w:type="dxa"/>
            <w:tcBorders>
              <w:top w:val="nil"/>
              <w:left w:val="nil"/>
              <w:bottom w:val="single" w:sz="4" w:space="0" w:color="auto"/>
              <w:right w:val="single" w:sz="4" w:space="0" w:color="auto"/>
            </w:tcBorders>
            <w:shd w:val="clear" w:color="auto" w:fill="auto"/>
            <w:noWrap/>
            <w:hideMark/>
          </w:tcPr>
          <w:p w14:paraId="120D23D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D255C4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D50FF5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2946B5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06826F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66ABB1B6"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Изменения в климате.</w:t>
            </w:r>
          </w:p>
        </w:tc>
        <w:tc>
          <w:tcPr>
            <w:tcW w:w="775" w:type="dxa"/>
            <w:tcBorders>
              <w:top w:val="nil"/>
              <w:left w:val="nil"/>
              <w:bottom w:val="single" w:sz="4" w:space="0" w:color="auto"/>
              <w:right w:val="single" w:sz="4" w:space="0" w:color="auto"/>
            </w:tcBorders>
            <w:shd w:val="clear" w:color="auto" w:fill="auto"/>
            <w:noWrap/>
          </w:tcPr>
          <w:p w14:paraId="63CD872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EC7D76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39FBFF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BEC4E7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2E748D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DE33913" w14:textId="377310C1" w:rsidR="00595E4A" w:rsidRPr="00C45160"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Global warming is a serious problem.</w:t>
            </w:r>
            <w:r w:rsidR="00C45160" w:rsidRPr="00C45160">
              <w:rPr>
                <w:rFonts w:ascii="Times New Roman" w:eastAsia="Times New Roman" w:hAnsi="Times New Roman" w:cs="Times New Roman"/>
                <w:bCs/>
                <w:color w:val="000000"/>
                <w:sz w:val="24"/>
                <w:szCs w:val="24"/>
                <w:lang w:val="en-US"/>
              </w:rPr>
              <w:t xml:space="preserve"> </w:t>
            </w:r>
            <w:r w:rsidR="00C45160">
              <w:rPr>
                <w:rFonts w:ascii="Times New Roman" w:eastAsia="Times New Roman" w:hAnsi="Times New Roman" w:cs="Times New Roman"/>
                <w:bCs/>
                <w:color w:val="000000"/>
                <w:sz w:val="24"/>
                <w:szCs w:val="24"/>
              </w:rPr>
              <w:t>Глобальное потепление.</w:t>
            </w:r>
          </w:p>
        </w:tc>
        <w:tc>
          <w:tcPr>
            <w:tcW w:w="775" w:type="dxa"/>
            <w:tcBorders>
              <w:top w:val="nil"/>
              <w:left w:val="nil"/>
              <w:bottom w:val="single" w:sz="4" w:space="0" w:color="auto"/>
              <w:right w:val="single" w:sz="4" w:space="0" w:color="auto"/>
            </w:tcBorders>
            <w:shd w:val="clear" w:color="auto" w:fill="auto"/>
            <w:noWrap/>
            <w:hideMark/>
          </w:tcPr>
          <w:p w14:paraId="7111723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558239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615A2FE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D33F8D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38A0E4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251BF36" w14:textId="4C84486F" w:rsidR="00595E4A" w:rsidRPr="0069669C"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Camping</w:t>
            </w:r>
            <w:r w:rsidRPr="00C45160">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equipment</w:t>
            </w:r>
            <w:r w:rsidRPr="00C45160">
              <w:rPr>
                <w:rFonts w:ascii="Times New Roman" w:eastAsia="Times New Roman" w:hAnsi="Times New Roman" w:cs="Times New Roman"/>
                <w:bCs/>
                <w:color w:val="000000"/>
                <w:sz w:val="24"/>
                <w:szCs w:val="24"/>
              </w:rPr>
              <w:t>.</w:t>
            </w:r>
            <w:r w:rsidR="00C45160">
              <w:rPr>
                <w:rFonts w:ascii="Times New Roman" w:eastAsia="Times New Roman" w:hAnsi="Times New Roman" w:cs="Times New Roman"/>
                <w:bCs/>
                <w:color w:val="000000"/>
                <w:sz w:val="24"/>
                <w:szCs w:val="24"/>
              </w:rPr>
              <w:t xml:space="preserve"> Снаряжение для похода (</w:t>
            </w:r>
            <w:r w:rsidR="00C45160">
              <w:rPr>
                <w:rFonts w:ascii="Times New Roman" w:eastAsia="Times New Roman" w:hAnsi="Times New Roman" w:cs="Times New Roman"/>
                <w:bCs/>
                <w:color w:val="000000"/>
                <w:sz w:val="24"/>
                <w:szCs w:val="24"/>
                <w:lang w:val="en-US"/>
              </w:rPr>
              <w:t>VB</w:t>
            </w:r>
            <w:r w:rsidR="00C45160" w:rsidRPr="0069669C">
              <w:rPr>
                <w:rFonts w:ascii="Times New Roman" w:eastAsia="Times New Roman" w:hAnsi="Times New Roman" w:cs="Times New Roman"/>
                <w:bCs/>
                <w:color w:val="000000"/>
                <w:sz w:val="24"/>
                <w:szCs w:val="24"/>
              </w:rPr>
              <w:t xml:space="preserve"> 8-9)</w:t>
            </w:r>
          </w:p>
        </w:tc>
        <w:tc>
          <w:tcPr>
            <w:tcW w:w="775" w:type="dxa"/>
            <w:tcBorders>
              <w:top w:val="nil"/>
              <w:left w:val="nil"/>
              <w:bottom w:val="single" w:sz="4" w:space="0" w:color="auto"/>
              <w:right w:val="single" w:sz="4" w:space="0" w:color="auto"/>
            </w:tcBorders>
            <w:shd w:val="clear" w:color="auto" w:fill="auto"/>
            <w:noWrap/>
            <w:hideMark/>
          </w:tcPr>
          <w:p w14:paraId="05214E2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69C0690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58A7EE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E627CE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DDEAA39"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2351D41" w14:textId="1D39664D" w:rsidR="00595E4A" w:rsidRPr="00C45160"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Trapped in the Wilderness.</w:t>
            </w:r>
            <w:r w:rsidR="00C45160" w:rsidRPr="00C45160">
              <w:rPr>
                <w:rFonts w:ascii="Times New Roman" w:eastAsia="Times New Roman" w:hAnsi="Times New Roman" w:cs="Times New Roman"/>
                <w:bCs/>
                <w:color w:val="000000"/>
                <w:sz w:val="24"/>
                <w:szCs w:val="24"/>
                <w:lang w:val="en-US"/>
              </w:rPr>
              <w:t xml:space="preserve"> </w:t>
            </w:r>
            <w:r w:rsidR="00C45160">
              <w:rPr>
                <w:rFonts w:ascii="Times New Roman" w:eastAsia="Times New Roman" w:hAnsi="Times New Roman" w:cs="Times New Roman"/>
                <w:bCs/>
                <w:color w:val="000000"/>
                <w:sz w:val="24"/>
                <w:szCs w:val="24"/>
              </w:rPr>
              <w:t>Застрявший</w:t>
            </w:r>
            <w:r w:rsidR="00C45160" w:rsidRPr="00C45160">
              <w:rPr>
                <w:rFonts w:ascii="Times New Roman" w:eastAsia="Times New Roman" w:hAnsi="Times New Roman" w:cs="Times New Roman"/>
                <w:bCs/>
                <w:color w:val="000000"/>
                <w:sz w:val="24"/>
                <w:szCs w:val="24"/>
                <w:lang w:val="en-US"/>
              </w:rPr>
              <w:t xml:space="preserve"> </w:t>
            </w:r>
            <w:r w:rsidR="00C45160">
              <w:rPr>
                <w:rFonts w:ascii="Times New Roman" w:eastAsia="Times New Roman" w:hAnsi="Times New Roman" w:cs="Times New Roman"/>
                <w:bCs/>
                <w:color w:val="000000"/>
                <w:sz w:val="24"/>
                <w:szCs w:val="24"/>
              </w:rPr>
              <w:t>в</w:t>
            </w:r>
            <w:r w:rsidR="00C45160" w:rsidRPr="00C45160">
              <w:rPr>
                <w:rFonts w:ascii="Times New Roman" w:eastAsia="Times New Roman" w:hAnsi="Times New Roman" w:cs="Times New Roman"/>
                <w:bCs/>
                <w:color w:val="000000"/>
                <w:sz w:val="24"/>
                <w:szCs w:val="24"/>
                <w:lang w:val="en-US"/>
              </w:rPr>
              <w:t xml:space="preserve"> </w:t>
            </w:r>
            <w:r w:rsidR="00C45160">
              <w:rPr>
                <w:rFonts w:ascii="Times New Roman" w:eastAsia="Times New Roman" w:hAnsi="Times New Roman" w:cs="Times New Roman"/>
                <w:bCs/>
                <w:color w:val="000000"/>
                <w:sz w:val="24"/>
                <w:szCs w:val="24"/>
              </w:rPr>
              <w:t>джунглях</w:t>
            </w:r>
            <w:r w:rsidR="00C45160" w:rsidRPr="00C45160">
              <w:rPr>
                <w:rFonts w:ascii="Times New Roman" w:eastAsia="Times New Roman" w:hAnsi="Times New Roman" w:cs="Times New Roman"/>
                <w:bCs/>
                <w:color w:val="000000"/>
                <w:sz w:val="24"/>
                <w:szCs w:val="24"/>
                <w:lang w:val="en-US"/>
              </w:rPr>
              <w:t>.</w:t>
            </w:r>
          </w:p>
        </w:tc>
        <w:tc>
          <w:tcPr>
            <w:tcW w:w="775" w:type="dxa"/>
            <w:tcBorders>
              <w:top w:val="nil"/>
              <w:left w:val="nil"/>
              <w:bottom w:val="single" w:sz="4" w:space="0" w:color="auto"/>
              <w:right w:val="single" w:sz="4" w:space="0" w:color="auto"/>
            </w:tcBorders>
            <w:shd w:val="clear" w:color="auto" w:fill="auto"/>
            <w:noWrap/>
          </w:tcPr>
          <w:p w14:paraId="7AB02A9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535DE28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3C7430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E115A0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35E168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0B9277B6" w14:textId="3732F043" w:rsidR="00595E4A" w:rsidRPr="00C45160"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Conditionals</w:t>
            </w:r>
            <w:r w:rsidRPr="00C45160">
              <w:rPr>
                <w:rFonts w:ascii="Times New Roman" w:eastAsia="Times New Roman" w:hAnsi="Times New Roman" w:cs="Times New Roman"/>
                <w:bCs/>
                <w:color w:val="000000"/>
                <w:sz w:val="24"/>
                <w:szCs w:val="24"/>
              </w:rPr>
              <w:t xml:space="preserve"> 2, 3.</w:t>
            </w:r>
            <w:r w:rsidR="00C45160">
              <w:rPr>
                <w:rFonts w:ascii="Times New Roman" w:eastAsia="Times New Roman" w:hAnsi="Times New Roman" w:cs="Times New Roman"/>
                <w:bCs/>
                <w:color w:val="000000"/>
                <w:sz w:val="24"/>
                <w:szCs w:val="24"/>
              </w:rPr>
              <w:t xml:space="preserve"> Условные предложения 1 и 2 типов.</w:t>
            </w:r>
          </w:p>
        </w:tc>
        <w:tc>
          <w:tcPr>
            <w:tcW w:w="775" w:type="dxa"/>
            <w:tcBorders>
              <w:top w:val="nil"/>
              <w:left w:val="nil"/>
              <w:bottom w:val="single" w:sz="4" w:space="0" w:color="auto"/>
              <w:right w:val="single" w:sz="4" w:space="0" w:color="auto"/>
            </w:tcBorders>
            <w:shd w:val="clear" w:color="auto" w:fill="auto"/>
            <w:noWrap/>
            <w:hideMark/>
          </w:tcPr>
          <w:p w14:paraId="0D07259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663A96C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70B6561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8F3EDB4"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AB724FF"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F13006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hideMark/>
          </w:tcPr>
          <w:p w14:paraId="17048C3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24834D5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C3A705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66FB8B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0F2EC2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125A853D"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 xml:space="preserve">Грамматика. Условные предложения с глаголом </w:t>
            </w:r>
            <w:r w:rsidRPr="004A4EB9">
              <w:rPr>
                <w:rFonts w:ascii="Times New Roman" w:eastAsia="Times New Roman" w:hAnsi="Times New Roman" w:cs="Times New Roman"/>
                <w:bCs/>
                <w:color w:val="000000"/>
                <w:sz w:val="24"/>
                <w:szCs w:val="24"/>
                <w:lang w:val="en-US"/>
              </w:rPr>
              <w:t>wish</w:t>
            </w:r>
            <w:r w:rsidRPr="004A4EB9">
              <w:rPr>
                <w:rFonts w:ascii="Times New Roman" w:eastAsia="Times New Roman" w:hAnsi="Times New Roman" w:cs="Times New Roman"/>
                <w:bCs/>
                <w:color w:val="000000"/>
                <w:sz w:val="24"/>
                <w:szCs w:val="24"/>
              </w:rPr>
              <w:t>.</w:t>
            </w:r>
          </w:p>
        </w:tc>
        <w:tc>
          <w:tcPr>
            <w:tcW w:w="775" w:type="dxa"/>
            <w:tcBorders>
              <w:top w:val="nil"/>
              <w:left w:val="nil"/>
              <w:bottom w:val="single" w:sz="4" w:space="0" w:color="auto"/>
              <w:right w:val="single" w:sz="4" w:space="0" w:color="auto"/>
            </w:tcBorders>
            <w:shd w:val="clear" w:color="auto" w:fill="auto"/>
            <w:noWrap/>
            <w:hideMark/>
          </w:tcPr>
          <w:p w14:paraId="35B62C4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8CEA08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9F2108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186F76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70E49DB"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A341653"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tcPr>
          <w:p w14:paraId="7B4937B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2EBE90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F56D71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46F7CD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1CF21E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6253BCBB"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Skills</w:t>
            </w:r>
            <w:r w:rsidRPr="004A4EB9">
              <w:rPr>
                <w:rFonts w:ascii="Times New Roman" w:eastAsia="Times New Roman" w:hAnsi="Times New Roman" w:cs="Times New Roman"/>
                <w:bCs/>
                <w:color w:val="000000"/>
                <w:sz w:val="24"/>
                <w:szCs w:val="24"/>
              </w:rPr>
              <w:t>. Речевые умения. Активный отдых на природе.</w:t>
            </w:r>
          </w:p>
        </w:tc>
        <w:tc>
          <w:tcPr>
            <w:tcW w:w="775" w:type="dxa"/>
            <w:tcBorders>
              <w:top w:val="nil"/>
              <w:left w:val="nil"/>
              <w:bottom w:val="single" w:sz="4" w:space="0" w:color="auto"/>
              <w:right w:val="single" w:sz="4" w:space="0" w:color="auto"/>
            </w:tcBorders>
            <w:shd w:val="clear" w:color="auto" w:fill="auto"/>
            <w:noWrap/>
            <w:hideMark/>
          </w:tcPr>
          <w:p w14:paraId="417C45C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78D8FB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CCFA16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1B00D7C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414A27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6A973CA" w14:textId="13EB0F03"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Writing: A semi-formal email asking for information.</w:t>
            </w:r>
          </w:p>
        </w:tc>
        <w:tc>
          <w:tcPr>
            <w:tcW w:w="775" w:type="dxa"/>
            <w:tcBorders>
              <w:top w:val="nil"/>
              <w:left w:val="nil"/>
              <w:bottom w:val="single" w:sz="4" w:space="0" w:color="auto"/>
              <w:right w:val="single" w:sz="4" w:space="0" w:color="auto"/>
            </w:tcBorders>
            <w:shd w:val="clear" w:color="auto" w:fill="auto"/>
            <w:noWrap/>
            <w:hideMark/>
          </w:tcPr>
          <w:p w14:paraId="3DCBEE0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376DCE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206694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3CDDA7F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A63B09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D7B220C"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Writing Bank 3.</w:t>
            </w:r>
          </w:p>
        </w:tc>
        <w:tc>
          <w:tcPr>
            <w:tcW w:w="775" w:type="dxa"/>
            <w:tcBorders>
              <w:top w:val="nil"/>
              <w:left w:val="nil"/>
              <w:bottom w:val="single" w:sz="4" w:space="0" w:color="auto"/>
              <w:right w:val="single" w:sz="4" w:space="0" w:color="auto"/>
            </w:tcBorders>
            <w:shd w:val="clear" w:color="auto" w:fill="auto"/>
            <w:noWrap/>
          </w:tcPr>
          <w:p w14:paraId="67D5E3E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393E71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C15013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29FC9E1"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E80FBDB"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54ACD95"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Метапредметность: География. Пещеры.</w:t>
            </w:r>
          </w:p>
        </w:tc>
        <w:tc>
          <w:tcPr>
            <w:tcW w:w="775" w:type="dxa"/>
            <w:tcBorders>
              <w:top w:val="nil"/>
              <w:left w:val="nil"/>
              <w:bottom w:val="single" w:sz="4" w:space="0" w:color="auto"/>
              <w:right w:val="single" w:sz="4" w:space="0" w:color="auto"/>
            </w:tcBorders>
            <w:shd w:val="clear" w:color="auto" w:fill="auto"/>
            <w:noWrap/>
            <w:hideMark/>
          </w:tcPr>
          <w:p w14:paraId="31BDC2D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7E899A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15B9CE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16D6AD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7105C6F"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9B6E1CC"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Language</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in</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Use</w:t>
            </w:r>
            <w:r w:rsidRPr="004A4EB9">
              <w:rPr>
                <w:rFonts w:ascii="Times New Roman" w:eastAsia="Times New Roman" w:hAnsi="Times New Roman" w:cs="Times New Roman"/>
                <w:bCs/>
                <w:color w:val="000000"/>
                <w:sz w:val="24"/>
                <w:szCs w:val="24"/>
              </w:rPr>
              <w:t>: Повторение: языковые навыки.</w:t>
            </w:r>
          </w:p>
        </w:tc>
        <w:tc>
          <w:tcPr>
            <w:tcW w:w="775" w:type="dxa"/>
            <w:tcBorders>
              <w:top w:val="nil"/>
              <w:left w:val="nil"/>
              <w:bottom w:val="single" w:sz="4" w:space="0" w:color="auto"/>
              <w:right w:val="single" w:sz="4" w:space="0" w:color="auto"/>
            </w:tcBorders>
            <w:shd w:val="clear" w:color="auto" w:fill="auto"/>
            <w:noWrap/>
            <w:hideMark/>
          </w:tcPr>
          <w:p w14:paraId="580126E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F3F277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4D8EF9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6AE84D7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DA9CB3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bottom"/>
          </w:tcPr>
          <w:p w14:paraId="15E5235F" w14:textId="1D6BFE98" w:rsidR="00595E4A" w:rsidRPr="002E38F6" w:rsidRDefault="002E38F6" w:rsidP="004A4EB9">
            <w:pPr>
              <w:spacing w:after="0" w:line="240" w:lineRule="auto"/>
              <w:rPr>
                <w:rFonts w:ascii="Times New Roman" w:eastAsia="Times New Roman" w:hAnsi="Times New Roman" w:cs="Times New Roman"/>
                <w:bCs/>
                <w:sz w:val="24"/>
                <w:szCs w:val="24"/>
              </w:rPr>
            </w:pPr>
            <w:r w:rsidRPr="002E38F6">
              <w:rPr>
                <w:rFonts w:ascii="Times New Roman" w:eastAsia="Times New Roman" w:hAnsi="Times New Roman" w:cs="Times New Roman"/>
                <w:bCs/>
                <w:sz w:val="24"/>
                <w:szCs w:val="24"/>
              </w:rPr>
              <w:t>Самостоятельная работа по 3 модулю.</w:t>
            </w:r>
          </w:p>
        </w:tc>
        <w:tc>
          <w:tcPr>
            <w:tcW w:w="775" w:type="dxa"/>
            <w:tcBorders>
              <w:top w:val="nil"/>
              <w:left w:val="nil"/>
              <w:bottom w:val="single" w:sz="4" w:space="0" w:color="auto"/>
              <w:right w:val="single" w:sz="4" w:space="0" w:color="auto"/>
            </w:tcBorders>
            <w:shd w:val="clear" w:color="auto" w:fill="auto"/>
            <w:noWrap/>
            <w:hideMark/>
          </w:tcPr>
          <w:p w14:paraId="128A9DB3" w14:textId="77777777" w:rsidR="00595E4A" w:rsidRPr="00922B44"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r w:rsidRPr="00922B44">
              <w:rPr>
                <w:rFonts w:ascii="Times New Roman" w:eastAsia="Times New Roman" w:hAnsi="Times New Roman" w:cs="Times New Roman"/>
                <w:b/>
                <w:bCs/>
                <w:color w:val="000000"/>
                <w:sz w:val="24"/>
                <w:szCs w:val="24"/>
                <w:lang w:eastAsia="ru-RU"/>
              </w:rPr>
              <w:t>1</w:t>
            </w:r>
          </w:p>
        </w:tc>
        <w:tc>
          <w:tcPr>
            <w:tcW w:w="1515" w:type="dxa"/>
            <w:tcBorders>
              <w:top w:val="nil"/>
              <w:left w:val="nil"/>
              <w:bottom w:val="single" w:sz="4" w:space="0" w:color="auto"/>
              <w:right w:val="single" w:sz="4" w:space="0" w:color="auto"/>
            </w:tcBorders>
          </w:tcPr>
          <w:p w14:paraId="6AD0999E" w14:textId="3ED6EF75" w:rsidR="00595E4A" w:rsidRPr="00922B44"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p>
        </w:tc>
        <w:tc>
          <w:tcPr>
            <w:tcW w:w="1575" w:type="dxa"/>
            <w:tcBorders>
              <w:top w:val="nil"/>
              <w:left w:val="nil"/>
              <w:bottom w:val="single" w:sz="4" w:space="0" w:color="auto"/>
              <w:right w:val="single" w:sz="4" w:space="0" w:color="auto"/>
            </w:tcBorders>
          </w:tcPr>
          <w:p w14:paraId="5FA22813" w14:textId="5FE6AD53" w:rsidR="00595E4A" w:rsidRPr="00922B44"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p>
        </w:tc>
      </w:tr>
      <w:tr w:rsidR="00922B44" w:rsidRPr="002F7635" w14:paraId="770258C1"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A35F957" w14:textId="77777777" w:rsidR="00922B44" w:rsidRPr="004A4EB9" w:rsidRDefault="00922B44"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bottom"/>
          </w:tcPr>
          <w:p w14:paraId="73AB42F0" w14:textId="391EB48B" w:rsidR="00922B44" w:rsidRPr="00922B44" w:rsidRDefault="00922B44" w:rsidP="004A4EB9">
            <w:pPr>
              <w:spacing w:after="0" w:line="240" w:lineRule="auto"/>
              <w:rPr>
                <w:rFonts w:ascii="Times New Roman" w:eastAsia="Times New Roman" w:hAnsi="Times New Roman" w:cs="Times New Roman"/>
                <w:bCs/>
                <w:sz w:val="24"/>
                <w:szCs w:val="24"/>
              </w:rPr>
            </w:pPr>
            <w:r w:rsidRPr="00922B44">
              <w:rPr>
                <w:rFonts w:ascii="Times New Roman" w:eastAsia="Times New Roman" w:hAnsi="Times New Roman" w:cs="Times New Roman"/>
                <w:bCs/>
                <w:sz w:val="24"/>
                <w:szCs w:val="24"/>
              </w:rPr>
              <w:t>Работа над ошибками</w:t>
            </w:r>
          </w:p>
        </w:tc>
        <w:tc>
          <w:tcPr>
            <w:tcW w:w="775" w:type="dxa"/>
            <w:tcBorders>
              <w:top w:val="nil"/>
              <w:left w:val="nil"/>
              <w:bottom w:val="single" w:sz="4" w:space="0" w:color="auto"/>
              <w:right w:val="single" w:sz="4" w:space="0" w:color="auto"/>
            </w:tcBorders>
            <w:shd w:val="clear" w:color="auto" w:fill="auto"/>
            <w:noWrap/>
          </w:tcPr>
          <w:p w14:paraId="0C33E435" w14:textId="26A08649" w:rsidR="00922B44" w:rsidRPr="00922B44" w:rsidRDefault="00922B44" w:rsidP="004A4EB9">
            <w:pPr>
              <w:spacing w:after="0" w:line="240" w:lineRule="auto"/>
              <w:jc w:val="center"/>
              <w:rPr>
                <w:rFonts w:ascii="Times New Roman" w:eastAsia="Times New Roman" w:hAnsi="Times New Roman" w:cs="Times New Roman"/>
                <w:bCs/>
                <w:color w:val="000000"/>
                <w:sz w:val="24"/>
                <w:szCs w:val="24"/>
                <w:lang w:eastAsia="ru-RU"/>
              </w:rPr>
            </w:pPr>
            <w:r w:rsidRPr="00922B44">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DC671D6" w14:textId="77777777" w:rsidR="00922B44" w:rsidRPr="00922B44" w:rsidRDefault="00922B44" w:rsidP="004A4EB9">
            <w:pPr>
              <w:spacing w:after="0" w:line="240" w:lineRule="auto"/>
              <w:jc w:val="center"/>
              <w:rPr>
                <w:rFonts w:ascii="Times New Roman" w:eastAsia="Times New Roman" w:hAnsi="Times New Roman" w:cs="Times New Roman"/>
                <w:b/>
                <w:bCs/>
                <w:color w:val="000000"/>
                <w:sz w:val="24"/>
                <w:szCs w:val="24"/>
                <w:lang w:eastAsia="ru-RU"/>
              </w:rPr>
            </w:pPr>
          </w:p>
        </w:tc>
        <w:tc>
          <w:tcPr>
            <w:tcW w:w="1575" w:type="dxa"/>
            <w:tcBorders>
              <w:top w:val="nil"/>
              <w:left w:val="nil"/>
              <w:bottom w:val="single" w:sz="4" w:space="0" w:color="auto"/>
              <w:right w:val="single" w:sz="4" w:space="0" w:color="auto"/>
            </w:tcBorders>
          </w:tcPr>
          <w:p w14:paraId="0109FB82" w14:textId="77777777" w:rsidR="00922B44" w:rsidRPr="00922B44" w:rsidRDefault="00922B44" w:rsidP="004A4EB9">
            <w:pPr>
              <w:spacing w:after="0" w:line="240" w:lineRule="auto"/>
              <w:jc w:val="center"/>
              <w:rPr>
                <w:rFonts w:ascii="Times New Roman" w:eastAsia="Times New Roman" w:hAnsi="Times New Roman" w:cs="Times New Roman"/>
                <w:b/>
                <w:bCs/>
                <w:color w:val="000000"/>
                <w:sz w:val="24"/>
                <w:szCs w:val="24"/>
                <w:lang w:eastAsia="ru-RU"/>
              </w:rPr>
            </w:pPr>
          </w:p>
        </w:tc>
      </w:tr>
      <w:tr w:rsidR="00C36169" w:rsidRPr="002F7635" w14:paraId="0CC3E4B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28E2F46"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63B872BC" w14:textId="685BEEB5" w:rsidR="00C36169" w:rsidRPr="0069669C" w:rsidRDefault="00C36169" w:rsidP="00922B44">
            <w:pPr>
              <w:spacing w:after="0" w:line="240" w:lineRule="auto"/>
              <w:rPr>
                <w:rFonts w:ascii="Times New Roman" w:eastAsia="Times New Roman" w:hAnsi="Times New Roman" w:cs="Times New Roman"/>
                <w:bCs/>
                <w:color w:val="000000"/>
                <w:sz w:val="24"/>
                <w:szCs w:val="24"/>
                <w:lang w:val="en-US"/>
              </w:rPr>
            </w:pPr>
            <w:r w:rsidRPr="002C5C38">
              <w:rPr>
                <w:rFonts w:ascii="Times New Roman" w:eastAsia="Times New Roman" w:hAnsi="Times New Roman" w:cs="Times New Roman"/>
                <w:bCs/>
                <w:sz w:val="24"/>
                <w:szCs w:val="24"/>
              </w:rPr>
              <w:t>М</w:t>
            </w:r>
            <w:r w:rsidR="00922B44">
              <w:rPr>
                <w:rFonts w:ascii="Times New Roman" w:eastAsia="Times New Roman" w:hAnsi="Times New Roman" w:cs="Times New Roman"/>
                <w:bCs/>
                <w:sz w:val="24"/>
                <w:szCs w:val="24"/>
              </w:rPr>
              <w:t>ОДУЛЬ</w:t>
            </w:r>
            <w:r w:rsidRPr="0069669C">
              <w:rPr>
                <w:rFonts w:ascii="Times New Roman" w:eastAsia="Times New Roman" w:hAnsi="Times New Roman" w:cs="Times New Roman"/>
                <w:bCs/>
                <w:sz w:val="24"/>
                <w:szCs w:val="24"/>
                <w:lang w:val="en-US"/>
              </w:rPr>
              <w:t xml:space="preserve"> 4</w:t>
            </w:r>
            <w:r w:rsidR="00922B44" w:rsidRPr="0069669C">
              <w:rPr>
                <w:rFonts w:ascii="Times New Roman" w:eastAsia="Times New Roman" w:hAnsi="Times New Roman" w:cs="Times New Roman"/>
                <w:bCs/>
                <w:sz w:val="24"/>
                <w:szCs w:val="24"/>
                <w:lang w:val="en-US"/>
              </w:rPr>
              <w:t>.</w:t>
            </w:r>
            <w:r w:rsidRPr="0069669C">
              <w:rPr>
                <w:rFonts w:ascii="Times New Roman" w:eastAsia="Times New Roman" w:hAnsi="Times New Roman" w:cs="Times New Roman"/>
                <w:bCs/>
                <w:sz w:val="24"/>
                <w:szCs w:val="24"/>
                <w:lang w:val="en-US"/>
              </w:rPr>
              <w:t xml:space="preserve"> </w:t>
            </w:r>
            <w:r w:rsidRPr="004A4EB9">
              <w:rPr>
                <w:rFonts w:ascii="Times New Roman" w:eastAsia="Times New Roman" w:hAnsi="Times New Roman" w:cs="Times New Roman"/>
                <w:bCs/>
                <w:sz w:val="24"/>
                <w:szCs w:val="24"/>
                <w:lang w:val="en-US"/>
              </w:rPr>
              <w:t>H</w:t>
            </w:r>
            <w:r w:rsidR="00922B44">
              <w:rPr>
                <w:rFonts w:ascii="Times New Roman" w:eastAsia="Times New Roman" w:hAnsi="Times New Roman" w:cs="Times New Roman"/>
                <w:bCs/>
                <w:sz w:val="24"/>
                <w:szCs w:val="24"/>
                <w:lang w:val="en-US"/>
              </w:rPr>
              <w:t>EALTHY</w:t>
            </w:r>
            <w:r w:rsidR="00922B44" w:rsidRPr="0069669C">
              <w:rPr>
                <w:rFonts w:ascii="Times New Roman" w:eastAsia="Times New Roman" w:hAnsi="Times New Roman" w:cs="Times New Roman"/>
                <w:bCs/>
                <w:sz w:val="24"/>
                <w:szCs w:val="24"/>
                <w:lang w:val="en-US"/>
              </w:rPr>
              <w:t xml:space="preserve"> </w:t>
            </w:r>
            <w:r w:rsidR="00922B44">
              <w:rPr>
                <w:rFonts w:ascii="Times New Roman" w:eastAsia="Times New Roman" w:hAnsi="Times New Roman" w:cs="Times New Roman"/>
                <w:bCs/>
                <w:sz w:val="24"/>
                <w:szCs w:val="24"/>
                <w:lang w:val="en-US"/>
              </w:rPr>
              <w:t>ACTIVITIES</w:t>
            </w:r>
            <w:r w:rsidRPr="0069669C">
              <w:rPr>
                <w:rFonts w:ascii="Times New Roman" w:eastAsia="Times New Roman" w:hAnsi="Times New Roman" w:cs="Times New Roman"/>
                <w:bCs/>
                <w:sz w:val="24"/>
                <w:szCs w:val="24"/>
                <w:lang w:val="en-US"/>
              </w:rPr>
              <w:t xml:space="preserve">. </w:t>
            </w:r>
            <w:r w:rsidRPr="002C5C38">
              <w:rPr>
                <w:rFonts w:ascii="Times New Roman" w:eastAsia="Times New Roman" w:hAnsi="Times New Roman" w:cs="Times New Roman"/>
                <w:bCs/>
                <w:sz w:val="24"/>
                <w:szCs w:val="24"/>
              </w:rPr>
              <w:t>Вводный</w:t>
            </w:r>
            <w:r w:rsidRPr="0069669C">
              <w:rPr>
                <w:rFonts w:ascii="Times New Roman" w:eastAsia="Times New Roman" w:hAnsi="Times New Roman" w:cs="Times New Roman"/>
                <w:bCs/>
                <w:sz w:val="24"/>
                <w:szCs w:val="24"/>
                <w:lang w:val="en-US"/>
              </w:rPr>
              <w:t xml:space="preserve"> </w:t>
            </w:r>
            <w:r w:rsidRPr="002C5C38">
              <w:rPr>
                <w:rFonts w:ascii="Times New Roman" w:eastAsia="Times New Roman" w:hAnsi="Times New Roman" w:cs="Times New Roman"/>
                <w:bCs/>
                <w:sz w:val="24"/>
                <w:szCs w:val="24"/>
              </w:rPr>
              <w:t>урок</w:t>
            </w:r>
            <w:r w:rsidRPr="0069669C">
              <w:rPr>
                <w:rFonts w:ascii="Times New Roman" w:eastAsia="Times New Roman" w:hAnsi="Times New Roman" w:cs="Times New Roman"/>
                <w:bCs/>
                <w:sz w:val="24"/>
                <w:szCs w:val="24"/>
                <w:lang w:val="en-US"/>
              </w:rPr>
              <w:t xml:space="preserve">. </w:t>
            </w:r>
            <w:r w:rsidRPr="002C5C38">
              <w:rPr>
                <w:rFonts w:ascii="Times New Roman" w:eastAsia="Times New Roman" w:hAnsi="Times New Roman" w:cs="Times New Roman"/>
                <w:bCs/>
                <w:sz w:val="24"/>
                <w:szCs w:val="24"/>
              </w:rPr>
              <w:t>Лексика</w:t>
            </w:r>
            <w:r w:rsidRPr="0069669C">
              <w:rPr>
                <w:rFonts w:ascii="Times New Roman" w:eastAsia="Times New Roman" w:hAnsi="Times New Roman" w:cs="Times New Roman"/>
                <w:bCs/>
                <w:sz w:val="24"/>
                <w:szCs w:val="24"/>
                <w:lang w:val="en-US"/>
              </w:rPr>
              <w:t>.</w:t>
            </w:r>
          </w:p>
        </w:tc>
        <w:tc>
          <w:tcPr>
            <w:tcW w:w="775" w:type="dxa"/>
            <w:tcBorders>
              <w:top w:val="nil"/>
              <w:left w:val="nil"/>
              <w:bottom w:val="single" w:sz="4" w:space="0" w:color="auto"/>
              <w:right w:val="single" w:sz="4" w:space="0" w:color="auto"/>
            </w:tcBorders>
            <w:shd w:val="clear" w:color="auto" w:fill="auto"/>
            <w:noWrap/>
          </w:tcPr>
          <w:p w14:paraId="36167C20" w14:textId="6B9F11AB"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7A4ABB3"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35B9DDD"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09C8A9D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22A8B50" w14:textId="77777777" w:rsidR="00C36169" w:rsidRPr="00922B44"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452F4A70" w14:textId="76BB0539"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2C5C38">
              <w:rPr>
                <w:rFonts w:ascii="Times New Roman" w:eastAsia="Times New Roman" w:hAnsi="Times New Roman" w:cs="Times New Roman"/>
                <w:bCs/>
                <w:color w:val="000000"/>
                <w:sz w:val="24"/>
                <w:szCs w:val="24"/>
              </w:rPr>
              <w:t>Технологии и здоровье.</w:t>
            </w:r>
          </w:p>
        </w:tc>
        <w:tc>
          <w:tcPr>
            <w:tcW w:w="775" w:type="dxa"/>
            <w:tcBorders>
              <w:top w:val="nil"/>
              <w:left w:val="nil"/>
              <w:bottom w:val="single" w:sz="4" w:space="0" w:color="auto"/>
              <w:right w:val="single" w:sz="4" w:space="0" w:color="auto"/>
            </w:tcBorders>
            <w:shd w:val="clear" w:color="auto" w:fill="auto"/>
            <w:noWrap/>
          </w:tcPr>
          <w:p w14:paraId="42478460" w14:textId="3B822382"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CAE40F9"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53FF7216"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600F99A4"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228232C" w14:textId="77777777" w:rsidR="00C36169" w:rsidRPr="00922B44"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08DA442D" w14:textId="7FC44EB8"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2C5C38">
              <w:rPr>
                <w:rFonts w:ascii="Times New Roman" w:eastAsia="Times New Roman" w:hAnsi="Times New Roman" w:cs="Times New Roman"/>
                <w:bCs/>
                <w:color w:val="000000"/>
                <w:sz w:val="24"/>
                <w:szCs w:val="24"/>
              </w:rPr>
              <w:t>Грамматика : Модальные глаг</w:t>
            </w:r>
            <w:r w:rsidRPr="00922B44">
              <w:rPr>
                <w:rFonts w:ascii="Times New Roman" w:eastAsia="Times New Roman" w:hAnsi="Times New Roman" w:cs="Times New Roman"/>
                <w:bCs/>
                <w:color w:val="000000"/>
                <w:sz w:val="24"/>
                <w:szCs w:val="24"/>
              </w:rPr>
              <w:t xml:space="preserve">олы: </w:t>
            </w:r>
            <w:r w:rsidRPr="004A4EB9">
              <w:rPr>
                <w:rFonts w:ascii="Times New Roman" w:eastAsia="Times New Roman" w:hAnsi="Times New Roman" w:cs="Times New Roman"/>
                <w:bCs/>
                <w:color w:val="000000"/>
                <w:sz w:val="24"/>
                <w:szCs w:val="24"/>
                <w:lang w:val="en-US"/>
              </w:rPr>
              <w:t>must</w:t>
            </w:r>
            <w:r w:rsidRPr="00922B44">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have</w:t>
            </w:r>
            <w:r w:rsidRPr="00922B44">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to</w:t>
            </w:r>
            <w:r w:rsidRPr="00922B44">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should</w:t>
            </w:r>
          </w:p>
        </w:tc>
        <w:tc>
          <w:tcPr>
            <w:tcW w:w="775" w:type="dxa"/>
            <w:tcBorders>
              <w:top w:val="nil"/>
              <w:left w:val="nil"/>
              <w:bottom w:val="single" w:sz="4" w:space="0" w:color="auto"/>
              <w:right w:val="single" w:sz="4" w:space="0" w:color="auto"/>
            </w:tcBorders>
            <w:shd w:val="clear" w:color="auto" w:fill="auto"/>
            <w:noWrap/>
          </w:tcPr>
          <w:p w14:paraId="3876291F" w14:textId="7CE69C57"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8145BA3"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00C39BB"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095C39A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1861932" w14:textId="77777777" w:rsidR="00C36169" w:rsidRPr="00922B44"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20816D3B" w14:textId="290CE228"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Лечебные средства нашего дома.</w:t>
            </w:r>
          </w:p>
        </w:tc>
        <w:tc>
          <w:tcPr>
            <w:tcW w:w="775" w:type="dxa"/>
            <w:tcBorders>
              <w:top w:val="nil"/>
              <w:left w:val="nil"/>
              <w:bottom w:val="single" w:sz="4" w:space="0" w:color="auto"/>
              <w:right w:val="single" w:sz="4" w:space="0" w:color="auto"/>
            </w:tcBorders>
            <w:shd w:val="clear" w:color="auto" w:fill="auto"/>
            <w:noWrap/>
          </w:tcPr>
          <w:p w14:paraId="204830A6" w14:textId="7A5631C5"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C7F1D56"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395153B"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7168BE01"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21B63A7" w14:textId="77777777" w:rsidR="00C36169" w:rsidRPr="00922B44"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5FCABDCE" w14:textId="6E4CCF00"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Ваша домашняя аптека ( монолог).</w:t>
            </w:r>
          </w:p>
        </w:tc>
        <w:tc>
          <w:tcPr>
            <w:tcW w:w="775" w:type="dxa"/>
            <w:tcBorders>
              <w:top w:val="nil"/>
              <w:left w:val="nil"/>
              <w:bottom w:val="single" w:sz="4" w:space="0" w:color="auto"/>
              <w:right w:val="single" w:sz="4" w:space="0" w:color="auto"/>
            </w:tcBorders>
            <w:shd w:val="clear" w:color="auto" w:fill="auto"/>
            <w:noWrap/>
          </w:tcPr>
          <w:p w14:paraId="7FE07441" w14:textId="70C72773"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0D8DB72"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A678BBD"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3FC9036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A4E1F60"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02169F30" w14:textId="13AE353A"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Модальные глаголы: can, could, may, might.</w:t>
            </w:r>
          </w:p>
        </w:tc>
        <w:tc>
          <w:tcPr>
            <w:tcW w:w="775" w:type="dxa"/>
            <w:tcBorders>
              <w:top w:val="nil"/>
              <w:left w:val="nil"/>
              <w:bottom w:val="single" w:sz="4" w:space="0" w:color="auto"/>
              <w:right w:val="single" w:sz="4" w:space="0" w:color="auto"/>
            </w:tcBorders>
            <w:shd w:val="clear" w:color="auto" w:fill="auto"/>
            <w:noWrap/>
          </w:tcPr>
          <w:p w14:paraId="38E5AAD6" w14:textId="6848C30D"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DD7A8A3"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56D5E57"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0CCAC7D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D935690"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386CA03D" w14:textId="1D3CC039"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Модальные глаголы: can, could, may, might.</w:t>
            </w:r>
          </w:p>
        </w:tc>
        <w:tc>
          <w:tcPr>
            <w:tcW w:w="775" w:type="dxa"/>
            <w:tcBorders>
              <w:top w:val="nil"/>
              <w:left w:val="nil"/>
              <w:bottom w:val="single" w:sz="4" w:space="0" w:color="auto"/>
              <w:right w:val="single" w:sz="4" w:space="0" w:color="auto"/>
            </w:tcBorders>
            <w:shd w:val="clear" w:color="auto" w:fill="auto"/>
            <w:noWrap/>
          </w:tcPr>
          <w:p w14:paraId="3A4C1A67" w14:textId="2719FE27"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49DBDE2"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28A4020"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08B43125" w14:textId="77777777" w:rsidTr="00C45160">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A626AFD"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bottom"/>
          </w:tcPr>
          <w:p w14:paraId="0CAF467E" w14:textId="3EA70F7E"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Модальные глаголы в прошедшем времени.</w:t>
            </w:r>
          </w:p>
        </w:tc>
        <w:tc>
          <w:tcPr>
            <w:tcW w:w="775" w:type="dxa"/>
            <w:tcBorders>
              <w:top w:val="nil"/>
              <w:left w:val="nil"/>
              <w:bottom w:val="single" w:sz="4" w:space="0" w:color="auto"/>
              <w:right w:val="single" w:sz="4" w:space="0" w:color="auto"/>
            </w:tcBorders>
            <w:shd w:val="clear" w:color="auto" w:fill="auto"/>
            <w:noWrap/>
          </w:tcPr>
          <w:p w14:paraId="3B300B1E" w14:textId="788ADAAC"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D275258"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88EC8A5"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1F64C8D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3CE0BB2"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12A3686F" w14:textId="2A0A24E0"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Модальные глаголы в прошедшем времени.</w:t>
            </w:r>
          </w:p>
        </w:tc>
        <w:tc>
          <w:tcPr>
            <w:tcW w:w="775" w:type="dxa"/>
            <w:tcBorders>
              <w:top w:val="nil"/>
              <w:left w:val="nil"/>
              <w:bottom w:val="single" w:sz="4" w:space="0" w:color="auto"/>
              <w:right w:val="single" w:sz="4" w:space="0" w:color="auto"/>
            </w:tcBorders>
            <w:shd w:val="clear" w:color="auto" w:fill="auto"/>
            <w:noWrap/>
          </w:tcPr>
          <w:p w14:paraId="21EA29B7" w14:textId="620D7167"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F4F1E95"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9551073"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3CC93354"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879E1BA"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76D5A5E9" w14:textId="62355F85"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Уголок культуры: Опасные животные Австралии.</w:t>
            </w:r>
          </w:p>
        </w:tc>
        <w:tc>
          <w:tcPr>
            <w:tcW w:w="775" w:type="dxa"/>
            <w:tcBorders>
              <w:top w:val="nil"/>
              <w:left w:val="nil"/>
              <w:bottom w:val="single" w:sz="4" w:space="0" w:color="auto"/>
              <w:right w:val="single" w:sz="4" w:space="0" w:color="auto"/>
            </w:tcBorders>
            <w:shd w:val="clear" w:color="auto" w:fill="auto"/>
            <w:noWrap/>
          </w:tcPr>
          <w:p w14:paraId="7D4AD9E5" w14:textId="369CEA08"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B9628F1"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AAD7E0B"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336153F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DC2F45C"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0B2534E8" w14:textId="087AAE45" w:rsidR="00C36169" w:rsidRPr="004A4EB9" w:rsidRDefault="00922B44" w:rsidP="00C36169">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Повседневный</w:t>
            </w:r>
            <w:r w:rsidR="00C36169" w:rsidRPr="004A4EB9">
              <w:rPr>
                <w:rFonts w:ascii="Times New Roman" w:eastAsia="Times New Roman" w:hAnsi="Times New Roman" w:cs="Times New Roman"/>
                <w:bCs/>
                <w:color w:val="000000"/>
                <w:sz w:val="24"/>
                <w:szCs w:val="24"/>
              </w:rPr>
              <w:t xml:space="preserve"> английский: Визит к врачу.</w:t>
            </w:r>
          </w:p>
        </w:tc>
        <w:tc>
          <w:tcPr>
            <w:tcW w:w="775" w:type="dxa"/>
            <w:tcBorders>
              <w:top w:val="nil"/>
              <w:left w:val="nil"/>
              <w:bottom w:val="single" w:sz="4" w:space="0" w:color="auto"/>
              <w:right w:val="single" w:sz="4" w:space="0" w:color="auto"/>
            </w:tcBorders>
            <w:shd w:val="clear" w:color="auto" w:fill="auto"/>
            <w:noWrap/>
          </w:tcPr>
          <w:p w14:paraId="2D6B66B3" w14:textId="10A68C87"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C4FA045"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5C4363B"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0235EFE4" w14:textId="77777777" w:rsidTr="00C45160">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7E019F4"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bottom"/>
          </w:tcPr>
          <w:p w14:paraId="2B5087F3" w14:textId="39E86005" w:rsidR="00C36169" w:rsidRPr="004A4EB9" w:rsidRDefault="00922B44" w:rsidP="00C36169">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Повседневный</w:t>
            </w:r>
            <w:r w:rsidR="00C36169" w:rsidRPr="004A4EB9">
              <w:rPr>
                <w:rFonts w:ascii="Times New Roman" w:eastAsia="Times New Roman" w:hAnsi="Times New Roman" w:cs="Times New Roman"/>
                <w:bCs/>
                <w:color w:val="000000"/>
                <w:sz w:val="24"/>
                <w:szCs w:val="24"/>
              </w:rPr>
              <w:t xml:space="preserve"> английский: Визит к врачу.</w:t>
            </w:r>
          </w:p>
        </w:tc>
        <w:tc>
          <w:tcPr>
            <w:tcW w:w="775" w:type="dxa"/>
            <w:tcBorders>
              <w:top w:val="nil"/>
              <w:left w:val="nil"/>
              <w:bottom w:val="single" w:sz="4" w:space="0" w:color="auto"/>
              <w:right w:val="single" w:sz="4" w:space="0" w:color="auto"/>
            </w:tcBorders>
            <w:shd w:val="clear" w:color="auto" w:fill="auto"/>
            <w:noWrap/>
          </w:tcPr>
          <w:p w14:paraId="4B7C34BE" w14:textId="3F668311"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7003117"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5D6837EA"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64F48D6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A40B62C" w14:textId="77777777" w:rsidR="00C36169" w:rsidRPr="00C3616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4F99A69A" w14:textId="07D829E8"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Удивительные способности</w:t>
            </w:r>
          </w:p>
        </w:tc>
        <w:tc>
          <w:tcPr>
            <w:tcW w:w="775" w:type="dxa"/>
            <w:tcBorders>
              <w:top w:val="nil"/>
              <w:left w:val="nil"/>
              <w:bottom w:val="single" w:sz="4" w:space="0" w:color="auto"/>
              <w:right w:val="single" w:sz="4" w:space="0" w:color="auto"/>
            </w:tcBorders>
            <w:shd w:val="clear" w:color="auto" w:fill="auto"/>
            <w:noWrap/>
          </w:tcPr>
          <w:p w14:paraId="54995303" w14:textId="71DEA603"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912779A"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4831CCB"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922B44" w14:paraId="1EC8FF0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4E0C956"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0E98AED4" w14:textId="4F79573E" w:rsidR="00C36169" w:rsidRPr="00922B44" w:rsidRDefault="00C36169" w:rsidP="00C3616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sz w:val="24"/>
                <w:szCs w:val="24"/>
                <w:lang w:val="en-US"/>
              </w:rPr>
              <w:t>Feeling</w:t>
            </w:r>
            <w:r w:rsidRPr="00922B44">
              <w:rPr>
                <w:rFonts w:ascii="Times New Roman" w:eastAsia="Times New Roman" w:hAnsi="Times New Roman" w:cs="Times New Roman"/>
                <w:bCs/>
                <w:sz w:val="24"/>
                <w:szCs w:val="24"/>
              </w:rPr>
              <w:t xml:space="preserve"> </w:t>
            </w:r>
            <w:r w:rsidRPr="004A4EB9">
              <w:rPr>
                <w:rFonts w:ascii="Times New Roman" w:eastAsia="Times New Roman" w:hAnsi="Times New Roman" w:cs="Times New Roman"/>
                <w:bCs/>
                <w:sz w:val="24"/>
                <w:szCs w:val="24"/>
                <w:lang w:val="en-US"/>
              </w:rPr>
              <w:t>afraid</w:t>
            </w:r>
            <w:r w:rsidR="00922B44" w:rsidRPr="00922B44">
              <w:rPr>
                <w:rFonts w:ascii="Times New Roman" w:eastAsia="Times New Roman" w:hAnsi="Times New Roman" w:cs="Times New Roman"/>
                <w:bCs/>
                <w:sz w:val="24"/>
                <w:szCs w:val="24"/>
              </w:rPr>
              <w:t xml:space="preserve">. </w:t>
            </w:r>
            <w:r w:rsidR="00922B44">
              <w:rPr>
                <w:rFonts w:ascii="Times New Roman" w:eastAsia="Times New Roman" w:hAnsi="Times New Roman" w:cs="Times New Roman"/>
                <w:bCs/>
                <w:sz w:val="24"/>
                <w:szCs w:val="24"/>
              </w:rPr>
              <w:t>Как побороть свои страхи.</w:t>
            </w:r>
          </w:p>
        </w:tc>
        <w:tc>
          <w:tcPr>
            <w:tcW w:w="775" w:type="dxa"/>
            <w:tcBorders>
              <w:top w:val="nil"/>
              <w:left w:val="nil"/>
              <w:bottom w:val="single" w:sz="4" w:space="0" w:color="auto"/>
              <w:right w:val="single" w:sz="4" w:space="0" w:color="auto"/>
            </w:tcBorders>
            <w:shd w:val="clear" w:color="auto" w:fill="auto"/>
            <w:noWrap/>
          </w:tcPr>
          <w:p w14:paraId="1277B28A" w14:textId="08F05F33" w:rsidR="00C36169" w:rsidRPr="00922B44" w:rsidRDefault="00922B44" w:rsidP="00C36169">
            <w:pPr>
              <w:spacing w:after="0" w:line="240" w:lineRule="auto"/>
              <w:jc w:val="center"/>
              <w:rPr>
                <w:rFonts w:ascii="Times New Roman" w:eastAsia="Times New Roman" w:hAnsi="Times New Roman" w:cs="Times New Roman"/>
                <w:bCs/>
                <w:color w:val="000000"/>
                <w:sz w:val="24"/>
                <w:szCs w:val="24"/>
                <w:lang w:val="en-US" w:eastAsia="ru-RU"/>
              </w:rPr>
            </w:pPr>
            <w:r w:rsidRPr="00922B44">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15092277" w14:textId="77777777" w:rsidR="00C36169" w:rsidRPr="00922B44"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A7BE9E7" w14:textId="77777777" w:rsidR="00C36169" w:rsidRPr="00922B44"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r>
      <w:tr w:rsidR="00C36169" w:rsidRPr="00922B44" w14:paraId="0F5D348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12494BE"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736AFAE9" w14:textId="5FB8917F" w:rsidR="00C36169" w:rsidRPr="00922B44" w:rsidRDefault="00C36169" w:rsidP="00C3616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Relative clauses</w:t>
            </w:r>
          </w:p>
        </w:tc>
        <w:tc>
          <w:tcPr>
            <w:tcW w:w="775" w:type="dxa"/>
            <w:tcBorders>
              <w:top w:val="nil"/>
              <w:left w:val="nil"/>
              <w:bottom w:val="single" w:sz="4" w:space="0" w:color="auto"/>
              <w:right w:val="single" w:sz="4" w:space="0" w:color="auto"/>
            </w:tcBorders>
            <w:shd w:val="clear" w:color="auto" w:fill="auto"/>
            <w:noWrap/>
          </w:tcPr>
          <w:p w14:paraId="6A28BE32" w14:textId="22810A31" w:rsidR="00C36169" w:rsidRPr="00922B44" w:rsidRDefault="00922B44" w:rsidP="00C36169">
            <w:pPr>
              <w:spacing w:after="0" w:line="240" w:lineRule="auto"/>
              <w:jc w:val="center"/>
              <w:rPr>
                <w:rFonts w:ascii="Times New Roman" w:eastAsia="Times New Roman" w:hAnsi="Times New Roman" w:cs="Times New Roman"/>
                <w:bCs/>
                <w:color w:val="000000"/>
                <w:sz w:val="24"/>
                <w:szCs w:val="24"/>
                <w:lang w:val="en-US" w:eastAsia="ru-RU"/>
              </w:rPr>
            </w:pPr>
            <w:r w:rsidRPr="00922B44">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38156BCA" w14:textId="77777777" w:rsidR="00C36169" w:rsidRPr="00922B44"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8D5063E" w14:textId="77777777" w:rsidR="00C36169" w:rsidRPr="00922B44"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r>
      <w:tr w:rsidR="00C36169" w:rsidRPr="00922B44" w14:paraId="0AE9E5D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5B57EEF"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1ED34069" w14:textId="46B2A348" w:rsidR="00C36169" w:rsidRPr="00922B44" w:rsidRDefault="00C36169" w:rsidP="00C3616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Relative clauses</w:t>
            </w:r>
          </w:p>
        </w:tc>
        <w:tc>
          <w:tcPr>
            <w:tcW w:w="775" w:type="dxa"/>
            <w:tcBorders>
              <w:top w:val="nil"/>
              <w:left w:val="nil"/>
              <w:bottom w:val="single" w:sz="4" w:space="0" w:color="auto"/>
              <w:right w:val="single" w:sz="4" w:space="0" w:color="auto"/>
            </w:tcBorders>
            <w:shd w:val="clear" w:color="auto" w:fill="auto"/>
            <w:noWrap/>
          </w:tcPr>
          <w:p w14:paraId="295ACEB8" w14:textId="205DFC85" w:rsidR="00C36169" w:rsidRPr="00922B44" w:rsidRDefault="00922B44" w:rsidP="00C36169">
            <w:pPr>
              <w:spacing w:after="0" w:line="240" w:lineRule="auto"/>
              <w:jc w:val="center"/>
              <w:rPr>
                <w:rFonts w:ascii="Times New Roman" w:eastAsia="Times New Roman" w:hAnsi="Times New Roman" w:cs="Times New Roman"/>
                <w:bCs/>
                <w:color w:val="000000"/>
                <w:sz w:val="24"/>
                <w:szCs w:val="24"/>
                <w:lang w:val="en-US" w:eastAsia="ru-RU"/>
              </w:rPr>
            </w:pPr>
            <w:r w:rsidRPr="00922B44">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1BB922C4" w14:textId="77777777" w:rsidR="00C36169" w:rsidRPr="00922B44"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8777C57" w14:textId="77777777" w:rsidR="00C36169" w:rsidRPr="00922B44"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r>
      <w:tr w:rsidR="00C36169" w:rsidRPr="00C36169" w14:paraId="0311F69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A23CAA4"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5A21C560" w14:textId="4E2EDB72" w:rsidR="00C36169" w:rsidRPr="00C36169" w:rsidRDefault="00C36169" w:rsidP="00C3616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Грамматика</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структуры</w:t>
            </w:r>
            <w:r w:rsidRPr="004A4EB9">
              <w:rPr>
                <w:rFonts w:ascii="Times New Roman" w:eastAsia="Times New Roman" w:hAnsi="Times New Roman" w:cs="Times New Roman"/>
                <w:bCs/>
                <w:color w:val="000000"/>
                <w:sz w:val="24"/>
                <w:szCs w:val="24"/>
                <w:lang w:val="en-US"/>
              </w:rPr>
              <w:t xml:space="preserve"> both…and, either…or, neither..nor.</w:t>
            </w:r>
          </w:p>
        </w:tc>
        <w:tc>
          <w:tcPr>
            <w:tcW w:w="775" w:type="dxa"/>
            <w:tcBorders>
              <w:top w:val="nil"/>
              <w:left w:val="nil"/>
              <w:bottom w:val="single" w:sz="4" w:space="0" w:color="auto"/>
              <w:right w:val="single" w:sz="4" w:space="0" w:color="auto"/>
            </w:tcBorders>
            <w:shd w:val="clear" w:color="auto" w:fill="auto"/>
            <w:noWrap/>
          </w:tcPr>
          <w:p w14:paraId="5C9DDEDF" w14:textId="0EF2428E" w:rsidR="00C36169" w:rsidRPr="00922B44" w:rsidRDefault="00922B44" w:rsidP="00C36169">
            <w:pPr>
              <w:spacing w:after="0" w:line="240" w:lineRule="auto"/>
              <w:jc w:val="center"/>
              <w:rPr>
                <w:rFonts w:ascii="Times New Roman" w:eastAsia="Times New Roman" w:hAnsi="Times New Roman" w:cs="Times New Roman"/>
                <w:bCs/>
                <w:color w:val="000000"/>
                <w:sz w:val="24"/>
                <w:szCs w:val="24"/>
                <w:lang w:val="en-US" w:eastAsia="ru-RU"/>
              </w:rPr>
            </w:pPr>
            <w:r w:rsidRPr="00922B44">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2F7BF98A" w14:textId="77777777" w:rsidR="00C36169" w:rsidRPr="00C36169"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4220E585" w14:textId="77777777" w:rsidR="00C36169" w:rsidRPr="00C36169" w:rsidRDefault="00C36169" w:rsidP="00C36169">
            <w:pPr>
              <w:spacing w:after="0" w:line="240" w:lineRule="auto"/>
              <w:jc w:val="center"/>
              <w:rPr>
                <w:rFonts w:ascii="Times New Roman" w:eastAsia="Times New Roman" w:hAnsi="Times New Roman" w:cs="Times New Roman"/>
                <w:bCs/>
                <w:color w:val="000000"/>
                <w:sz w:val="24"/>
                <w:szCs w:val="24"/>
                <w:lang w:val="en-US" w:eastAsia="ru-RU"/>
              </w:rPr>
            </w:pPr>
          </w:p>
        </w:tc>
      </w:tr>
      <w:tr w:rsidR="00C36169" w:rsidRPr="002F7635" w14:paraId="008F863B"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32E8999"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0B61A501" w14:textId="4A0415C7" w:rsidR="00C36169" w:rsidRPr="004A4EB9" w:rsidRDefault="00C36169" w:rsidP="00C36169">
            <w:pPr>
              <w:spacing w:after="0" w:line="240" w:lineRule="auto"/>
              <w:rPr>
                <w:rFonts w:ascii="Times New Roman" w:eastAsia="Times New Roman" w:hAnsi="Times New Roman" w:cs="Times New Roman"/>
                <w:bCs/>
                <w:color w:val="000000"/>
                <w:sz w:val="24"/>
                <w:szCs w:val="24"/>
              </w:rPr>
            </w:pPr>
            <w:r w:rsidRPr="00922B44">
              <w:rPr>
                <w:rFonts w:ascii="Times New Roman" w:eastAsia="Times New Roman" w:hAnsi="Times New Roman" w:cs="Times New Roman"/>
                <w:bCs/>
                <w:color w:val="000000"/>
                <w:sz w:val="24"/>
                <w:szCs w:val="24"/>
                <w:lang w:val="en-US"/>
              </w:rPr>
              <w:t>Skills.</w:t>
            </w:r>
            <w:r w:rsidRPr="004A4EB9">
              <w:rPr>
                <w:rFonts w:ascii="Times New Roman" w:eastAsia="Times New Roman" w:hAnsi="Times New Roman" w:cs="Times New Roman"/>
                <w:bCs/>
                <w:color w:val="000000"/>
                <w:sz w:val="24"/>
                <w:szCs w:val="24"/>
              </w:rPr>
              <w:t>Проблемы</w:t>
            </w:r>
            <w:r w:rsidR="00922B44">
              <w:rPr>
                <w:rFonts w:ascii="Times New Roman" w:eastAsia="Times New Roman" w:hAnsi="Times New Roman" w:cs="Times New Roman"/>
                <w:bCs/>
                <w:color w:val="000000"/>
                <w:sz w:val="24"/>
                <w:szCs w:val="24"/>
              </w:rPr>
              <w:t xml:space="preserve"> подростков</w:t>
            </w:r>
            <w:r w:rsidRPr="004A4EB9">
              <w:rPr>
                <w:rFonts w:ascii="Times New Roman" w:eastAsia="Times New Roman" w:hAnsi="Times New Roman" w:cs="Times New Roman"/>
                <w:bCs/>
                <w:color w:val="000000"/>
                <w:sz w:val="24"/>
                <w:szCs w:val="24"/>
              </w:rPr>
              <w:t>.</w:t>
            </w:r>
          </w:p>
        </w:tc>
        <w:tc>
          <w:tcPr>
            <w:tcW w:w="775" w:type="dxa"/>
            <w:tcBorders>
              <w:top w:val="nil"/>
              <w:left w:val="nil"/>
              <w:bottom w:val="single" w:sz="4" w:space="0" w:color="auto"/>
              <w:right w:val="single" w:sz="4" w:space="0" w:color="auto"/>
            </w:tcBorders>
            <w:shd w:val="clear" w:color="auto" w:fill="auto"/>
            <w:noWrap/>
          </w:tcPr>
          <w:p w14:paraId="3C03C97E" w14:textId="278D1FC7"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855AE1A"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A0518A7"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C36169" w:rsidRPr="002F7635" w14:paraId="3E7079D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FEBE37E" w14:textId="77777777" w:rsidR="00C36169" w:rsidRPr="004A4EB9" w:rsidRDefault="00C36169"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3783249A" w14:textId="5ED736F6" w:rsidR="00C36169" w:rsidRPr="00922B44" w:rsidRDefault="00C36169" w:rsidP="00922B44">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Curricular</w:t>
            </w:r>
            <w:r w:rsidRPr="00922B44">
              <w:rPr>
                <w:rFonts w:ascii="Times New Roman" w:eastAsia="Times New Roman" w:hAnsi="Times New Roman" w:cs="Times New Roman"/>
                <w:bCs/>
                <w:color w:val="000000"/>
                <w:sz w:val="24"/>
                <w:szCs w:val="24"/>
              </w:rPr>
              <w:t xml:space="preserve">. </w:t>
            </w:r>
            <w:r w:rsidR="00922B44">
              <w:rPr>
                <w:rFonts w:ascii="Times New Roman" w:eastAsia="Times New Roman" w:hAnsi="Times New Roman" w:cs="Times New Roman"/>
                <w:bCs/>
                <w:color w:val="000000"/>
                <w:sz w:val="24"/>
                <w:szCs w:val="24"/>
              </w:rPr>
              <w:t>Сон в нашей жизни.</w:t>
            </w:r>
          </w:p>
        </w:tc>
        <w:tc>
          <w:tcPr>
            <w:tcW w:w="775" w:type="dxa"/>
            <w:tcBorders>
              <w:top w:val="nil"/>
              <w:left w:val="nil"/>
              <w:bottom w:val="single" w:sz="4" w:space="0" w:color="auto"/>
              <w:right w:val="single" w:sz="4" w:space="0" w:color="auto"/>
            </w:tcBorders>
            <w:shd w:val="clear" w:color="auto" w:fill="auto"/>
            <w:noWrap/>
          </w:tcPr>
          <w:p w14:paraId="3D1FFAE4" w14:textId="226610C9" w:rsidR="00C36169"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EE8D998"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5F04AC1" w14:textId="77777777" w:rsidR="00C36169" w:rsidRPr="004A4EB9" w:rsidRDefault="00C36169" w:rsidP="00C36169">
            <w:pPr>
              <w:spacing w:after="0" w:line="240" w:lineRule="auto"/>
              <w:jc w:val="center"/>
              <w:rPr>
                <w:rFonts w:ascii="Times New Roman" w:eastAsia="Times New Roman" w:hAnsi="Times New Roman" w:cs="Times New Roman"/>
                <w:bCs/>
                <w:color w:val="000000"/>
                <w:sz w:val="24"/>
                <w:szCs w:val="24"/>
                <w:lang w:eastAsia="ru-RU"/>
              </w:rPr>
            </w:pPr>
          </w:p>
        </w:tc>
      </w:tr>
      <w:tr w:rsidR="00922B44" w:rsidRPr="002F7635" w14:paraId="5164043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A73A69E" w14:textId="77777777" w:rsidR="00922B44" w:rsidRPr="004A4EB9" w:rsidRDefault="00922B44"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51CBC966" w14:textId="5BCB3202" w:rsidR="00922B44" w:rsidRPr="00922B44" w:rsidRDefault="00922B44" w:rsidP="00922B4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Повторение модуля 4</w:t>
            </w:r>
          </w:p>
        </w:tc>
        <w:tc>
          <w:tcPr>
            <w:tcW w:w="775" w:type="dxa"/>
            <w:tcBorders>
              <w:top w:val="nil"/>
              <w:left w:val="nil"/>
              <w:bottom w:val="single" w:sz="4" w:space="0" w:color="auto"/>
              <w:right w:val="single" w:sz="4" w:space="0" w:color="auto"/>
            </w:tcBorders>
            <w:shd w:val="clear" w:color="auto" w:fill="auto"/>
            <w:noWrap/>
          </w:tcPr>
          <w:p w14:paraId="11FA2B45" w14:textId="4360F57E" w:rsidR="00922B44" w:rsidRDefault="00922B44" w:rsidP="00C3616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55AA80B" w14:textId="77777777" w:rsidR="00922B44"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41ED8DC1" w14:textId="77777777" w:rsidR="00922B44" w:rsidRPr="004A4EB9" w:rsidRDefault="00922B44" w:rsidP="00C36169">
            <w:pPr>
              <w:spacing w:after="0" w:line="240" w:lineRule="auto"/>
              <w:jc w:val="center"/>
              <w:rPr>
                <w:rFonts w:ascii="Times New Roman" w:eastAsia="Times New Roman" w:hAnsi="Times New Roman" w:cs="Times New Roman"/>
                <w:bCs/>
                <w:color w:val="000000"/>
                <w:sz w:val="24"/>
                <w:szCs w:val="24"/>
                <w:lang w:eastAsia="ru-RU"/>
              </w:rPr>
            </w:pPr>
          </w:p>
        </w:tc>
      </w:tr>
      <w:tr w:rsidR="00922B44" w:rsidRPr="002F7635" w14:paraId="6CC2AA8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0EE1436" w14:textId="77777777" w:rsidR="00922B44" w:rsidRPr="004A4EB9" w:rsidRDefault="00922B44" w:rsidP="00C36169">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4889F937" w14:textId="17C41E19" w:rsidR="00922B44" w:rsidRPr="002E38F6" w:rsidRDefault="002E38F6" w:rsidP="00922B44">
            <w:pPr>
              <w:spacing w:after="0" w:line="240" w:lineRule="auto"/>
              <w:rPr>
                <w:rFonts w:ascii="Times New Roman" w:eastAsia="Times New Roman" w:hAnsi="Times New Roman" w:cs="Times New Roman"/>
                <w:b/>
                <w:bCs/>
                <w:color w:val="000000"/>
                <w:sz w:val="24"/>
                <w:szCs w:val="24"/>
              </w:rPr>
            </w:pPr>
            <w:r w:rsidRPr="002E38F6">
              <w:rPr>
                <w:rFonts w:ascii="Times New Roman" w:eastAsia="Times New Roman" w:hAnsi="Times New Roman" w:cs="Times New Roman"/>
                <w:b/>
                <w:bCs/>
                <w:color w:val="000000"/>
                <w:sz w:val="24"/>
                <w:szCs w:val="24"/>
              </w:rPr>
              <w:t>Контрольная работа за  2 триместр</w:t>
            </w:r>
          </w:p>
        </w:tc>
        <w:tc>
          <w:tcPr>
            <w:tcW w:w="775" w:type="dxa"/>
            <w:tcBorders>
              <w:top w:val="nil"/>
              <w:left w:val="nil"/>
              <w:bottom w:val="single" w:sz="4" w:space="0" w:color="auto"/>
              <w:right w:val="single" w:sz="4" w:space="0" w:color="auto"/>
            </w:tcBorders>
            <w:shd w:val="clear" w:color="auto" w:fill="auto"/>
            <w:noWrap/>
          </w:tcPr>
          <w:p w14:paraId="702A8327" w14:textId="3E58E765" w:rsidR="00922B44" w:rsidRPr="002E38F6" w:rsidRDefault="00922B44" w:rsidP="00C36169">
            <w:pPr>
              <w:spacing w:after="0" w:line="240" w:lineRule="auto"/>
              <w:jc w:val="center"/>
              <w:rPr>
                <w:rFonts w:ascii="Times New Roman" w:eastAsia="Times New Roman" w:hAnsi="Times New Roman" w:cs="Times New Roman"/>
                <w:b/>
                <w:bCs/>
                <w:color w:val="000000"/>
                <w:sz w:val="24"/>
                <w:szCs w:val="24"/>
                <w:lang w:eastAsia="ru-RU"/>
              </w:rPr>
            </w:pPr>
            <w:r w:rsidRPr="002E38F6">
              <w:rPr>
                <w:rFonts w:ascii="Times New Roman" w:eastAsia="Times New Roman" w:hAnsi="Times New Roman" w:cs="Times New Roman"/>
                <w:b/>
                <w:bCs/>
                <w:color w:val="000000"/>
                <w:sz w:val="24"/>
                <w:szCs w:val="24"/>
                <w:lang w:eastAsia="ru-RU"/>
              </w:rPr>
              <w:t>1</w:t>
            </w:r>
          </w:p>
        </w:tc>
        <w:tc>
          <w:tcPr>
            <w:tcW w:w="1515" w:type="dxa"/>
            <w:tcBorders>
              <w:top w:val="nil"/>
              <w:left w:val="nil"/>
              <w:bottom w:val="single" w:sz="4" w:space="0" w:color="auto"/>
              <w:right w:val="single" w:sz="4" w:space="0" w:color="auto"/>
            </w:tcBorders>
          </w:tcPr>
          <w:p w14:paraId="29F6621C" w14:textId="28B13AEB" w:rsidR="00922B44" w:rsidRPr="002E38F6" w:rsidRDefault="002E38F6" w:rsidP="00C36169">
            <w:pPr>
              <w:spacing w:after="0" w:line="240" w:lineRule="auto"/>
              <w:jc w:val="center"/>
              <w:rPr>
                <w:rFonts w:ascii="Times New Roman" w:eastAsia="Times New Roman" w:hAnsi="Times New Roman" w:cs="Times New Roman"/>
                <w:b/>
                <w:bCs/>
                <w:color w:val="000000"/>
                <w:sz w:val="24"/>
                <w:szCs w:val="24"/>
                <w:lang w:eastAsia="ru-RU"/>
              </w:rPr>
            </w:pPr>
            <w:r w:rsidRPr="002E38F6">
              <w:rPr>
                <w:rFonts w:ascii="Times New Roman" w:eastAsia="Times New Roman" w:hAnsi="Times New Roman" w:cs="Times New Roman"/>
                <w:b/>
                <w:bCs/>
                <w:color w:val="000000"/>
                <w:sz w:val="24"/>
                <w:szCs w:val="24"/>
                <w:lang w:eastAsia="ru-RU"/>
              </w:rPr>
              <w:t>1</w:t>
            </w:r>
          </w:p>
        </w:tc>
        <w:tc>
          <w:tcPr>
            <w:tcW w:w="1575" w:type="dxa"/>
            <w:tcBorders>
              <w:top w:val="nil"/>
              <w:left w:val="nil"/>
              <w:bottom w:val="single" w:sz="4" w:space="0" w:color="auto"/>
              <w:right w:val="single" w:sz="4" w:space="0" w:color="auto"/>
            </w:tcBorders>
          </w:tcPr>
          <w:p w14:paraId="6C1E9839" w14:textId="21D12BD1" w:rsidR="00922B44" w:rsidRPr="002E38F6" w:rsidRDefault="002E38F6" w:rsidP="00C36169">
            <w:pPr>
              <w:spacing w:after="0" w:line="240" w:lineRule="auto"/>
              <w:jc w:val="center"/>
              <w:rPr>
                <w:rFonts w:ascii="Times New Roman" w:eastAsia="Times New Roman" w:hAnsi="Times New Roman" w:cs="Times New Roman"/>
                <w:b/>
                <w:bCs/>
                <w:color w:val="000000"/>
                <w:sz w:val="24"/>
                <w:szCs w:val="24"/>
                <w:lang w:eastAsia="ru-RU"/>
              </w:rPr>
            </w:pPr>
            <w:r w:rsidRPr="002E38F6">
              <w:rPr>
                <w:rFonts w:ascii="Times New Roman" w:eastAsia="Times New Roman" w:hAnsi="Times New Roman" w:cs="Times New Roman"/>
                <w:b/>
                <w:bCs/>
                <w:color w:val="000000"/>
                <w:sz w:val="24"/>
                <w:szCs w:val="24"/>
                <w:lang w:eastAsia="ru-RU"/>
              </w:rPr>
              <w:t>тест</w:t>
            </w:r>
          </w:p>
        </w:tc>
      </w:tr>
      <w:tr w:rsidR="00595E4A" w:rsidRPr="002F7635" w14:paraId="5CC7858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CF0FC5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740E5AB7" w14:textId="3F0A960B" w:rsidR="00595E4A" w:rsidRPr="004A4EB9" w:rsidRDefault="00595E4A" w:rsidP="00922B44">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М</w:t>
            </w:r>
            <w:r w:rsidR="00922B44">
              <w:rPr>
                <w:rFonts w:ascii="Times New Roman" w:eastAsia="Times New Roman" w:hAnsi="Times New Roman" w:cs="Times New Roman"/>
                <w:bCs/>
                <w:color w:val="000000"/>
                <w:sz w:val="24"/>
                <w:szCs w:val="24"/>
              </w:rPr>
              <w:t>ОДУЛЬ</w:t>
            </w:r>
            <w:r w:rsidRPr="004A4EB9">
              <w:rPr>
                <w:rFonts w:ascii="Times New Roman" w:eastAsia="Times New Roman" w:hAnsi="Times New Roman" w:cs="Times New Roman"/>
                <w:bCs/>
                <w:color w:val="000000"/>
                <w:sz w:val="24"/>
                <w:szCs w:val="24"/>
                <w:lang w:val="en-US"/>
              </w:rPr>
              <w:t xml:space="preserve"> 5. Life E</w:t>
            </w:r>
            <w:r w:rsidR="00922B44">
              <w:rPr>
                <w:rFonts w:ascii="Times New Roman" w:eastAsia="Times New Roman" w:hAnsi="Times New Roman" w:cs="Times New Roman"/>
                <w:bCs/>
                <w:color w:val="000000"/>
                <w:sz w:val="24"/>
                <w:szCs w:val="24"/>
                <w:lang w:val="en-US"/>
              </w:rPr>
              <w:t>XPERIENCES</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Введение</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лексики</w:t>
            </w:r>
            <w:r w:rsidRPr="004A4EB9">
              <w:rPr>
                <w:rFonts w:ascii="Times New Roman" w:eastAsia="Times New Roman" w:hAnsi="Times New Roman" w:cs="Times New Roman"/>
                <w:bCs/>
                <w:color w:val="000000"/>
                <w:sz w:val="24"/>
                <w:szCs w:val="24"/>
                <w:lang w:val="en-US"/>
              </w:rPr>
              <w:t>.</w:t>
            </w:r>
          </w:p>
        </w:tc>
        <w:tc>
          <w:tcPr>
            <w:tcW w:w="775" w:type="dxa"/>
            <w:tcBorders>
              <w:top w:val="nil"/>
              <w:left w:val="nil"/>
              <w:bottom w:val="single" w:sz="4" w:space="0" w:color="auto"/>
              <w:right w:val="single" w:sz="4" w:space="0" w:color="auto"/>
            </w:tcBorders>
            <w:shd w:val="clear" w:color="auto" w:fill="auto"/>
            <w:noWrap/>
            <w:hideMark/>
          </w:tcPr>
          <w:p w14:paraId="65BB2413" w14:textId="26B3D7B4"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763E80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2EC87F4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1F9B01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D59A75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noWrap/>
            <w:vAlign w:val="center"/>
          </w:tcPr>
          <w:p w14:paraId="237589A7" w14:textId="0892502A" w:rsidR="00595E4A" w:rsidRPr="00922B44" w:rsidRDefault="00922B44"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Annoying/Bad habits</w:t>
            </w:r>
            <w:r w:rsidRPr="00922B44">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rPr>
              <w:t>Как</w:t>
            </w:r>
            <w:r w:rsidR="00595E4A" w:rsidRPr="00922B44">
              <w:rPr>
                <w:rFonts w:ascii="Times New Roman" w:eastAsia="Times New Roman" w:hAnsi="Times New Roman" w:cs="Times New Roman"/>
                <w:bCs/>
                <w:color w:val="000000"/>
                <w:sz w:val="24"/>
                <w:szCs w:val="24"/>
                <w:lang w:val="en-US"/>
              </w:rPr>
              <w:t xml:space="preserve"> </w:t>
            </w:r>
            <w:r w:rsidR="00595E4A" w:rsidRPr="004A4EB9">
              <w:rPr>
                <w:rFonts w:ascii="Times New Roman" w:eastAsia="Times New Roman" w:hAnsi="Times New Roman" w:cs="Times New Roman"/>
                <w:bCs/>
                <w:color w:val="000000"/>
                <w:sz w:val="24"/>
                <w:szCs w:val="24"/>
              </w:rPr>
              <w:t>раздражает</w:t>
            </w:r>
            <w:r w:rsidR="00595E4A" w:rsidRPr="00922B44">
              <w:rPr>
                <w:rFonts w:ascii="Times New Roman" w:eastAsia="Times New Roman" w:hAnsi="Times New Roman" w:cs="Times New Roman"/>
                <w:bCs/>
                <w:color w:val="000000"/>
                <w:sz w:val="24"/>
                <w:szCs w:val="24"/>
                <w:lang w:val="en-US"/>
              </w:rPr>
              <w:t>!</w:t>
            </w:r>
            <w:r w:rsidRPr="00922B44">
              <w:rPr>
                <w:rFonts w:ascii="Times New Roman" w:eastAsia="Times New Roman" w:hAnsi="Times New Roman" w:cs="Times New Roman"/>
                <w:bCs/>
                <w:color w:val="000000"/>
                <w:sz w:val="24"/>
                <w:szCs w:val="24"/>
                <w:lang w:val="en-US"/>
              </w:rPr>
              <w:t xml:space="preserve"> </w:t>
            </w:r>
            <w:r>
              <w:rPr>
                <w:rFonts w:ascii="Times New Roman" w:eastAsia="Times New Roman" w:hAnsi="Times New Roman" w:cs="Times New Roman"/>
                <w:bCs/>
                <w:color w:val="000000"/>
                <w:sz w:val="24"/>
                <w:szCs w:val="24"/>
              </w:rPr>
              <w:t>Работа с текстом</w:t>
            </w:r>
          </w:p>
        </w:tc>
        <w:tc>
          <w:tcPr>
            <w:tcW w:w="775" w:type="dxa"/>
            <w:tcBorders>
              <w:top w:val="nil"/>
              <w:left w:val="nil"/>
              <w:bottom w:val="single" w:sz="4" w:space="0" w:color="auto"/>
              <w:right w:val="single" w:sz="4" w:space="0" w:color="auto"/>
            </w:tcBorders>
            <w:shd w:val="clear" w:color="auto" w:fill="auto"/>
            <w:noWrap/>
            <w:hideMark/>
          </w:tcPr>
          <w:p w14:paraId="6F2E856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6C1F53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9EA70E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386AB0C"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2E57DAF"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09136AE2" w14:textId="494D345D" w:rsidR="00595E4A" w:rsidRPr="004A4EB9" w:rsidRDefault="00922B44"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Грамматика</w:t>
            </w:r>
            <w:r w:rsidRPr="004A4EB9">
              <w:rPr>
                <w:rFonts w:ascii="Times New Roman" w:eastAsia="Times New Roman" w:hAnsi="Times New Roman" w:cs="Times New Roman"/>
                <w:bCs/>
                <w:color w:val="000000"/>
                <w:sz w:val="24"/>
                <w:szCs w:val="24"/>
                <w:lang w:val="en-US"/>
              </w:rPr>
              <w:t>. Present Perfect vs Past Simple</w:t>
            </w:r>
          </w:p>
        </w:tc>
        <w:tc>
          <w:tcPr>
            <w:tcW w:w="775" w:type="dxa"/>
            <w:tcBorders>
              <w:top w:val="nil"/>
              <w:left w:val="nil"/>
              <w:bottom w:val="single" w:sz="4" w:space="0" w:color="auto"/>
              <w:right w:val="single" w:sz="4" w:space="0" w:color="auto"/>
            </w:tcBorders>
            <w:shd w:val="clear" w:color="auto" w:fill="auto"/>
            <w:noWrap/>
            <w:hideMark/>
          </w:tcPr>
          <w:p w14:paraId="48F81E7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1B4B3A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C5E2A3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5AE4155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05C92C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5A777E3C"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Грамматика</w:t>
            </w:r>
            <w:r w:rsidRPr="004A4EB9">
              <w:rPr>
                <w:rFonts w:ascii="Times New Roman" w:eastAsia="Times New Roman" w:hAnsi="Times New Roman" w:cs="Times New Roman"/>
                <w:bCs/>
                <w:color w:val="000000"/>
                <w:sz w:val="24"/>
                <w:szCs w:val="24"/>
                <w:lang w:val="en-US"/>
              </w:rPr>
              <w:t>. Present Perfect vs Past Simple</w:t>
            </w:r>
          </w:p>
        </w:tc>
        <w:tc>
          <w:tcPr>
            <w:tcW w:w="775" w:type="dxa"/>
            <w:tcBorders>
              <w:top w:val="nil"/>
              <w:left w:val="nil"/>
              <w:bottom w:val="single" w:sz="4" w:space="0" w:color="auto"/>
              <w:right w:val="single" w:sz="4" w:space="0" w:color="auto"/>
            </w:tcBorders>
            <w:shd w:val="clear" w:color="auto" w:fill="auto"/>
            <w:noWrap/>
            <w:hideMark/>
          </w:tcPr>
          <w:p w14:paraId="3532A88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377152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A72A30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49A3B6B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B13520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F3E5220"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tcPr>
          <w:p w14:paraId="04E1540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361E93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6E3D885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94B999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8A546F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679FA228"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Культурный шок.</w:t>
            </w:r>
          </w:p>
        </w:tc>
        <w:tc>
          <w:tcPr>
            <w:tcW w:w="775" w:type="dxa"/>
            <w:tcBorders>
              <w:top w:val="nil"/>
              <w:left w:val="nil"/>
              <w:bottom w:val="single" w:sz="4" w:space="0" w:color="auto"/>
              <w:right w:val="single" w:sz="4" w:space="0" w:color="auto"/>
            </w:tcBorders>
            <w:shd w:val="clear" w:color="auto" w:fill="auto"/>
            <w:noWrap/>
            <w:hideMark/>
          </w:tcPr>
          <w:p w14:paraId="721CB61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28371B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7AE6B0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94CC4D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45037B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1475EC47"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Present Perfect Continuous.</w:t>
            </w:r>
          </w:p>
        </w:tc>
        <w:tc>
          <w:tcPr>
            <w:tcW w:w="775" w:type="dxa"/>
            <w:tcBorders>
              <w:top w:val="nil"/>
              <w:left w:val="nil"/>
              <w:bottom w:val="single" w:sz="4" w:space="0" w:color="auto"/>
              <w:right w:val="single" w:sz="4" w:space="0" w:color="auto"/>
            </w:tcBorders>
            <w:shd w:val="clear" w:color="auto" w:fill="auto"/>
            <w:noWrap/>
            <w:hideMark/>
          </w:tcPr>
          <w:p w14:paraId="0AF62B4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0E5E65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EC2FC1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B2D4D8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128031B"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70C19F2"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Закрепление грамматического материала.</w:t>
            </w:r>
          </w:p>
        </w:tc>
        <w:tc>
          <w:tcPr>
            <w:tcW w:w="775" w:type="dxa"/>
            <w:tcBorders>
              <w:top w:val="nil"/>
              <w:left w:val="nil"/>
              <w:bottom w:val="single" w:sz="4" w:space="0" w:color="auto"/>
              <w:right w:val="single" w:sz="4" w:space="0" w:color="auto"/>
            </w:tcBorders>
            <w:shd w:val="clear" w:color="auto" w:fill="auto"/>
            <w:noWrap/>
          </w:tcPr>
          <w:p w14:paraId="064C2B6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32A347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752B5A1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C6F5E0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402F341"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703AD097"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Культурный уголок. Социальный этикет в Великобритании.</w:t>
            </w:r>
          </w:p>
        </w:tc>
        <w:tc>
          <w:tcPr>
            <w:tcW w:w="775" w:type="dxa"/>
            <w:tcBorders>
              <w:top w:val="nil"/>
              <w:left w:val="nil"/>
              <w:bottom w:val="single" w:sz="4" w:space="0" w:color="auto"/>
              <w:right w:val="single" w:sz="4" w:space="0" w:color="auto"/>
            </w:tcBorders>
            <w:shd w:val="clear" w:color="auto" w:fill="auto"/>
            <w:noWrap/>
            <w:hideMark/>
          </w:tcPr>
          <w:p w14:paraId="1B6111B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75F2544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C971E3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922B44" w:rsidRPr="002F7635" w14:paraId="2FBCD35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6EA1596" w14:textId="77777777" w:rsidR="00922B44" w:rsidRPr="004A4EB9" w:rsidRDefault="00922B44"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D4AE453" w14:textId="40A6404D" w:rsidR="00922B44" w:rsidRPr="004A4EB9" w:rsidRDefault="00922B44" w:rsidP="004A4EB9">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Сравниваем социальный этикет Великобритании и России.</w:t>
            </w:r>
          </w:p>
        </w:tc>
        <w:tc>
          <w:tcPr>
            <w:tcW w:w="775" w:type="dxa"/>
            <w:tcBorders>
              <w:top w:val="nil"/>
              <w:left w:val="nil"/>
              <w:bottom w:val="single" w:sz="4" w:space="0" w:color="auto"/>
              <w:right w:val="single" w:sz="4" w:space="0" w:color="auto"/>
            </w:tcBorders>
            <w:shd w:val="clear" w:color="auto" w:fill="auto"/>
            <w:noWrap/>
          </w:tcPr>
          <w:p w14:paraId="2D260CE9" w14:textId="4666FD78" w:rsidR="00922B44" w:rsidRPr="004A4EB9" w:rsidRDefault="00922B44" w:rsidP="004A4EB9">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7CA086F" w14:textId="77777777" w:rsidR="00922B44" w:rsidRPr="004A4EB9" w:rsidRDefault="00922B44"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CB2503C" w14:textId="77777777" w:rsidR="00922B44" w:rsidRPr="004A4EB9" w:rsidRDefault="00922B44"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5A1C323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7770CFB" w14:textId="77777777" w:rsidR="00595E4A" w:rsidRPr="00922B44"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center"/>
          </w:tcPr>
          <w:p w14:paraId="0D39DC51"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Повседневный английский. Жалуемся и извиняемся(диалоги).</w:t>
            </w:r>
          </w:p>
        </w:tc>
        <w:tc>
          <w:tcPr>
            <w:tcW w:w="775" w:type="dxa"/>
            <w:tcBorders>
              <w:top w:val="nil"/>
              <w:left w:val="nil"/>
              <w:bottom w:val="single" w:sz="4" w:space="0" w:color="auto"/>
              <w:right w:val="single" w:sz="4" w:space="0" w:color="auto"/>
            </w:tcBorders>
            <w:shd w:val="clear" w:color="auto" w:fill="auto"/>
            <w:noWrap/>
            <w:hideMark/>
          </w:tcPr>
          <w:p w14:paraId="7FC5CED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29BF50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1413E3F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86EBDD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6BF8BDA"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vAlign w:val="center"/>
          </w:tcPr>
          <w:p w14:paraId="7D64E72F" w14:textId="03666FA8" w:rsidR="00595E4A" w:rsidRPr="00B96488" w:rsidRDefault="00B96488"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A chance for the better.</w:t>
            </w:r>
            <w:r w:rsidRPr="00B96488">
              <w:rPr>
                <w:rFonts w:ascii="Times New Roman" w:eastAsia="Times New Roman" w:hAnsi="Times New Roman" w:cs="Times New Roman"/>
                <w:bCs/>
                <w:color w:val="000000"/>
                <w:sz w:val="24"/>
                <w:szCs w:val="24"/>
                <w:lang w:val="en-US"/>
              </w:rPr>
              <w:t xml:space="preserve"> </w:t>
            </w:r>
            <w:r w:rsidR="00595E4A" w:rsidRPr="00B96488">
              <w:rPr>
                <w:rFonts w:ascii="Times New Roman" w:eastAsia="Times New Roman" w:hAnsi="Times New Roman" w:cs="Times New Roman"/>
                <w:bCs/>
                <w:color w:val="000000"/>
                <w:sz w:val="24"/>
                <w:szCs w:val="24"/>
              </w:rPr>
              <w:t>Переменам быть.</w:t>
            </w:r>
            <w:r>
              <w:rPr>
                <w:rFonts w:ascii="Times New Roman" w:eastAsia="Times New Roman" w:hAnsi="Times New Roman" w:cs="Times New Roman"/>
                <w:bCs/>
                <w:color w:val="000000"/>
                <w:sz w:val="24"/>
                <w:szCs w:val="24"/>
              </w:rPr>
              <w:t xml:space="preserve"> Работа с текстом.</w:t>
            </w:r>
          </w:p>
        </w:tc>
        <w:tc>
          <w:tcPr>
            <w:tcW w:w="775" w:type="dxa"/>
            <w:tcBorders>
              <w:top w:val="nil"/>
              <w:left w:val="nil"/>
              <w:bottom w:val="single" w:sz="4" w:space="0" w:color="auto"/>
              <w:right w:val="single" w:sz="4" w:space="0" w:color="auto"/>
            </w:tcBorders>
            <w:shd w:val="clear" w:color="auto" w:fill="auto"/>
            <w:noWrap/>
            <w:hideMark/>
          </w:tcPr>
          <w:p w14:paraId="2305F0B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5F11D1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DF6999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7569A23C"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B76FEA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2F1378F9" w14:textId="484CDD76" w:rsidR="00595E4A" w:rsidRPr="00B96488" w:rsidRDefault="00B96488"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A chance for the better.</w:t>
            </w:r>
            <w:r w:rsidRPr="00B96488">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lang w:val="en-US"/>
              </w:rPr>
              <w:t>Переменам быть.</w:t>
            </w:r>
            <w:r>
              <w:rPr>
                <w:rFonts w:ascii="Times New Roman" w:eastAsia="Times New Roman" w:hAnsi="Times New Roman" w:cs="Times New Roman"/>
                <w:bCs/>
                <w:color w:val="000000"/>
                <w:sz w:val="24"/>
                <w:szCs w:val="24"/>
              </w:rPr>
              <w:t xml:space="preserve"> (монологическое высказывание)</w:t>
            </w:r>
          </w:p>
        </w:tc>
        <w:tc>
          <w:tcPr>
            <w:tcW w:w="775" w:type="dxa"/>
            <w:tcBorders>
              <w:top w:val="nil"/>
              <w:left w:val="nil"/>
              <w:bottom w:val="single" w:sz="4" w:space="0" w:color="auto"/>
              <w:right w:val="single" w:sz="4" w:space="0" w:color="auto"/>
            </w:tcBorders>
            <w:shd w:val="clear" w:color="auto" w:fill="auto"/>
            <w:noWrap/>
            <w:hideMark/>
          </w:tcPr>
          <w:p w14:paraId="1914C66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D0CC82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7E67F68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B96488" w14:paraId="456EAC6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081C81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3DE6E52A" w14:textId="1A09593E" w:rsidR="00595E4A" w:rsidRPr="00B96488" w:rsidRDefault="00B96488" w:rsidP="004A4EB9">
            <w:pPr>
              <w:spacing w:after="0" w:line="240" w:lineRule="auto"/>
              <w:rPr>
                <w:rFonts w:ascii="Times New Roman" w:eastAsia="Times New Roman" w:hAnsi="Times New Roman" w:cs="Times New Roman"/>
                <w:bCs/>
                <w:sz w:val="24"/>
                <w:szCs w:val="24"/>
              </w:rPr>
            </w:pPr>
            <w:r w:rsidRPr="004A4EB9">
              <w:rPr>
                <w:rFonts w:ascii="Times New Roman" w:eastAsia="Times New Roman" w:hAnsi="Times New Roman" w:cs="Times New Roman"/>
                <w:bCs/>
                <w:color w:val="000000"/>
                <w:sz w:val="24"/>
                <w:szCs w:val="24"/>
                <w:lang w:val="en-US"/>
              </w:rPr>
              <w:t>Rite of passage</w:t>
            </w:r>
            <w:r w:rsidRPr="00B96488">
              <w:rPr>
                <w:rFonts w:ascii="Times New Roman" w:eastAsia="Times New Roman" w:hAnsi="Times New Roman" w:cs="Times New Roman"/>
                <w:bCs/>
                <w:color w:val="000000"/>
                <w:sz w:val="24"/>
                <w:szCs w:val="24"/>
                <w:lang w:val="en-US"/>
              </w:rPr>
              <w:t>.</w:t>
            </w:r>
            <w:r w:rsidRPr="00B96488">
              <w:rPr>
                <w:rFonts w:ascii="Times New Roman" w:eastAsia="Times New Roman" w:hAnsi="Times New Roman" w:cs="Times New Roman"/>
                <w:bCs/>
                <w:sz w:val="24"/>
                <w:szCs w:val="24"/>
                <w:lang w:val="en-US"/>
              </w:rPr>
              <w:t xml:space="preserve"> </w:t>
            </w:r>
            <w:r w:rsidR="00595E4A" w:rsidRPr="004A4EB9">
              <w:rPr>
                <w:rFonts w:ascii="Times New Roman" w:eastAsia="Times New Roman" w:hAnsi="Times New Roman" w:cs="Times New Roman"/>
                <w:bCs/>
                <w:sz w:val="24"/>
                <w:szCs w:val="24"/>
              </w:rPr>
              <w:t>Обряд</w:t>
            </w:r>
            <w:r w:rsidR="00595E4A" w:rsidRPr="0069669C">
              <w:rPr>
                <w:rFonts w:ascii="Times New Roman" w:eastAsia="Times New Roman" w:hAnsi="Times New Roman" w:cs="Times New Roman"/>
                <w:bCs/>
                <w:sz w:val="24"/>
                <w:szCs w:val="24"/>
                <w:lang w:val="en-US"/>
              </w:rPr>
              <w:t xml:space="preserve"> </w:t>
            </w:r>
            <w:r w:rsidR="00595E4A" w:rsidRPr="004A4EB9">
              <w:rPr>
                <w:rFonts w:ascii="Times New Roman" w:eastAsia="Times New Roman" w:hAnsi="Times New Roman" w:cs="Times New Roman"/>
                <w:bCs/>
                <w:sz w:val="24"/>
                <w:szCs w:val="24"/>
              </w:rPr>
              <w:t>посвящения</w:t>
            </w:r>
            <w:r w:rsidR="00595E4A" w:rsidRPr="0069669C">
              <w:rPr>
                <w:rFonts w:ascii="Times New Roman" w:eastAsia="Times New Roman" w:hAnsi="Times New Roman" w:cs="Times New Roman"/>
                <w:bCs/>
                <w:sz w:val="24"/>
                <w:szCs w:val="24"/>
                <w:lang w:val="en-US"/>
              </w:rPr>
              <w:t>.</w:t>
            </w:r>
            <w:r w:rsidRPr="0069669C">
              <w:rPr>
                <w:rFonts w:ascii="Times New Roman" w:eastAsia="Times New Roman" w:hAnsi="Times New Roman" w:cs="Times New Roman"/>
                <w:bCs/>
                <w:color w:val="000000"/>
                <w:sz w:val="24"/>
                <w:szCs w:val="24"/>
                <w:lang w:val="en-US"/>
              </w:rPr>
              <w:t xml:space="preserve"> </w:t>
            </w:r>
            <w:r>
              <w:rPr>
                <w:rFonts w:ascii="Times New Roman" w:eastAsia="Times New Roman" w:hAnsi="Times New Roman" w:cs="Times New Roman"/>
                <w:bCs/>
                <w:color w:val="000000"/>
                <w:sz w:val="24"/>
                <w:szCs w:val="24"/>
              </w:rPr>
              <w:t>Работа с текстом.</w:t>
            </w:r>
          </w:p>
        </w:tc>
        <w:tc>
          <w:tcPr>
            <w:tcW w:w="775" w:type="dxa"/>
            <w:tcBorders>
              <w:top w:val="nil"/>
              <w:left w:val="nil"/>
              <w:bottom w:val="single" w:sz="4" w:space="0" w:color="auto"/>
              <w:right w:val="single" w:sz="4" w:space="0" w:color="auto"/>
            </w:tcBorders>
            <w:shd w:val="clear" w:color="auto" w:fill="auto"/>
            <w:noWrap/>
            <w:hideMark/>
          </w:tcPr>
          <w:p w14:paraId="5DF253FF"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B96488">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348D526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C9E069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B96488" w14:paraId="5B59D99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1D919C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40BEB4C5" w14:textId="03D43E47" w:rsidR="00595E4A" w:rsidRPr="00B96488" w:rsidRDefault="00B96488"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Rite of passage</w:t>
            </w:r>
            <w:r w:rsidRPr="00B96488">
              <w:rPr>
                <w:rFonts w:ascii="Times New Roman" w:eastAsia="Times New Roman" w:hAnsi="Times New Roman" w:cs="Times New Roman"/>
                <w:bCs/>
                <w:color w:val="000000"/>
                <w:sz w:val="24"/>
                <w:szCs w:val="24"/>
                <w:lang w:val="en-US"/>
              </w:rPr>
              <w:t>.</w:t>
            </w:r>
            <w:r w:rsidRPr="00B96488">
              <w:rPr>
                <w:rFonts w:ascii="Times New Roman" w:eastAsia="Times New Roman" w:hAnsi="Times New Roman" w:cs="Times New Roman"/>
                <w:bCs/>
                <w:sz w:val="24"/>
                <w:szCs w:val="24"/>
                <w:lang w:val="en-US"/>
              </w:rPr>
              <w:t xml:space="preserve"> </w:t>
            </w:r>
            <w:r w:rsidRPr="004A4EB9">
              <w:rPr>
                <w:rFonts w:ascii="Times New Roman" w:eastAsia="Times New Roman" w:hAnsi="Times New Roman" w:cs="Times New Roman"/>
                <w:bCs/>
                <w:sz w:val="24"/>
                <w:szCs w:val="24"/>
              </w:rPr>
              <w:t>Обряд</w:t>
            </w:r>
            <w:r w:rsidRPr="00B96488">
              <w:rPr>
                <w:rFonts w:ascii="Times New Roman" w:eastAsia="Times New Roman" w:hAnsi="Times New Roman" w:cs="Times New Roman"/>
                <w:bCs/>
                <w:sz w:val="24"/>
                <w:szCs w:val="24"/>
                <w:lang w:val="en-US"/>
              </w:rPr>
              <w:t xml:space="preserve"> </w:t>
            </w:r>
            <w:r w:rsidRPr="004A4EB9">
              <w:rPr>
                <w:rFonts w:ascii="Times New Roman" w:eastAsia="Times New Roman" w:hAnsi="Times New Roman" w:cs="Times New Roman"/>
                <w:bCs/>
                <w:sz w:val="24"/>
                <w:szCs w:val="24"/>
              </w:rPr>
              <w:t>посвящения</w:t>
            </w:r>
            <w:r w:rsidRPr="00B96488">
              <w:rPr>
                <w:rFonts w:ascii="Times New Roman" w:eastAsia="Times New Roman" w:hAnsi="Times New Roman" w:cs="Times New Roman"/>
                <w:bCs/>
                <w:sz w:val="24"/>
                <w:szCs w:val="24"/>
                <w:lang w:val="en-US"/>
              </w:rPr>
              <w:t>.</w:t>
            </w:r>
            <w:r w:rsidRPr="0069669C">
              <w:rPr>
                <w:rFonts w:ascii="Times New Roman" w:eastAsia="Times New Roman" w:hAnsi="Times New Roman" w:cs="Times New Roman"/>
                <w:bCs/>
                <w:color w:val="000000"/>
                <w:sz w:val="24"/>
                <w:szCs w:val="24"/>
                <w:lang w:val="en-US"/>
              </w:rPr>
              <w:t xml:space="preserve"> </w:t>
            </w:r>
            <w:r>
              <w:rPr>
                <w:rFonts w:ascii="Times New Roman" w:eastAsia="Times New Roman" w:hAnsi="Times New Roman" w:cs="Times New Roman"/>
                <w:bCs/>
                <w:color w:val="000000"/>
                <w:sz w:val="24"/>
                <w:szCs w:val="24"/>
              </w:rPr>
              <w:t>(монологическое высказывание)</w:t>
            </w:r>
          </w:p>
        </w:tc>
        <w:tc>
          <w:tcPr>
            <w:tcW w:w="775" w:type="dxa"/>
            <w:tcBorders>
              <w:top w:val="nil"/>
              <w:left w:val="nil"/>
              <w:bottom w:val="single" w:sz="4" w:space="0" w:color="auto"/>
              <w:right w:val="single" w:sz="4" w:space="0" w:color="auto"/>
            </w:tcBorders>
            <w:shd w:val="clear" w:color="auto" w:fill="auto"/>
            <w:noWrap/>
            <w:hideMark/>
          </w:tcPr>
          <w:p w14:paraId="6F29BC5C"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B96488">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2F2C0A9C"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479FDFCF"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B96488" w14:paraId="324B69C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0FC99EC"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15A9AB15"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fr-FR"/>
              </w:rPr>
            </w:pPr>
            <w:r w:rsidRPr="004A4EB9">
              <w:rPr>
                <w:rFonts w:ascii="Times New Roman" w:eastAsia="Times New Roman" w:hAnsi="Times New Roman" w:cs="Times New Roman"/>
                <w:bCs/>
                <w:color w:val="000000"/>
                <w:sz w:val="24"/>
                <w:szCs w:val="24"/>
              </w:rPr>
              <w:t>Грамматика</w:t>
            </w:r>
            <w:r w:rsidRPr="004A4EB9">
              <w:rPr>
                <w:rFonts w:ascii="Times New Roman" w:eastAsia="Times New Roman" w:hAnsi="Times New Roman" w:cs="Times New Roman"/>
                <w:bCs/>
                <w:color w:val="000000"/>
                <w:sz w:val="24"/>
                <w:szCs w:val="24"/>
                <w:lang w:val="fr-FR"/>
              </w:rPr>
              <w:t xml:space="preserve">: </w:t>
            </w:r>
            <w:r w:rsidRPr="004A4EB9">
              <w:rPr>
                <w:rFonts w:ascii="Times New Roman" w:eastAsia="Times New Roman" w:hAnsi="Times New Roman" w:cs="Times New Roman"/>
                <w:bCs/>
                <w:color w:val="000000"/>
                <w:sz w:val="24"/>
                <w:szCs w:val="24"/>
              </w:rPr>
              <w:t>Формы</w:t>
            </w:r>
            <w:r w:rsidRPr="004A4EB9">
              <w:rPr>
                <w:rFonts w:ascii="Times New Roman" w:eastAsia="Times New Roman" w:hAnsi="Times New Roman" w:cs="Times New Roman"/>
                <w:bCs/>
                <w:color w:val="000000"/>
                <w:sz w:val="24"/>
                <w:szCs w:val="24"/>
                <w:lang w:val="fr-FR"/>
              </w:rPr>
              <w:t xml:space="preserve"> infinitive/ing (Tenses).</w:t>
            </w:r>
          </w:p>
        </w:tc>
        <w:tc>
          <w:tcPr>
            <w:tcW w:w="775" w:type="dxa"/>
            <w:tcBorders>
              <w:top w:val="nil"/>
              <w:left w:val="nil"/>
              <w:bottom w:val="single" w:sz="4" w:space="0" w:color="auto"/>
              <w:right w:val="single" w:sz="4" w:space="0" w:color="auto"/>
            </w:tcBorders>
            <w:shd w:val="clear" w:color="auto" w:fill="auto"/>
            <w:noWrap/>
            <w:hideMark/>
          </w:tcPr>
          <w:p w14:paraId="29150EE2"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B96488">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27E8CE2B"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93A07D6"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B96488" w14:paraId="06175263"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22579EB"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42C2ED8F" w14:textId="72C94470" w:rsidR="00595E4A" w:rsidRPr="00B96488" w:rsidRDefault="00B96488"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eastAsia="ru-RU"/>
              </w:rPr>
              <w:t>Skills. Appearance and character.</w:t>
            </w:r>
          </w:p>
        </w:tc>
        <w:tc>
          <w:tcPr>
            <w:tcW w:w="775" w:type="dxa"/>
            <w:tcBorders>
              <w:top w:val="nil"/>
              <w:left w:val="nil"/>
              <w:bottom w:val="single" w:sz="4" w:space="0" w:color="auto"/>
              <w:right w:val="single" w:sz="4" w:space="0" w:color="auto"/>
            </w:tcBorders>
            <w:shd w:val="clear" w:color="auto" w:fill="auto"/>
            <w:noWrap/>
            <w:hideMark/>
          </w:tcPr>
          <w:p w14:paraId="4B2061D6"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B96488">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3456353F"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6A4577F1" w14:textId="77777777" w:rsidR="00595E4A" w:rsidRPr="00B96488"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698B5F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7C060C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3A4D90B4" w14:textId="5C890305" w:rsidR="00595E4A" w:rsidRPr="00B96488" w:rsidRDefault="00595E4A" w:rsidP="004A4EB9">
            <w:pPr>
              <w:spacing w:after="0" w:line="240" w:lineRule="auto"/>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Skills. Appearance and character.</w:t>
            </w:r>
            <w:r w:rsidR="00B96488" w:rsidRPr="0069669C">
              <w:rPr>
                <w:rFonts w:ascii="Times New Roman" w:eastAsia="Times New Roman" w:hAnsi="Times New Roman" w:cs="Times New Roman"/>
                <w:bCs/>
                <w:color w:val="000000"/>
                <w:sz w:val="24"/>
                <w:szCs w:val="24"/>
                <w:lang w:val="en-US" w:eastAsia="ru-RU"/>
              </w:rPr>
              <w:t>(</w:t>
            </w:r>
            <w:r w:rsidR="00B96488">
              <w:rPr>
                <w:rFonts w:ascii="Times New Roman" w:eastAsia="Times New Roman" w:hAnsi="Times New Roman" w:cs="Times New Roman"/>
                <w:bCs/>
                <w:color w:val="000000"/>
                <w:sz w:val="24"/>
                <w:szCs w:val="24"/>
                <w:lang w:val="en-US" w:eastAsia="ru-RU"/>
              </w:rPr>
              <w:t>VB 13-14)</w:t>
            </w:r>
          </w:p>
        </w:tc>
        <w:tc>
          <w:tcPr>
            <w:tcW w:w="775" w:type="dxa"/>
            <w:tcBorders>
              <w:top w:val="nil"/>
              <w:left w:val="nil"/>
              <w:bottom w:val="single" w:sz="4" w:space="0" w:color="auto"/>
              <w:right w:val="single" w:sz="4" w:space="0" w:color="auto"/>
            </w:tcBorders>
            <w:shd w:val="clear" w:color="auto" w:fill="auto"/>
            <w:noWrap/>
            <w:hideMark/>
          </w:tcPr>
          <w:p w14:paraId="4CB51E2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B51E8E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7060A4A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280A04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B8999C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18DD20FE" w14:textId="3BABA268"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Writing: A for-and-against essay.</w:t>
            </w:r>
          </w:p>
        </w:tc>
        <w:tc>
          <w:tcPr>
            <w:tcW w:w="775" w:type="dxa"/>
            <w:tcBorders>
              <w:top w:val="nil"/>
              <w:left w:val="nil"/>
              <w:bottom w:val="single" w:sz="4" w:space="0" w:color="auto"/>
              <w:right w:val="single" w:sz="4" w:space="0" w:color="auto"/>
            </w:tcBorders>
            <w:shd w:val="clear" w:color="auto" w:fill="auto"/>
            <w:noWrap/>
            <w:hideMark/>
          </w:tcPr>
          <w:p w14:paraId="76475EA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B07173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4A127E3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B3112F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B929D2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22A32886"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Writing bank 5.</w:t>
            </w:r>
          </w:p>
        </w:tc>
        <w:tc>
          <w:tcPr>
            <w:tcW w:w="775" w:type="dxa"/>
            <w:tcBorders>
              <w:top w:val="nil"/>
              <w:left w:val="nil"/>
              <w:bottom w:val="single" w:sz="4" w:space="0" w:color="auto"/>
              <w:right w:val="single" w:sz="4" w:space="0" w:color="auto"/>
            </w:tcBorders>
            <w:shd w:val="clear" w:color="auto" w:fill="auto"/>
            <w:noWrap/>
            <w:hideMark/>
          </w:tcPr>
          <w:p w14:paraId="68566A3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636333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7856F63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165D2DA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4B09BC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66547D7A" w14:textId="77A42D38" w:rsidR="00595E4A" w:rsidRPr="00B96488"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Curricular. Science.</w:t>
            </w:r>
            <w:r w:rsidR="00B96488">
              <w:rPr>
                <w:rFonts w:ascii="Times New Roman" w:eastAsia="Times New Roman" w:hAnsi="Times New Roman" w:cs="Times New Roman"/>
                <w:bCs/>
                <w:color w:val="000000"/>
                <w:sz w:val="24"/>
                <w:szCs w:val="24"/>
                <w:lang w:val="en-US"/>
              </w:rPr>
              <w:t xml:space="preserve"> </w:t>
            </w:r>
            <w:r w:rsidR="00B96488">
              <w:rPr>
                <w:rFonts w:ascii="Times New Roman" w:eastAsia="Times New Roman" w:hAnsi="Times New Roman" w:cs="Times New Roman"/>
                <w:bCs/>
                <w:color w:val="000000"/>
                <w:sz w:val="24"/>
                <w:szCs w:val="24"/>
              </w:rPr>
              <w:t>Язык жестов.</w:t>
            </w:r>
          </w:p>
        </w:tc>
        <w:tc>
          <w:tcPr>
            <w:tcW w:w="775" w:type="dxa"/>
            <w:tcBorders>
              <w:top w:val="nil"/>
              <w:left w:val="nil"/>
              <w:bottom w:val="single" w:sz="4" w:space="0" w:color="auto"/>
              <w:right w:val="single" w:sz="4" w:space="0" w:color="auto"/>
            </w:tcBorders>
            <w:shd w:val="clear" w:color="auto" w:fill="auto"/>
            <w:noWrap/>
            <w:hideMark/>
          </w:tcPr>
          <w:p w14:paraId="525E91E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11029E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34254F3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CF7EC6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FAD2162"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7FE66B8A"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Language</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Review</w:t>
            </w:r>
            <w:r w:rsidRPr="004A4EB9">
              <w:rPr>
                <w:rFonts w:ascii="Times New Roman" w:eastAsia="Times New Roman" w:hAnsi="Times New Roman" w:cs="Times New Roman"/>
                <w:bCs/>
                <w:color w:val="000000"/>
                <w:sz w:val="24"/>
                <w:szCs w:val="24"/>
              </w:rPr>
              <w:t>. Повторение. Языковые навыки.</w:t>
            </w:r>
          </w:p>
        </w:tc>
        <w:tc>
          <w:tcPr>
            <w:tcW w:w="775" w:type="dxa"/>
            <w:tcBorders>
              <w:top w:val="nil"/>
              <w:left w:val="nil"/>
              <w:bottom w:val="single" w:sz="4" w:space="0" w:color="auto"/>
              <w:right w:val="single" w:sz="4" w:space="0" w:color="auto"/>
            </w:tcBorders>
            <w:shd w:val="clear" w:color="auto" w:fill="auto"/>
            <w:noWrap/>
          </w:tcPr>
          <w:p w14:paraId="45B87D2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1A609E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69D78AE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D40C6C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E33E469"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bottom"/>
          </w:tcPr>
          <w:p w14:paraId="47CE5933" w14:textId="54150FF0" w:rsidR="00595E4A" w:rsidRPr="002A7DEC" w:rsidRDefault="00B96488" w:rsidP="00B96488">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Итоговая контрольная работа</w:t>
            </w:r>
            <w:r w:rsidR="00595E4A" w:rsidRPr="002A7DEC">
              <w:rPr>
                <w:rFonts w:ascii="Times New Roman" w:eastAsia="Times New Roman" w:hAnsi="Times New Roman" w:cs="Times New Roman"/>
                <w:b/>
                <w:bCs/>
                <w:sz w:val="24"/>
                <w:szCs w:val="24"/>
              </w:rPr>
              <w:t xml:space="preserve"> </w:t>
            </w:r>
          </w:p>
        </w:tc>
        <w:tc>
          <w:tcPr>
            <w:tcW w:w="775" w:type="dxa"/>
            <w:tcBorders>
              <w:top w:val="nil"/>
              <w:left w:val="nil"/>
              <w:bottom w:val="single" w:sz="4" w:space="0" w:color="auto"/>
              <w:right w:val="single" w:sz="4" w:space="0" w:color="auto"/>
            </w:tcBorders>
            <w:shd w:val="clear" w:color="auto" w:fill="auto"/>
            <w:noWrap/>
          </w:tcPr>
          <w:p w14:paraId="5240D730" w14:textId="77777777" w:rsidR="00595E4A" w:rsidRPr="002A7DEC"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r w:rsidRPr="002A7DEC">
              <w:rPr>
                <w:rFonts w:ascii="Times New Roman" w:eastAsia="Times New Roman" w:hAnsi="Times New Roman" w:cs="Times New Roman"/>
                <w:b/>
                <w:bCs/>
                <w:color w:val="000000"/>
                <w:sz w:val="24"/>
                <w:szCs w:val="24"/>
                <w:lang w:eastAsia="ru-RU"/>
              </w:rPr>
              <w:t>1</w:t>
            </w:r>
          </w:p>
        </w:tc>
        <w:tc>
          <w:tcPr>
            <w:tcW w:w="1515" w:type="dxa"/>
            <w:tcBorders>
              <w:top w:val="nil"/>
              <w:left w:val="nil"/>
              <w:bottom w:val="single" w:sz="4" w:space="0" w:color="auto"/>
              <w:right w:val="single" w:sz="4" w:space="0" w:color="auto"/>
            </w:tcBorders>
          </w:tcPr>
          <w:p w14:paraId="1C8C283A" w14:textId="77777777" w:rsidR="00595E4A" w:rsidRPr="002A7DEC" w:rsidRDefault="00595E4A" w:rsidP="004A4EB9">
            <w:pPr>
              <w:spacing w:after="0" w:line="240" w:lineRule="auto"/>
              <w:jc w:val="center"/>
              <w:rPr>
                <w:rFonts w:ascii="Times New Roman" w:eastAsia="Times New Roman" w:hAnsi="Times New Roman" w:cs="Times New Roman"/>
                <w:b/>
                <w:bCs/>
                <w:color w:val="000000"/>
                <w:sz w:val="24"/>
                <w:szCs w:val="24"/>
                <w:lang w:eastAsia="ru-RU"/>
              </w:rPr>
            </w:pPr>
            <w:r w:rsidRPr="002A7DEC">
              <w:rPr>
                <w:rFonts w:ascii="Times New Roman" w:eastAsia="Times New Roman" w:hAnsi="Times New Roman" w:cs="Times New Roman"/>
                <w:b/>
                <w:bCs/>
                <w:color w:val="000000"/>
                <w:sz w:val="24"/>
                <w:szCs w:val="24"/>
                <w:lang w:eastAsia="ru-RU"/>
              </w:rPr>
              <w:t>1</w:t>
            </w:r>
          </w:p>
        </w:tc>
        <w:tc>
          <w:tcPr>
            <w:tcW w:w="1575" w:type="dxa"/>
            <w:tcBorders>
              <w:top w:val="nil"/>
              <w:left w:val="nil"/>
              <w:bottom w:val="single" w:sz="4" w:space="0" w:color="auto"/>
              <w:right w:val="single" w:sz="4" w:space="0" w:color="auto"/>
            </w:tcBorders>
          </w:tcPr>
          <w:p w14:paraId="47F0001A" w14:textId="4F8A50CC" w:rsidR="00595E4A" w:rsidRPr="002A7DEC" w:rsidRDefault="009B2576" w:rsidP="004A4EB9">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тест</w:t>
            </w:r>
          </w:p>
        </w:tc>
      </w:tr>
      <w:tr w:rsidR="00595E4A" w:rsidRPr="002F7635" w14:paraId="098E4F56"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2E6F1B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10D36D1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Работа над ошибками.</w:t>
            </w:r>
          </w:p>
        </w:tc>
        <w:tc>
          <w:tcPr>
            <w:tcW w:w="775" w:type="dxa"/>
            <w:tcBorders>
              <w:top w:val="nil"/>
              <w:left w:val="nil"/>
              <w:bottom w:val="single" w:sz="4" w:space="0" w:color="auto"/>
              <w:right w:val="single" w:sz="4" w:space="0" w:color="auto"/>
            </w:tcBorders>
            <w:shd w:val="clear" w:color="auto" w:fill="auto"/>
            <w:noWrap/>
          </w:tcPr>
          <w:p w14:paraId="1A0DF2D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42ACF6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96317A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0E3870F7"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3865389"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433F7893" w14:textId="127ACDEC" w:rsidR="00595E4A" w:rsidRPr="004A4EB9" w:rsidRDefault="00595E4A" w:rsidP="00B96488">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М</w:t>
            </w:r>
            <w:r w:rsidR="00B96488">
              <w:rPr>
                <w:rFonts w:ascii="Times New Roman" w:eastAsia="Times New Roman" w:hAnsi="Times New Roman" w:cs="Times New Roman"/>
                <w:bCs/>
                <w:color w:val="000000"/>
                <w:sz w:val="24"/>
                <w:szCs w:val="24"/>
              </w:rPr>
              <w:t>ОДУЛЬ</w:t>
            </w:r>
            <w:r w:rsidRPr="00B96488">
              <w:rPr>
                <w:rFonts w:ascii="Times New Roman" w:eastAsia="Times New Roman" w:hAnsi="Times New Roman" w:cs="Times New Roman"/>
                <w:bCs/>
                <w:color w:val="000000"/>
                <w:sz w:val="24"/>
                <w:szCs w:val="24"/>
                <w:lang w:val="en-US"/>
              </w:rPr>
              <w:t xml:space="preserve"> 6 </w:t>
            </w:r>
            <w:r w:rsidRPr="004A4EB9">
              <w:rPr>
                <w:rFonts w:ascii="Times New Roman" w:eastAsia="Times New Roman" w:hAnsi="Times New Roman" w:cs="Times New Roman"/>
                <w:bCs/>
                <w:color w:val="000000"/>
                <w:sz w:val="24"/>
                <w:szCs w:val="24"/>
                <w:lang w:val="en-US"/>
              </w:rPr>
              <w:t>C</w:t>
            </w:r>
            <w:r w:rsidR="00B96488">
              <w:rPr>
                <w:rFonts w:ascii="Times New Roman" w:eastAsia="Times New Roman" w:hAnsi="Times New Roman" w:cs="Times New Roman"/>
                <w:bCs/>
                <w:color w:val="000000"/>
                <w:sz w:val="24"/>
                <w:szCs w:val="24"/>
                <w:lang w:val="en-US"/>
              </w:rPr>
              <w:t>RIME</w:t>
            </w:r>
            <w:r w:rsidRPr="00B96488">
              <w:rPr>
                <w:rFonts w:ascii="Times New Roman" w:eastAsia="Times New Roman" w:hAnsi="Times New Roman" w:cs="Times New Roman"/>
                <w:bCs/>
                <w:color w:val="000000"/>
                <w:sz w:val="24"/>
                <w:szCs w:val="24"/>
                <w:lang w:val="en-US"/>
              </w:rPr>
              <w:t xml:space="preserve"> &amp; </w:t>
            </w:r>
            <w:r w:rsidRPr="004A4EB9">
              <w:rPr>
                <w:rFonts w:ascii="Times New Roman" w:eastAsia="Times New Roman" w:hAnsi="Times New Roman" w:cs="Times New Roman"/>
                <w:bCs/>
                <w:color w:val="000000"/>
                <w:sz w:val="24"/>
                <w:szCs w:val="24"/>
                <w:lang w:val="en-US"/>
              </w:rPr>
              <w:t>C</w:t>
            </w:r>
            <w:r w:rsidR="00B96488">
              <w:rPr>
                <w:rFonts w:ascii="Times New Roman" w:eastAsia="Times New Roman" w:hAnsi="Times New Roman" w:cs="Times New Roman"/>
                <w:bCs/>
                <w:color w:val="000000"/>
                <w:sz w:val="24"/>
                <w:szCs w:val="24"/>
                <w:lang w:val="en-US"/>
              </w:rPr>
              <w:t>OMMUNITY</w:t>
            </w:r>
            <w:r w:rsidRPr="00B96488">
              <w:rPr>
                <w:rFonts w:ascii="Times New Roman" w:eastAsia="Times New Roman" w:hAnsi="Times New Roman" w:cs="Times New Roman"/>
                <w:bCs/>
                <w:color w:val="000000"/>
                <w:sz w:val="24"/>
                <w:szCs w:val="24"/>
                <w:lang w:val="en-US"/>
              </w:rPr>
              <w:t>.</w:t>
            </w:r>
            <w:r w:rsidRPr="004A4EB9">
              <w:rPr>
                <w:rFonts w:ascii="Times New Roman" w:eastAsia="Times New Roman" w:hAnsi="Times New Roman" w:cs="Times New Roman"/>
                <w:bCs/>
                <w:color w:val="000000"/>
                <w:sz w:val="24"/>
                <w:szCs w:val="24"/>
              </w:rPr>
              <w:t>Вводный</w:t>
            </w:r>
            <w:r w:rsidRPr="00B96488">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урок</w:t>
            </w:r>
            <w:r w:rsidRPr="00B96488">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Виды преступлений.</w:t>
            </w:r>
          </w:p>
        </w:tc>
        <w:tc>
          <w:tcPr>
            <w:tcW w:w="775" w:type="dxa"/>
            <w:tcBorders>
              <w:top w:val="nil"/>
              <w:left w:val="nil"/>
              <w:bottom w:val="single" w:sz="4" w:space="0" w:color="auto"/>
              <w:right w:val="single" w:sz="4" w:space="0" w:color="auto"/>
            </w:tcBorders>
            <w:shd w:val="clear" w:color="auto" w:fill="auto"/>
            <w:noWrap/>
            <w:hideMark/>
          </w:tcPr>
          <w:p w14:paraId="7501760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541976C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6FEDBB5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7EE323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652797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450B8E5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Это искусство? Уличное искусство: за и против.</w:t>
            </w:r>
          </w:p>
        </w:tc>
        <w:tc>
          <w:tcPr>
            <w:tcW w:w="775" w:type="dxa"/>
            <w:tcBorders>
              <w:top w:val="nil"/>
              <w:left w:val="nil"/>
              <w:bottom w:val="single" w:sz="4" w:space="0" w:color="auto"/>
              <w:right w:val="single" w:sz="4" w:space="0" w:color="auto"/>
            </w:tcBorders>
            <w:shd w:val="clear" w:color="auto" w:fill="auto"/>
            <w:noWrap/>
            <w:hideMark/>
          </w:tcPr>
          <w:p w14:paraId="6761A3C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7D6191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B8E2A0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B42B5CA"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80A521D"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0EFCD112"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Грамматика: Пассивный залог.</w:t>
            </w:r>
          </w:p>
        </w:tc>
        <w:tc>
          <w:tcPr>
            <w:tcW w:w="775" w:type="dxa"/>
            <w:tcBorders>
              <w:top w:val="nil"/>
              <w:left w:val="nil"/>
              <w:bottom w:val="single" w:sz="4" w:space="0" w:color="auto"/>
              <w:right w:val="single" w:sz="4" w:space="0" w:color="auto"/>
            </w:tcBorders>
            <w:shd w:val="clear" w:color="auto" w:fill="auto"/>
            <w:noWrap/>
          </w:tcPr>
          <w:p w14:paraId="13ED4B4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16E7F7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71C144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205348D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794509F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689BD458"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Отработка грамматики. Пассивный залог.</w:t>
            </w:r>
          </w:p>
        </w:tc>
        <w:tc>
          <w:tcPr>
            <w:tcW w:w="775" w:type="dxa"/>
            <w:tcBorders>
              <w:top w:val="nil"/>
              <w:left w:val="nil"/>
              <w:bottom w:val="single" w:sz="4" w:space="0" w:color="auto"/>
              <w:right w:val="single" w:sz="4" w:space="0" w:color="auto"/>
            </w:tcBorders>
            <w:shd w:val="clear" w:color="auto" w:fill="auto"/>
            <w:noWrap/>
            <w:hideMark/>
          </w:tcPr>
          <w:p w14:paraId="3D2E13C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BBA858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DA14EA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24A2E0C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61F2B3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tcPr>
          <w:p w14:paraId="64C9AA28"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Борцы с преступностью.</w:t>
            </w:r>
          </w:p>
        </w:tc>
        <w:tc>
          <w:tcPr>
            <w:tcW w:w="775" w:type="dxa"/>
            <w:tcBorders>
              <w:top w:val="nil"/>
              <w:left w:val="nil"/>
              <w:bottom w:val="single" w:sz="4" w:space="0" w:color="auto"/>
              <w:right w:val="single" w:sz="4" w:space="0" w:color="auto"/>
            </w:tcBorders>
            <w:shd w:val="clear" w:color="auto" w:fill="auto"/>
            <w:noWrap/>
            <w:hideMark/>
          </w:tcPr>
          <w:p w14:paraId="27919DD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8603A3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EA6EB6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3F944F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796423C"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noWrap/>
          </w:tcPr>
          <w:p w14:paraId="7A77A8A6"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Impersonal/personal passive structures</w:t>
            </w:r>
          </w:p>
        </w:tc>
        <w:tc>
          <w:tcPr>
            <w:tcW w:w="775" w:type="dxa"/>
            <w:tcBorders>
              <w:top w:val="nil"/>
              <w:left w:val="nil"/>
              <w:bottom w:val="single" w:sz="4" w:space="0" w:color="auto"/>
              <w:right w:val="single" w:sz="4" w:space="0" w:color="auto"/>
            </w:tcBorders>
            <w:shd w:val="clear" w:color="auto" w:fill="auto"/>
            <w:noWrap/>
          </w:tcPr>
          <w:p w14:paraId="5B8DD2A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AD63AB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7982CB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20A987A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CD7D70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2F6107D4"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Causative</w:t>
            </w:r>
          </w:p>
        </w:tc>
        <w:tc>
          <w:tcPr>
            <w:tcW w:w="775" w:type="dxa"/>
            <w:tcBorders>
              <w:top w:val="nil"/>
              <w:left w:val="nil"/>
              <w:bottom w:val="single" w:sz="4" w:space="0" w:color="auto"/>
              <w:right w:val="single" w:sz="4" w:space="0" w:color="auto"/>
            </w:tcBorders>
            <w:shd w:val="clear" w:color="auto" w:fill="auto"/>
            <w:noWrap/>
            <w:hideMark/>
          </w:tcPr>
          <w:p w14:paraId="3876133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4CC6F4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51D62DD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0F08950A"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22C5860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0EB49B02"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Reflexive pronouns</w:t>
            </w:r>
          </w:p>
        </w:tc>
        <w:tc>
          <w:tcPr>
            <w:tcW w:w="775" w:type="dxa"/>
            <w:tcBorders>
              <w:top w:val="nil"/>
              <w:left w:val="nil"/>
              <w:bottom w:val="single" w:sz="4" w:space="0" w:color="auto"/>
              <w:right w:val="single" w:sz="4" w:space="0" w:color="auto"/>
            </w:tcBorders>
            <w:shd w:val="clear" w:color="auto" w:fill="auto"/>
            <w:noWrap/>
            <w:hideMark/>
          </w:tcPr>
          <w:p w14:paraId="41AB5FF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68E329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7837C83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859CB8F"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74A56CE"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59F10330"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Отработка грамматического материала.</w:t>
            </w:r>
          </w:p>
        </w:tc>
        <w:tc>
          <w:tcPr>
            <w:tcW w:w="775" w:type="dxa"/>
            <w:tcBorders>
              <w:top w:val="nil"/>
              <w:left w:val="nil"/>
              <w:bottom w:val="single" w:sz="4" w:space="0" w:color="auto"/>
              <w:right w:val="single" w:sz="4" w:space="0" w:color="auto"/>
            </w:tcBorders>
            <w:shd w:val="clear" w:color="auto" w:fill="auto"/>
            <w:noWrap/>
            <w:hideMark/>
          </w:tcPr>
          <w:p w14:paraId="0E1426E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626077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6BF886D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FA244B5"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7E304B0"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0B37C8AE"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Уголок культуры: Агата Кристи.</w:t>
            </w:r>
          </w:p>
        </w:tc>
        <w:tc>
          <w:tcPr>
            <w:tcW w:w="775" w:type="dxa"/>
            <w:tcBorders>
              <w:top w:val="nil"/>
              <w:left w:val="nil"/>
              <w:bottom w:val="single" w:sz="4" w:space="0" w:color="auto"/>
              <w:right w:val="single" w:sz="4" w:space="0" w:color="auto"/>
            </w:tcBorders>
            <w:shd w:val="clear" w:color="auto" w:fill="auto"/>
            <w:noWrap/>
          </w:tcPr>
          <w:p w14:paraId="761A6E8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F0F67D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D10914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3AEE7B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F32AD8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tcPr>
          <w:p w14:paraId="66379205"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Диалогическая речь: Дача свидетельских показаний.</w:t>
            </w:r>
          </w:p>
        </w:tc>
        <w:tc>
          <w:tcPr>
            <w:tcW w:w="775" w:type="dxa"/>
            <w:tcBorders>
              <w:top w:val="nil"/>
              <w:left w:val="nil"/>
              <w:bottom w:val="single" w:sz="4" w:space="0" w:color="auto"/>
              <w:right w:val="single" w:sz="4" w:space="0" w:color="auto"/>
            </w:tcBorders>
            <w:shd w:val="clear" w:color="auto" w:fill="auto"/>
            <w:noWrap/>
            <w:hideMark/>
          </w:tcPr>
          <w:p w14:paraId="7CE9A75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2AC50F5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64EB587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3BB8CDE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7FB25D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tcPr>
          <w:p w14:paraId="58E6F627"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Диалоги по теме (по схеме).</w:t>
            </w:r>
          </w:p>
        </w:tc>
        <w:tc>
          <w:tcPr>
            <w:tcW w:w="775" w:type="dxa"/>
            <w:tcBorders>
              <w:top w:val="nil"/>
              <w:left w:val="nil"/>
              <w:bottom w:val="single" w:sz="4" w:space="0" w:color="auto"/>
              <w:right w:val="single" w:sz="4" w:space="0" w:color="auto"/>
            </w:tcBorders>
            <w:shd w:val="clear" w:color="auto" w:fill="auto"/>
            <w:noWrap/>
            <w:hideMark/>
          </w:tcPr>
          <w:p w14:paraId="2F7E229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501CE5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01552D5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B5EF6CA"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BC0D1D8"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tcPr>
          <w:p w14:paraId="6F3F1B1D"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Компьютерная преступность.</w:t>
            </w:r>
          </w:p>
        </w:tc>
        <w:tc>
          <w:tcPr>
            <w:tcW w:w="775" w:type="dxa"/>
            <w:tcBorders>
              <w:top w:val="nil"/>
              <w:left w:val="nil"/>
              <w:bottom w:val="single" w:sz="4" w:space="0" w:color="auto"/>
              <w:right w:val="single" w:sz="4" w:space="0" w:color="auto"/>
            </w:tcBorders>
            <w:shd w:val="clear" w:color="auto" w:fill="auto"/>
            <w:noWrap/>
          </w:tcPr>
          <w:p w14:paraId="63002AF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187CE9EC"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c>
          <w:tcPr>
            <w:tcW w:w="1575" w:type="dxa"/>
            <w:tcBorders>
              <w:top w:val="nil"/>
              <w:left w:val="nil"/>
              <w:bottom w:val="single" w:sz="4" w:space="0" w:color="auto"/>
              <w:right w:val="single" w:sz="4" w:space="0" w:color="auto"/>
            </w:tcBorders>
          </w:tcPr>
          <w:p w14:paraId="0B26D25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p>
        </w:tc>
      </w:tr>
      <w:tr w:rsidR="00595E4A" w:rsidRPr="002F7635" w14:paraId="6B50F7D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52E9846"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tcPr>
          <w:p w14:paraId="579476B1" w14:textId="5677E919"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Кибер преступность. Монолог по тексту</w:t>
            </w:r>
            <w:r w:rsidR="00315B18"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rPr>
              <w:t>(проект: больше информации по теме).</w:t>
            </w:r>
          </w:p>
        </w:tc>
        <w:tc>
          <w:tcPr>
            <w:tcW w:w="775" w:type="dxa"/>
            <w:tcBorders>
              <w:top w:val="nil"/>
              <w:left w:val="nil"/>
              <w:bottom w:val="single" w:sz="4" w:space="0" w:color="auto"/>
              <w:right w:val="single" w:sz="4" w:space="0" w:color="auto"/>
            </w:tcBorders>
            <w:shd w:val="clear" w:color="auto" w:fill="auto"/>
            <w:noWrap/>
            <w:hideMark/>
          </w:tcPr>
          <w:p w14:paraId="759A462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3A824EEA"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41A2D8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4871E74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C41F477"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tcPr>
          <w:p w14:paraId="294C339A"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Судебные дела.Блог Марка.</w:t>
            </w:r>
          </w:p>
        </w:tc>
        <w:tc>
          <w:tcPr>
            <w:tcW w:w="775" w:type="dxa"/>
            <w:tcBorders>
              <w:top w:val="nil"/>
              <w:left w:val="nil"/>
              <w:bottom w:val="single" w:sz="4" w:space="0" w:color="auto"/>
              <w:right w:val="single" w:sz="4" w:space="0" w:color="auto"/>
            </w:tcBorders>
            <w:shd w:val="clear" w:color="auto" w:fill="auto"/>
            <w:noWrap/>
            <w:hideMark/>
          </w:tcPr>
          <w:p w14:paraId="6B64618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4FE55E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C3355D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B4D1990"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4C2B9DA"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eastAsia="ru-RU"/>
              </w:rPr>
            </w:pPr>
          </w:p>
        </w:tc>
        <w:tc>
          <w:tcPr>
            <w:tcW w:w="6357" w:type="dxa"/>
            <w:tcBorders>
              <w:top w:val="nil"/>
              <w:left w:val="nil"/>
              <w:bottom w:val="single" w:sz="4" w:space="0" w:color="auto"/>
              <w:right w:val="single" w:sz="4" w:space="0" w:color="auto"/>
            </w:tcBorders>
            <w:shd w:val="clear" w:color="auto" w:fill="auto"/>
            <w:vAlign w:val="bottom"/>
          </w:tcPr>
          <w:p w14:paraId="4D60D455"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Грамматика. Косвенная речь.</w:t>
            </w:r>
          </w:p>
        </w:tc>
        <w:tc>
          <w:tcPr>
            <w:tcW w:w="775" w:type="dxa"/>
            <w:tcBorders>
              <w:top w:val="nil"/>
              <w:left w:val="nil"/>
              <w:bottom w:val="single" w:sz="4" w:space="0" w:color="auto"/>
              <w:right w:val="single" w:sz="4" w:space="0" w:color="auto"/>
            </w:tcBorders>
            <w:shd w:val="clear" w:color="auto" w:fill="auto"/>
            <w:noWrap/>
          </w:tcPr>
          <w:p w14:paraId="16BEAF8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2C617291"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3174DCF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448E3ED"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7DA8780"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658CF969"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Косвенная речь. Повествовательные предложения</w:t>
            </w:r>
          </w:p>
        </w:tc>
        <w:tc>
          <w:tcPr>
            <w:tcW w:w="775" w:type="dxa"/>
            <w:tcBorders>
              <w:top w:val="nil"/>
              <w:left w:val="nil"/>
              <w:bottom w:val="single" w:sz="4" w:space="0" w:color="auto"/>
              <w:right w:val="single" w:sz="4" w:space="0" w:color="auto"/>
            </w:tcBorders>
            <w:shd w:val="clear" w:color="auto" w:fill="auto"/>
            <w:noWrap/>
            <w:hideMark/>
          </w:tcPr>
          <w:p w14:paraId="6C492F0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4E9DD90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89B2E3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92D2F64"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4B5CBCCF"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3FC43681"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Косвенная</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речь</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Вопросы.</w:t>
            </w:r>
          </w:p>
        </w:tc>
        <w:tc>
          <w:tcPr>
            <w:tcW w:w="775" w:type="dxa"/>
            <w:tcBorders>
              <w:top w:val="nil"/>
              <w:left w:val="nil"/>
              <w:bottom w:val="single" w:sz="4" w:space="0" w:color="auto"/>
              <w:right w:val="single" w:sz="4" w:space="0" w:color="auto"/>
            </w:tcBorders>
            <w:shd w:val="clear" w:color="auto" w:fill="auto"/>
            <w:noWrap/>
          </w:tcPr>
          <w:p w14:paraId="656BBC8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15" w:type="dxa"/>
            <w:tcBorders>
              <w:top w:val="nil"/>
              <w:left w:val="nil"/>
              <w:bottom w:val="single" w:sz="4" w:space="0" w:color="auto"/>
              <w:right w:val="single" w:sz="4" w:space="0" w:color="auto"/>
            </w:tcBorders>
          </w:tcPr>
          <w:p w14:paraId="712C02F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407BD1D2"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55A8620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58001D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1AD29DB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rPr>
              <w:t>Косвенная</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речь</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Повелительные предложения</w:t>
            </w:r>
          </w:p>
        </w:tc>
        <w:tc>
          <w:tcPr>
            <w:tcW w:w="775" w:type="dxa"/>
            <w:tcBorders>
              <w:top w:val="nil"/>
              <w:left w:val="nil"/>
              <w:bottom w:val="single" w:sz="4" w:space="0" w:color="auto"/>
              <w:right w:val="single" w:sz="4" w:space="0" w:color="auto"/>
            </w:tcBorders>
            <w:shd w:val="clear" w:color="auto" w:fill="auto"/>
            <w:noWrap/>
          </w:tcPr>
          <w:p w14:paraId="1CFA74AB"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15" w:type="dxa"/>
            <w:tcBorders>
              <w:top w:val="nil"/>
              <w:left w:val="nil"/>
              <w:bottom w:val="single" w:sz="4" w:space="0" w:color="auto"/>
              <w:right w:val="single" w:sz="4" w:space="0" w:color="auto"/>
            </w:tcBorders>
          </w:tcPr>
          <w:p w14:paraId="4F5A7426"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C26C034"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6558C8F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37C5B043"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3607CEA3"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rPr>
              <w:t>Проблемы</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в</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обществе</w:t>
            </w:r>
            <w:r w:rsidRPr="004A4EB9">
              <w:rPr>
                <w:rFonts w:ascii="Times New Roman" w:eastAsia="Times New Roman" w:hAnsi="Times New Roman" w:cs="Times New Roman"/>
                <w:bCs/>
                <w:color w:val="000000"/>
                <w:sz w:val="24"/>
                <w:szCs w:val="24"/>
                <w:lang w:val="en-US"/>
              </w:rPr>
              <w:t xml:space="preserve">. </w:t>
            </w:r>
            <w:r w:rsidRPr="004A4EB9">
              <w:rPr>
                <w:rFonts w:ascii="Times New Roman" w:eastAsia="Times New Roman" w:hAnsi="Times New Roman" w:cs="Times New Roman"/>
                <w:bCs/>
                <w:color w:val="000000"/>
                <w:sz w:val="24"/>
                <w:szCs w:val="24"/>
              </w:rPr>
              <w:t>Аудирование</w:t>
            </w:r>
            <w:r w:rsidRPr="004A4EB9">
              <w:rPr>
                <w:rFonts w:ascii="Times New Roman" w:eastAsia="Times New Roman" w:hAnsi="Times New Roman" w:cs="Times New Roman"/>
                <w:bCs/>
                <w:color w:val="000000"/>
                <w:sz w:val="24"/>
                <w:szCs w:val="24"/>
                <w:lang w:val="en-US"/>
              </w:rPr>
              <w:t>.</w:t>
            </w:r>
          </w:p>
        </w:tc>
        <w:tc>
          <w:tcPr>
            <w:tcW w:w="775" w:type="dxa"/>
            <w:tcBorders>
              <w:top w:val="nil"/>
              <w:left w:val="nil"/>
              <w:bottom w:val="single" w:sz="4" w:space="0" w:color="auto"/>
              <w:right w:val="single" w:sz="4" w:space="0" w:color="auto"/>
            </w:tcBorders>
            <w:shd w:val="clear" w:color="auto" w:fill="auto"/>
            <w:noWrap/>
            <w:hideMark/>
          </w:tcPr>
          <w:p w14:paraId="648F03F3"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5D977F1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17F3217F"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7CBC211E"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1A21D484"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1EE2954F"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Writing: A letter to the editor making suggestions.</w:t>
            </w:r>
          </w:p>
        </w:tc>
        <w:tc>
          <w:tcPr>
            <w:tcW w:w="775" w:type="dxa"/>
            <w:tcBorders>
              <w:top w:val="nil"/>
              <w:left w:val="nil"/>
              <w:bottom w:val="single" w:sz="4" w:space="0" w:color="auto"/>
              <w:right w:val="single" w:sz="4" w:space="0" w:color="auto"/>
            </w:tcBorders>
            <w:shd w:val="clear" w:color="auto" w:fill="auto"/>
            <w:noWrap/>
            <w:hideMark/>
          </w:tcPr>
          <w:p w14:paraId="7586CAD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4F21985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56DD2408"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369DD6D2"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584F7069"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tcPr>
          <w:p w14:paraId="7A98575D"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rPr>
            </w:pPr>
            <w:r w:rsidRPr="004A4EB9">
              <w:rPr>
                <w:rFonts w:ascii="Times New Roman" w:eastAsia="Times New Roman" w:hAnsi="Times New Roman" w:cs="Times New Roman"/>
                <w:bCs/>
                <w:color w:val="000000"/>
                <w:sz w:val="24"/>
                <w:szCs w:val="24"/>
                <w:lang w:val="en-US"/>
              </w:rPr>
              <w:t>Writing Tips.</w:t>
            </w:r>
          </w:p>
        </w:tc>
        <w:tc>
          <w:tcPr>
            <w:tcW w:w="775" w:type="dxa"/>
            <w:tcBorders>
              <w:top w:val="nil"/>
              <w:left w:val="nil"/>
              <w:bottom w:val="single" w:sz="4" w:space="0" w:color="auto"/>
              <w:right w:val="single" w:sz="4" w:space="0" w:color="auto"/>
            </w:tcBorders>
            <w:shd w:val="clear" w:color="auto" w:fill="auto"/>
            <w:noWrap/>
            <w:hideMark/>
          </w:tcPr>
          <w:p w14:paraId="415C8837"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1</w:t>
            </w:r>
          </w:p>
        </w:tc>
        <w:tc>
          <w:tcPr>
            <w:tcW w:w="1515" w:type="dxa"/>
            <w:tcBorders>
              <w:top w:val="nil"/>
              <w:left w:val="nil"/>
              <w:bottom w:val="single" w:sz="4" w:space="0" w:color="auto"/>
              <w:right w:val="single" w:sz="4" w:space="0" w:color="auto"/>
            </w:tcBorders>
          </w:tcPr>
          <w:p w14:paraId="15E28285"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c>
          <w:tcPr>
            <w:tcW w:w="1575" w:type="dxa"/>
            <w:tcBorders>
              <w:top w:val="nil"/>
              <w:left w:val="nil"/>
              <w:bottom w:val="single" w:sz="4" w:space="0" w:color="auto"/>
              <w:right w:val="single" w:sz="4" w:space="0" w:color="auto"/>
            </w:tcBorders>
          </w:tcPr>
          <w:p w14:paraId="2DB5E84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val="en-US" w:eastAsia="ru-RU"/>
              </w:rPr>
            </w:pPr>
          </w:p>
        </w:tc>
      </w:tr>
      <w:tr w:rsidR="00595E4A" w:rsidRPr="002F7635" w14:paraId="1868A838"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60471200"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bottom"/>
          </w:tcPr>
          <w:p w14:paraId="218A706E"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lang w:val="en-US" w:eastAsia="ru-RU"/>
              </w:rPr>
            </w:pPr>
            <w:r w:rsidRPr="004A4EB9">
              <w:rPr>
                <w:rFonts w:ascii="Times New Roman" w:eastAsia="Times New Roman" w:hAnsi="Times New Roman" w:cs="Times New Roman"/>
                <w:bCs/>
                <w:color w:val="000000"/>
                <w:sz w:val="24"/>
                <w:szCs w:val="24"/>
                <w:lang w:val="en-US" w:eastAsia="ru-RU"/>
              </w:rPr>
              <w:t>Currucular: citizenship</w:t>
            </w:r>
          </w:p>
        </w:tc>
        <w:tc>
          <w:tcPr>
            <w:tcW w:w="775" w:type="dxa"/>
            <w:tcBorders>
              <w:top w:val="nil"/>
              <w:left w:val="nil"/>
              <w:bottom w:val="single" w:sz="4" w:space="0" w:color="auto"/>
              <w:right w:val="single" w:sz="4" w:space="0" w:color="auto"/>
            </w:tcBorders>
            <w:shd w:val="clear" w:color="auto" w:fill="auto"/>
            <w:noWrap/>
            <w:hideMark/>
          </w:tcPr>
          <w:p w14:paraId="5707EB0D"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65D1295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val="en-US" w:eastAsia="ru-RU"/>
              </w:rPr>
            </w:pPr>
          </w:p>
        </w:tc>
        <w:tc>
          <w:tcPr>
            <w:tcW w:w="1575" w:type="dxa"/>
            <w:tcBorders>
              <w:top w:val="nil"/>
              <w:left w:val="nil"/>
              <w:bottom w:val="single" w:sz="4" w:space="0" w:color="auto"/>
              <w:right w:val="single" w:sz="4" w:space="0" w:color="auto"/>
            </w:tcBorders>
          </w:tcPr>
          <w:p w14:paraId="242AC8D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val="en-US" w:eastAsia="ru-RU"/>
              </w:rPr>
            </w:pPr>
          </w:p>
        </w:tc>
      </w:tr>
      <w:tr w:rsidR="00595E4A" w:rsidRPr="002F7635" w14:paraId="6BFC7839" w14:textId="77777777" w:rsidTr="002A7DEC">
        <w:trPr>
          <w:jc w:val="center"/>
        </w:trPr>
        <w:tc>
          <w:tcPr>
            <w:tcW w:w="567" w:type="dxa"/>
            <w:tcBorders>
              <w:top w:val="nil"/>
              <w:left w:val="single" w:sz="4" w:space="0" w:color="auto"/>
              <w:bottom w:val="single" w:sz="4" w:space="0" w:color="auto"/>
              <w:right w:val="single" w:sz="4" w:space="0" w:color="auto"/>
            </w:tcBorders>
            <w:shd w:val="clear" w:color="auto" w:fill="auto"/>
            <w:noWrap/>
          </w:tcPr>
          <w:p w14:paraId="020A2F55" w14:textId="77777777" w:rsidR="00595E4A" w:rsidRPr="004A4EB9" w:rsidRDefault="00595E4A" w:rsidP="002B2822">
            <w:pPr>
              <w:pStyle w:val="ae"/>
              <w:numPr>
                <w:ilvl w:val="0"/>
                <w:numId w:val="9"/>
              </w:numPr>
              <w:spacing w:after="0" w:line="240" w:lineRule="auto"/>
              <w:ind w:left="0" w:firstLine="0"/>
              <w:jc w:val="center"/>
              <w:rPr>
                <w:rFonts w:ascii="Times New Roman" w:eastAsia="Times New Roman" w:hAnsi="Times New Roman" w:cs="Times New Roman"/>
                <w:bCs/>
                <w:color w:val="000000"/>
                <w:sz w:val="24"/>
                <w:szCs w:val="24"/>
                <w:lang w:val="en-US" w:eastAsia="ru-RU"/>
              </w:rPr>
            </w:pPr>
          </w:p>
        </w:tc>
        <w:tc>
          <w:tcPr>
            <w:tcW w:w="6357" w:type="dxa"/>
            <w:tcBorders>
              <w:top w:val="nil"/>
              <w:left w:val="nil"/>
              <w:bottom w:val="single" w:sz="4" w:space="0" w:color="auto"/>
              <w:right w:val="single" w:sz="4" w:space="0" w:color="auto"/>
            </w:tcBorders>
            <w:shd w:val="clear" w:color="auto" w:fill="auto"/>
            <w:vAlign w:val="center"/>
          </w:tcPr>
          <w:p w14:paraId="5BC69230" w14:textId="77777777" w:rsidR="00595E4A" w:rsidRPr="004A4EB9" w:rsidRDefault="00595E4A" w:rsidP="004A4EB9">
            <w:pPr>
              <w:spacing w:after="0" w:line="240" w:lineRule="auto"/>
              <w:rPr>
                <w:rFonts w:ascii="Times New Roman" w:eastAsia="Times New Roman" w:hAnsi="Times New Roman" w:cs="Times New Roman"/>
                <w:bCs/>
                <w:color w:val="000000"/>
                <w:sz w:val="24"/>
                <w:szCs w:val="24"/>
              </w:rPr>
            </w:pPr>
            <w:r w:rsidRPr="004A4EB9">
              <w:rPr>
                <w:rFonts w:ascii="Times New Roman" w:eastAsia="Times New Roman" w:hAnsi="Times New Roman" w:cs="Times New Roman"/>
                <w:bCs/>
                <w:color w:val="000000"/>
                <w:sz w:val="24"/>
                <w:szCs w:val="24"/>
                <w:lang w:val="en-US"/>
              </w:rPr>
              <w:t>Language</w:t>
            </w:r>
            <w:r w:rsidRPr="004A4EB9">
              <w:rPr>
                <w:rFonts w:ascii="Times New Roman" w:eastAsia="Times New Roman" w:hAnsi="Times New Roman" w:cs="Times New Roman"/>
                <w:bCs/>
                <w:color w:val="000000"/>
                <w:sz w:val="24"/>
                <w:szCs w:val="24"/>
              </w:rPr>
              <w:t xml:space="preserve"> </w:t>
            </w:r>
            <w:r w:rsidRPr="004A4EB9">
              <w:rPr>
                <w:rFonts w:ascii="Times New Roman" w:eastAsia="Times New Roman" w:hAnsi="Times New Roman" w:cs="Times New Roman"/>
                <w:bCs/>
                <w:color w:val="000000"/>
                <w:sz w:val="24"/>
                <w:szCs w:val="24"/>
                <w:lang w:val="en-US"/>
              </w:rPr>
              <w:t>Review</w:t>
            </w:r>
            <w:r w:rsidRPr="004A4EB9">
              <w:rPr>
                <w:rFonts w:ascii="Times New Roman" w:eastAsia="Times New Roman" w:hAnsi="Times New Roman" w:cs="Times New Roman"/>
                <w:bCs/>
                <w:color w:val="000000"/>
                <w:sz w:val="24"/>
                <w:szCs w:val="24"/>
              </w:rPr>
              <w:t>. Повторение. Языковые навыки.</w:t>
            </w:r>
          </w:p>
        </w:tc>
        <w:tc>
          <w:tcPr>
            <w:tcW w:w="775" w:type="dxa"/>
            <w:tcBorders>
              <w:top w:val="nil"/>
              <w:left w:val="nil"/>
              <w:bottom w:val="single" w:sz="4" w:space="0" w:color="auto"/>
              <w:right w:val="single" w:sz="4" w:space="0" w:color="auto"/>
            </w:tcBorders>
            <w:shd w:val="clear" w:color="auto" w:fill="auto"/>
            <w:noWrap/>
          </w:tcPr>
          <w:p w14:paraId="6BE33220"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lang w:eastAsia="ru-RU"/>
              </w:rPr>
            </w:pPr>
            <w:r w:rsidRPr="004A4EB9">
              <w:rPr>
                <w:rFonts w:ascii="Times New Roman" w:eastAsia="Times New Roman" w:hAnsi="Times New Roman" w:cs="Times New Roman"/>
                <w:bCs/>
                <w:color w:val="000000"/>
                <w:sz w:val="24"/>
                <w:szCs w:val="24"/>
                <w:lang w:eastAsia="ru-RU"/>
              </w:rPr>
              <w:t>1</w:t>
            </w:r>
          </w:p>
        </w:tc>
        <w:tc>
          <w:tcPr>
            <w:tcW w:w="1515" w:type="dxa"/>
            <w:tcBorders>
              <w:top w:val="nil"/>
              <w:left w:val="nil"/>
              <w:bottom w:val="single" w:sz="4" w:space="0" w:color="auto"/>
              <w:right w:val="single" w:sz="4" w:space="0" w:color="auto"/>
            </w:tcBorders>
          </w:tcPr>
          <w:p w14:paraId="0606DBAE"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val="en-US" w:eastAsia="ru-RU"/>
              </w:rPr>
            </w:pPr>
          </w:p>
        </w:tc>
        <w:tc>
          <w:tcPr>
            <w:tcW w:w="1575" w:type="dxa"/>
            <w:tcBorders>
              <w:top w:val="nil"/>
              <w:left w:val="nil"/>
              <w:bottom w:val="single" w:sz="4" w:space="0" w:color="auto"/>
              <w:right w:val="single" w:sz="4" w:space="0" w:color="auto"/>
            </w:tcBorders>
          </w:tcPr>
          <w:p w14:paraId="502664F9" w14:textId="77777777" w:rsidR="00595E4A" w:rsidRPr="004A4EB9" w:rsidRDefault="00595E4A" w:rsidP="004A4EB9">
            <w:pPr>
              <w:spacing w:after="0" w:line="240" w:lineRule="auto"/>
              <w:jc w:val="center"/>
              <w:rPr>
                <w:rFonts w:ascii="Times New Roman" w:eastAsia="Times New Roman" w:hAnsi="Times New Roman" w:cs="Times New Roman"/>
                <w:bCs/>
                <w:color w:val="000000"/>
                <w:sz w:val="24"/>
                <w:szCs w:val="24"/>
                <w:highlight w:val="yellow"/>
                <w:lang w:val="en-US" w:eastAsia="ru-RU"/>
              </w:rPr>
            </w:pPr>
          </w:p>
        </w:tc>
      </w:tr>
    </w:tbl>
    <w:p w14:paraId="718D4618" w14:textId="0574DE7E" w:rsidR="002B2822" w:rsidRDefault="002B2822" w:rsidP="00595E4A">
      <w:pPr>
        <w:autoSpaceDE w:val="0"/>
        <w:autoSpaceDN w:val="0"/>
        <w:spacing w:after="320" w:line="230" w:lineRule="auto"/>
        <w:rPr>
          <w:rFonts w:ascii="Times New Roman" w:eastAsia="Times New Roman" w:hAnsi="Times New Roman" w:cs="Times New Roman"/>
          <w:b/>
          <w:sz w:val="24"/>
          <w:szCs w:val="24"/>
        </w:rPr>
      </w:pPr>
    </w:p>
    <w:p w14:paraId="6F882CEF" w14:textId="77777777" w:rsidR="002B2822" w:rsidRDefault="002B28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3C6EA13" w14:textId="5505136F" w:rsidR="00595E4A" w:rsidRPr="002F7635" w:rsidRDefault="00595E4A" w:rsidP="008C718A">
      <w:pPr>
        <w:pStyle w:val="affff1"/>
      </w:pPr>
      <w:bookmarkStart w:id="93" w:name="_Toc138412922"/>
      <w:bookmarkStart w:id="94" w:name="_Toc149647038"/>
      <w:bookmarkStart w:id="95" w:name="_Toc150046082"/>
      <w:bookmarkStart w:id="96" w:name="_Toc150047342"/>
      <w:r w:rsidRPr="002F7635">
        <w:lastRenderedPageBreak/>
        <w:t>8 класс</w:t>
      </w:r>
      <w:bookmarkEnd w:id="93"/>
      <w:bookmarkEnd w:id="94"/>
      <w:bookmarkEnd w:id="95"/>
      <w:bookmarkEnd w:id="96"/>
    </w:p>
    <w:tbl>
      <w:tblPr>
        <w:tblW w:w="11061" w:type="dxa"/>
        <w:tblLook w:val="04A0" w:firstRow="1" w:lastRow="0" w:firstColumn="1" w:lastColumn="0" w:noHBand="0" w:noVBand="1"/>
      </w:tblPr>
      <w:tblGrid>
        <w:gridCol w:w="959"/>
        <w:gridCol w:w="6095"/>
        <w:gridCol w:w="1871"/>
        <w:gridCol w:w="537"/>
        <w:gridCol w:w="1599"/>
      </w:tblGrid>
      <w:tr w:rsidR="00595E4A" w:rsidRPr="002F7635" w14:paraId="7D4953E1" w14:textId="77777777" w:rsidTr="002928F5">
        <w:trPr>
          <w:trHeight w:val="645"/>
          <w:tblHeader/>
        </w:trPr>
        <w:tc>
          <w:tcPr>
            <w:tcW w:w="959" w:type="dxa"/>
            <w:vMerge w:val="restart"/>
            <w:tcBorders>
              <w:top w:val="single" w:sz="4" w:space="0" w:color="auto"/>
              <w:left w:val="single" w:sz="4" w:space="0" w:color="auto"/>
              <w:right w:val="single" w:sz="4" w:space="0" w:color="auto"/>
            </w:tcBorders>
            <w:shd w:val="clear" w:color="auto" w:fill="FFFFFF"/>
            <w:noWrap/>
            <w:vAlign w:val="center"/>
            <w:hideMark/>
          </w:tcPr>
          <w:p w14:paraId="110EAF5A" w14:textId="77777777" w:rsidR="00595E4A" w:rsidRPr="002727B5" w:rsidRDefault="00595E4A" w:rsidP="002727B5">
            <w:pPr>
              <w:spacing w:after="0" w:line="240" w:lineRule="auto"/>
              <w:jc w:val="center"/>
              <w:rPr>
                <w:rFonts w:ascii="Times New Roman" w:eastAsia="Times New Roman" w:hAnsi="Times New Roman" w:cs="Times New Roman"/>
                <w:b/>
                <w:bCs/>
                <w:sz w:val="24"/>
                <w:szCs w:val="24"/>
                <w:lang w:val="en-US"/>
              </w:rPr>
            </w:pPr>
            <w:r w:rsidRPr="002727B5">
              <w:rPr>
                <w:rFonts w:ascii="Times New Roman" w:eastAsia="Times New Roman" w:hAnsi="Times New Roman" w:cs="Times New Roman"/>
                <w:b/>
                <w:bCs/>
                <w:sz w:val="24"/>
                <w:szCs w:val="24"/>
                <w:lang w:val="en-US"/>
              </w:rPr>
              <w:t>№</w:t>
            </w:r>
          </w:p>
        </w:tc>
        <w:tc>
          <w:tcPr>
            <w:tcW w:w="6095" w:type="dxa"/>
            <w:vMerge w:val="restart"/>
            <w:tcBorders>
              <w:top w:val="single" w:sz="4" w:space="0" w:color="auto"/>
              <w:left w:val="nil"/>
              <w:right w:val="single" w:sz="4" w:space="0" w:color="auto"/>
            </w:tcBorders>
            <w:shd w:val="clear" w:color="auto" w:fill="FFFFFF"/>
            <w:vAlign w:val="center"/>
            <w:hideMark/>
          </w:tcPr>
          <w:p w14:paraId="7B69B801" w14:textId="77777777" w:rsidR="00595E4A" w:rsidRPr="002727B5" w:rsidRDefault="00595E4A" w:rsidP="002727B5">
            <w:pPr>
              <w:spacing w:after="0" w:line="240" w:lineRule="auto"/>
              <w:jc w:val="center"/>
              <w:rPr>
                <w:rFonts w:ascii="Times New Roman" w:eastAsia="Times New Roman" w:hAnsi="Times New Roman" w:cs="Times New Roman"/>
                <w:b/>
                <w:bCs/>
                <w:sz w:val="24"/>
                <w:szCs w:val="24"/>
                <w:lang w:val="en-US"/>
              </w:rPr>
            </w:pPr>
            <w:r w:rsidRPr="002727B5">
              <w:rPr>
                <w:rFonts w:ascii="Times New Roman" w:eastAsia="Times New Roman" w:hAnsi="Times New Roman" w:cs="Times New Roman"/>
                <w:b/>
                <w:bCs/>
                <w:sz w:val="24"/>
                <w:szCs w:val="24"/>
                <w:lang w:val="en-US"/>
              </w:rPr>
              <w:t>Тема урока</w:t>
            </w:r>
          </w:p>
        </w:tc>
        <w:tc>
          <w:tcPr>
            <w:tcW w:w="2408" w:type="dxa"/>
            <w:gridSpan w:val="2"/>
            <w:tcBorders>
              <w:top w:val="single" w:sz="4" w:space="0" w:color="auto"/>
              <w:left w:val="nil"/>
              <w:bottom w:val="single" w:sz="4" w:space="0" w:color="auto"/>
              <w:right w:val="single" w:sz="4" w:space="0" w:color="auto"/>
            </w:tcBorders>
            <w:shd w:val="clear" w:color="auto" w:fill="FFFFFF"/>
            <w:vAlign w:val="center"/>
          </w:tcPr>
          <w:p w14:paraId="21C4F3EE" w14:textId="77777777" w:rsidR="00595E4A" w:rsidRPr="002727B5" w:rsidRDefault="00595E4A" w:rsidP="002727B5">
            <w:pPr>
              <w:spacing w:after="0" w:line="240" w:lineRule="auto"/>
              <w:jc w:val="center"/>
              <w:rPr>
                <w:rFonts w:ascii="Times New Roman" w:eastAsia="Times New Roman" w:hAnsi="Times New Roman" w:cs="Times New Roman"/>
                <w:b/>
                <w:bCs/>
                <w:sz w:val="24"/>
                <w:szCs w:val="24"/>
              </w:rPr>
            </w:pPr>
            <w:r w:rsidRPr="002727B5">
              <w:rPr>
                <w:rFonts w:ascii="Times New Roman" w:eastAsia="Times New Roman" w:hAnsi="Times New Roman" w:cs="Times New Roman"/>
                <w:b/>
                <w:bCs/>
                <w:sz w:val="24"/>
                <w:szCs w:val="24"/>
              </w:rPr>
              <w:t>Кол-во часов</w:t>
            </w:r>
          </w:p>
          <w:p w14:paraId="1BCEA4CA" w14:textId="77777777" w:rsidR="00595E4A" w:rsidRPr="002727B5" w:rsidRDefault="00595E4A" w:rsidP="002727B5">
            <w:pPr>
              <w:spacing w:after="0" w:line="240" w:lineRule="auto"/>
              <w:jc w:val="center"/>
              <w:rPr>
                <w:rFonts w:ascii="Times New Roman" w:eastAsia="Times New Roman" w:hAnsi="Times New Roman" w:cs="Times New Roman"/>
                <w:b/>
                <w:bCs/>
                <w:sz w:val="24"/>
                <w:szCs w:val="24"/>
              </w:rPr>
            </w:pPr>
          </w:p>
        </w:tc>
        <w:tc>
          <w:tcPr>
            <w:tcW w:w="1599" w:type="dxa"/>
            <w:vMerge w:val="restart"/>
            <w:tcBorders>
              <w:top w:val="single" w:sz="4" w:space="0" w:color="auto"/>
              <w:left w:val="nil"/>
              <w:right w:val="single" w:sz="4" w:space="0" w:color="auto"/>
            </w:tcBorders>
            <w:shd w:val="clear" w:color="auto" w:fill="FFFFFF"/>
            <w:vAlign w:val="center"/>
          </w:tcPr>
          <w:p w14:paraId="61949D1E" w14:textId="5B209B02" w:rsidR="00595E4A" w:rsidRPr="002727B5" w:rsidRDefault="00595E4A" w:rsidP="002727B5">
            <w:pPr>
              <w:spacing w:after="0" w:line="240" w:lineRule="auto"/>
              <w:jc w:val="center"/>
              <w:rPr>
                <w:rFonts w:ascii="Times New Roman" w:eastAsia="Times New Roman" w:hAnsi="Times New Roman" w:cs="Times New Roman"/>
                <w:b/>
                <w:bCs/>
                <w:sz w:val="24"/>
                <w:szCs w:val="24"/>
              </w:rPr>
            </w:pPr>
            <w:r w:rsidRPr="002727B5">
              <w:rPr>
                <w:rFonts w:ascii="Times New Roman" w:eastAsia="Times New Roman" w:hAnsi="Times New Roman" w:cs="Times New Roman"/>
                <w:b/>
                <w:bCs/>
                <w:sz w:val="24"/>
                <w:szCs w:val="24"/>
              </w:rPr>
              <w:t xml:space="preserve">Виды </w:t>
            </w:r>
            <w:r w:rsidR="002727B5">
              <w:rPr>
                <w:rFonts w:ascii="Times New Roman" w:eastAsia="Times New Roman" w:hAnsi="Times New Roman" w:cs="Times New Roman"/>
                <w:b/>
                <w:bCs/>
                <w:sz w:val="24"/>
                <w:szCs w:val="24"/>
              </w:rPr>
              <w:br/>
            </w:r>
            <w:r w:rsidRPr="002727B5">
              <w:rPr>
                <w:rFonts w:ascii="Times New Roman" w:eastAsia="Times New Roman" w:hAnsi="Times New Roman" w:cs="Times New Roman"/>
                <w:b/>
                <w:bCs/>
                <w:sz w:val="24"/>
                <w:szCs w:val="24"/>
              </w:rPr>
              <w:t>и формы</w:t>
            </w:r>
          </w:p>
          <w:p w14:paraId="1D5C6988" w14:textId="77777777" w:rsidR="00595E4A" w:rsidRPr="002727B5" w:rsidRDefault="00595E4A" w:rsidP="002727B5">
            <w:pPr>
              <w:spacing w:after="0" w:line="240" w:lineRule="auto"/>
              <w:jc w:val="center"/>
              <w:rPr>
                <w:rFonts w:ascii="Times New Roman" w:eastAsia="Times New Roman" w:hAnsi="Times New Roman" w:cs="Times New Roman"/>
                <w:b/>
                <w:bCs/>
                <w:sz w:val="24"/>
                <w:szCs w:val="24"/>
              </w:rPr>
            </w:pPr>
            <w:r w:rsidRPr="002727B5">
              <w:rPr>
                <w:rFonts w:ascii="Times New Roman" w:eastAsia="Times New Roman" w:hAnsi="Times New Roman" w:cs="Times New Roman"/>
                <w:b/>
                <w:bCs/>
                <w:sz w:val="24"/>
                <w:szCs w:val="24"/>
              </w:rPr>
              <w:t>контроля</w:t>
            </w:r>
          </w:p>
        </w:tc>
      </w:tr>
      <w:tr w:rsidR="00595E4A" w:rsidRPr="002F7635" w14:paraId="5541E58D" w14:textId="77777777" w:rsidTr="002E38F6">
        <w:trPr>
          <w:trHeight w:val="563"/>
          <w:tblHeader/>
        </w:trPr>
        <w:tc>
          <w:tcPr>
            <w:tcW w:w="959" w:type="dxa"/>
            <w:vMerge/>
            <w:tcBorders>
              <w:left w:val="single" w:sz="4" w:space="0" w:color="auto"/>
              <w:bottom w:val="single" w:sz="4" w:space="0" w:color="auto"/>
              <w:right w:val="single" w:sz="4" w:space="0" w:color="auto"/>
            </w:tcBorders>
            <w:shd w:val="clear" w:color="auto" w:fill="FFFFFF"/>
            <w:noWrap/>
          </w:tcPr>
          <w:p w14:paraId="0123D7E7" w14:textId="77777777" w:rsidR="00595E4A" w:rsidRPr="002F7635" w:rsidRDefault="00595E4A" w:rsidP="002727B5">
            <w:pPr>
              <w:spacing w:after="0" w:line="240" w:lineRule="auto"/>
              <w:jc w:val="center"/>
              <w:rPr>
                <w:rFonts w:ascii="Times New Roman" w:eastAsia="Times New Roman" w:hAnsi="Times New Roman" w:cs="Times New Roman"/>
                <w:b/>
                <w:color w:val="002060"/>
                <w:sz w:val="24"/>
                <w:szCs w:val="24"/>
                <w:lang w:val="en-US"/>
              </w:rPr>
            </w:pPr>
          </w:p>
        </w:tc>
        <w:tc>
          <w:tcPr>
            <w:tcW w:w="6095" w:type="dxa"/>
            <w:vMerge/>
            <w:tcBorders>
              <w:left w:val="nil"/>
              <w:bottom w:val="single" w:sz="4" w:space="0" w:color="auto"/>
              <w:right w:val="single" w:sz="4" w:space="0" w:color="auto"/>
            </w:tcBorders>
            <w:shd w:val="clear" w:color="auto" w:fill="FFFFFF"/>
          </w:tcPr>
          <w:p w14:paraId="571E6174" w14:textId="77777777" w:rsidR="00595E4A" w:rsidRPr="002F7635" w:rsidRDefault="00595E4A" w:rsidP="002727B5">
            <w:pPr>
              <w:spacing w:after="0" w:line="240" w:lineRule="auto"/>
              <w:rPr>
                <w:rFonts w:ascii="Times New Roman" w:eastAsia="Times New Roman" w:hAnsi="Times New Roman" w:cs="Times New Roman"/>
                <w:b/>
                <w:color w:val="002060"/>
                <w:sz w:val="24"/>
                <w:szCs w:val="24"/>
                <w:lang w:val="en-US"/>
              </w:rPr>
            </w:pPr>
          </w:p>
        </w:tc>
        <w:tc>
          <w:tcPr>
            <w:tcW w:w="1871" w:type="dxa"/>
            <w:tcBorders>
              <w:top w:val="single" w:sz="4" w:space="0" w:color="auto"/>
              <w:left w:val="nil"/>
              <w:bottom w:val="single" w:sz="4" w:space="0" w:color="auto"/>
              <w:right w:val="single" w:sz="4" w:space="0" w:color="auto"/>
            </w:tcBorders>
            <w:shd w:val="clear" w:color="auto" w:fill="FFFFFF"/>
          </w:tcPr>
          <w:p w14:paraId="438D833F" w14:textId="7D0FA101" w:rsidR="00595E4A" w:rsidRPr="002727B5" w:rsidRDefault="00595E4A" w:rsidP="002727B5">
            <w:pPr>
              <w:spacing w:after="0" w:line="240" w:lineRule="auto"/>
              <w:jc w:val="center"/>
              <w:rPr>
                <w:rFonts w:ascii="Times New Roman" w:eastAsia="Times New Roman" w:hAnsi="Times New Roman" w:cs="Times New Roman"/>
                <w:b/>
                <w:bCs/>
                <w:sz w:val="24"/>
                <w:szCs w:val="24"/>
              </w:rPr>
            </w:pPr>
            <w:r w:rsidRPr="002727B5">
              <w:rPr>
                <w:rFonts w:ascii="Times New Roman" w:eastAsia="Times New Roman" w:hAnsi="Times New Roman" w:cs="Times New Roman"/>
                <w:b/>
                <w:bCs/>
                <w:sz w:val="24"/>
                <w:szCs w:val="24"/>
              </w:rPr>
              <w:t>Всего</w:t>
            </w:r>
          </w:p>
        </w:tc>
        <w:tc>
          <w:tcPr>
            <w:tcW w:w="537" w:type="dxa"/>
            <w:tcBorders>
              <w:top w:val="single" w:sz="4" w:space="0" w:color="auto"/>
              <w:left w:val="nil"/>
              <w:bottom w:val="single" w:sz="4" w:space="0" w:color="auto"/>
              <w:right w:val="single" w:sz="4" w:space="0" w:color="auto"/>
            </w:tcBorders>
            <w:shd w:val="clear" w:color="auto" w:fill="FFFFFF"/>
          </w:tcPr>
          <w:p w14:paraId="26F0E09B" w14:textId="77777777" w:rsidR="00595E4A" w:rsidRPr="002727B5" w:rsidRDefault="00595E4A" w:rsidP="002727B5">
            <w:pPr>
              <w:spacing w:after="0" w:line="240" w:lineRule="auto"/>
              <w:jc w:val="center"/>
              <w:rPr>
                <w:rFonts w:ascii="Times New Roman" w:eastAsia="Times New Roman" w:hAnsi="Times New Roman" w:cs="Times New Roman"/>
                <w:b/>
                <w:bCs/>
                <w:sz w:val="24"/>
                <w:szCs w:val="24"/>
              </w:rPr>
            </w:pPr>
            <w:r w:rsidRPr="002727B5">
              <w:rPr>
                <w:rFonts w:ascii="Times New Roman" w:eastAsia="Times New Roman" w:hAnsi="Times New Roman" w:cs="Times New Roman"/>
                <w:b/>
                <w:bCs/>
                <w:sz w:val="24"/>
                <w:szCs w:val="24"/>
              </w:rPr>
              <w:t>КР</w:t>
            </w:r>
          </w:p>
        </w:tc>
        <w:tc>
          <w:tcPr>
            <w:tcW w:w="1599" w:type="dxa"/>
            <w:vMerge/>
            <w:tcBorders>
              <w:left w:val="nil"/>
              <w:bottom w:val="single" w:sz="4" w:space="0" w:color="auto"/>
              <w:right w:val="single" w:sz="4" w:space="0" w:color="auto"/>
            </w:tcBorders>
            <w:shd w:val="clear" w:color="auto" w:fill="FFFFFF"/>
          </w:tcPr>
          <w:p w14:paraId="01E55030" w14:textId="77777777" w:rsidR="00595E4A" w:rsidRPr="002F7635" w:rsidRDefault="00595E4A" w:rsidP="002727B5">
            <w:pPr>
              <w:spacing w:after="0" w:line="240" w:lineRule="auto"/>
              <w:jc w:val="center"/>
              <w:rPr>
                <w:rFonts w:ascii="Times New Roman" w:eastAsia="Times New Roman" w:hAnsi="Times New Roman" w:cs="Times New Roman"/>
                <w:color w:val="002060"/>
                <w:sz w:val="24"/>
                <w:szCs w:val="24"/>
              </w:rPr>
            </w:pPr>
          </w:p>
        </w:tc>
      </w:tr>
      <w:tr w:rsidR="00595E4A" w:rsidRPr="002F7635" w14:paraId="0BA54D80"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C104131" w14:textId="77777777" w:rsidR="00595E4A" w:rsidRPr="00287F71" w:rsidRDefault="00595E4A" w:rsidP="00287F71">
            <w:pPr>
              <w:pStyle w:val="ae"/>
              <w:numPr>
                <w:ilvl w:val="0"/>
                <w:numId w:val="33"/>
              </w:numPr>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76A1E604" w14:textId="77777777" w:rsidR="00595E4A" w:rsidRPr="002727B5" w:rsidRDefault="00595E4A" w:rsidP="002727B5">
            <w:pPr>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ИОТ № 047 – 2014. Вводный урок. Повторение лексики по темам: профессии, экстремальные виды</w:t>
            </w:r>
            <w:r w:rsidR="00315B18"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спорта, развлечения, интернет.</w:t>
            </w:r>
          </w:p>
        </w:tc>
        <w:tc>
          <w:tcPr>
            <w:tcW w:w="1871" w:type="dxa"/>
            <w:tcBorders>
              <w:top w:val="nil"/>
              <w:left w:val="nil"/>
              <w:bottom w:val="single" w:sz="4" w:space="0" w:color="auto"/>
              <w:right w:val="single" w:sz="4" w:space="0" w:color="auto"/>
            </w:tcBorders>
            <w:shd w:val="clear" w:color="auto" w:fill="FFFFFF"/>
            <w:noWrap/>
            <w:hideMark/>
          </w:tcPr>
          <w:p w14:paraId="3C0212E7" w14:textId="5BA0AD61" w:rsidR="00595E4A" w:rsidRPr="002727B5" w:rsidRDefault="00595E4A" w:rsidP="002727B5">
            <w:pPr>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FFFFFF"/>
          </w:tcPr>
          <w:p w14:paraId="369BEDAD" w14:textId="77777777" w:rsidR="00595E4A" w:rsidRPr="002727B5" w:rsidRDefault="00595E4A" w:rsidP="002727B5">
            <w:pPr>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FFFFFF"/>
          </w:tcPr>
          <w:p w14:paraId="16F9E3D0" w14:textId="77777777" w:rsidR="00595E4A" w:rsidRPr="002727B5" w:rsidRDefault="00595E4A" w:rsidP="002727B5">
            <w:pPr>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0D4FD9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F9ADE0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53455530"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МОДУЛЬ 1.</w:t>
            </w:r>
            <w:r w:rsidR="00315B18"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 xml:space="preserve">«События в мире» / </w:t>
            </w:r>
            <w:r w:rsidRPr="002727B5">
              <w:rPr>
                <w:rFonts w:ascii="Times New Roman" w:eastAsia="Times New Roman" w:hAnsi="Times New Roman" w:cs="Times New Roman"/>
                <w:color w:val="000000"/>
                <w:sz w:val="24"/>
                <w:szCs w:val="24"/>
                <w:lang w:val="en-US"/>
              </w:rPr>
              <w:t>Breaking</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news</w:t>
            </w:r>
            <w:r w:rsidRPr="002727B5">
              <w:rPr>
                <w:rFonts w:ascii="Times New Roman" w:eastAsia="Times New Roman" w:hAnsi="Times New Roman" w:cs="Times New Roman"/>
                <w:color w:val="000000"/>
                <w:sz w:val="24"/>
                <w:szCs w:val="24"/>
              </w:rPr>
              <w:t>.</w:t>
            </w:r>
          </w:p>
        </w:tc>
        <w:tc>
          <w:tcPr>
            <w:tcW w:w="1871" w:type="dxa"/>
            <w:tcBorders>
              <w:top w:val="nil"/>
              <w:left w:val="nil"/>
              <w:bottom w:val="single" w:sz="4" w:space="0" w:color="auto"/>
              <w:right w:val="single" w:sz="4" w:space="0" w:color="auto"/>
            </w:tcBorders>
            <w:shd w:val="clear" w:color="auto" w:fill="auto"/>
            <w:noWrap/>
            <w:hideMark/>
          </w:tcPr>
          <w:p w14:paraId="25E202AF" w14:textId="3E28528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A8DAAC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7DE28E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7AF663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61250FF"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07B9FBC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 xml:space="preserve">1а </w:t>
            </w:r>
            <w:r w:rsidRPr="002727B5">
              <w:rPr>
                <w:rFonts w:ascii="Times New Roman" w:eastAsia="Times New Roman" w:hAnsi="Times New Roman" w:cs="Times New Roman"/>
                <w:color w:val="000000"/>
                <w:sz w:val="24"/>
                <w:szCs w:val="24"/>
                <w:lang w:val="en-US"/>
              </w:rPr>
              <w:t>Volcano</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Chaser</w:t>
            </w:r>
            <w:r w:rsidRPr="002727B5">
              <w:rPr>
                <w:rFonts w:ascii="Times New Roman" w:eastAsia="Times New Roman" w:hAnsi="Times New Roman" w:cs="Times New Roman"/>
                <w:color w:val="000000"/>
                <w:sz w:val="24"/>
                <w:szCs w:val="24"/>
              </w:rPr>
              <w:t xml:space="preserve">.Охотники за вулканами. </w:t>
            </w:r>
            <w:r w:rsidRPr="002727B5">
              <w:rPr>
                <w:rFonts w:ascii="Times New Roman" w:eastAsia="Times New Roman" w:hAnsi="Times New Roman" w:cs="Times New Roman"/>
                <w:color w:val="000000"/>
                <w:sz w:val="24"/>
                <w:szCs w:val="24"/>
                <w:lang w:val="en-US"/>
              </w:rPr>
              <w:t>Лексика к тексту.</w:t>
            </w:r>
          </w:p>
        </w:tc>
        <w:tc>
          <w:tcPr>
            <w:tcW w:w="1871" w:type="dxa"/>
            <w:tcBorders>
              <w:top w:val="nil"/>
              <w:left w:val="nil"/>
              <w:bottom w:val="single" w:sz="4" w:space="0" w:color="auto"/>
              <w:right w:val="single" w:sz="4" w:space="0" w:color="auto"/>
            </w:tcBorders>
            <w:shd w:val="clear" w:color="auto" w:fill="auto"/>
            <w:noWrap/>
            <w:hideMark/>
          </w:tcPr>
          <w:p w14:paraId="04FC44DD" w14:textId="2BF3F624"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CEA7E6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2AFFF03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14E6A7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EF22074"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09D3EA5F" w14:textId="493693C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 xml:space="preserve">1а </w:t>
            </w:r>
            <w:r w:rsidRPr="002727B5">
              <w:rPr>
                <w:rFonts w:ascii="Times New Roman" w:eastAsia="Times New Roman" w:hAnsi="Times New Roman" w:cs="Times New Roman"/>
                <w:color w:val="000000"/>
                <w:sz w:val="24"/>
                <w:szCs w:val="24"/>
                <w:lang w:val="en-US"/>
              </w:rPr>
              <w:t>Volcano</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Chaser</w:t>
            </w:r>
            <w:r w:rsidRPr="002727B5">
              <w:rPr>
                <w:rFonts w:ascii="Times New Roman" w:eastAsia="Times New Roman" w:hAnsi="Times New Roman" w:cs="Times New Roman"/>
                <w:color w:val="000000"/>
                <w:sz w:val="24"/>
                <w:szCs w:val="24"/>
              </w:rPr>
              <w:t>. Охотники за вулканами. Маркеры грамматических времен (обстоятельства времени).</w:t>
            </w:r>
          </w:p>
        </w:tc>
        <w:tc>
          <w:tcPr>
            <w:tcW w:w="1871" w:type="dxa"/>
            <w:tcBorders>
              <w:top w:val="nil"/>
              <w:left w:val="nil"/>
              <w:bottom w:val="single" w:sz="4" w:space="0" w:color="auto"/>
              <w:right w:val="single" w:sz="4" w:space="0" w:color="auto"/>
            </w:tcBorders>
            <w:shd w:val="clear" w:color="auto" w:fill="auto"/>
            <w:noWrap/>
            <w:hideMark/>
          </w:tcPr>
          <w:p w14:paraId="21D2E507" w14:textId="4DD004D2"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2A8FEF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1849C67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EE286F7"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8571E6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61369169" w14:textId="605198D6"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VB</w:t>
            </w:r>
            <w:r w:rsidRPr="00B16DD8">
              <w:rPr>
                <w:rFonts w:ascii="Times New Roman" w:eastAsia="Times New Roman" w:hAnsi="Times New Roman" w:cs="Times New Roman"/>
                <w:color w:val="000000"/>
                <w:sz w:val="24"/>
                <w:szCs w:val="24"/>
                <w:lang w:val="en-US"/>
              </w:rPr>
              <w:t xml:space="preserve"> 1. </w:t>
            </w:r>
            <w:r w:rsidRPr="002727B5">
              <w:rPr>
                <w:rFonts w:ascii="Times New Roman" w:eastAsia="Times New Roman" w:hAnsi="Times New Roman" w:cs="Times New Roman"/>
                <w:color w:val="000000"/>
                <w:sz w:val="24"/>
                <w:szCs w:val="24"/>
                <w:lang w:val="en-US"/>
              </w:rPr>
              <w:t>Natural</w:t>
            </w:r>
            <w:r w:rsidRPr="00B16DD8">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Disasters</w:t>
            </w:r>
            <w:r w:rsidRPr="00B16DD8">
              <w:rPr>
                <w:rFonts w:ascii="Times New Roman" w:eastAsia="Times New Roman" w:hAnsi="Times New Roman" w:cs="Times New Roman"/>
                <w:color w:val="000000"/>
                <w:sz w:val="24"/>
                <w:szCs w:val="24"/>
                <w:lang w:val="en-US"/>
              </w:rPr>
              <w:t>.</w:t>
            </w:r>
            <w:r w:rsidRPr="002727B5">
              <w:rPr>
                <w:rFonts w:ascii="Times New Roman" w:eastAsia="Times New Roman" w:hAnsi="Times New Roman" w:cs="Times New Roman"/>
                <w:color w:val="000000"/>
                <w:sz w:val="24"/>
                <w:szCs w:val="24"/>
              </w:rPr>
              <w:t>Стихийные</w:t>
            </w:r>
            <w:r w:rsidRPr="00B16DD8">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бедствия</w:t>
            </w:r>
            <w:r w:rsidRPr="00B16DD8">
              <w:rPr>
                <w:rFonts w:ascii="Times New Roman" w:eastAsia="Times New Roman" w:hAnsi="Times New Roman" w:cs="Times New Roman"/>
                <w:color w:val="000000"/>
                <w:sz w:val="24"/>
                <w:szCs w:val="24"/>
                <w:lang w:val="en-US"/>
              </w:rPr>
              <w:t>.</w:t>
            </w:r>
            <w:r w:rsidR="002727B5" w:rsidRPr="00B16DD8">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Слова, близкие по значению.</w:t>
            </w:r>
          </w:p>
        </w:tc>
        <w:tc>
          <w:tcPr>
            <w:tcW w:w="1871" w:type="dxa"/>
            <w:tcBorders>
              <w:top w:val="nil"/>
              <w:left w:val="nil"/>
              <w:bottom w:val="single" w:sz="4" w:space="0" w:color="auto"/>
              <w:right w:val="single" w:sz="4" w:space="0" w:color="auto"/>
            </w:tcBorders>
            <w:shd w:val="clear" w:color="auto" w:fill="auto"/>
            <w:noWrap/>
            <w:hideMark/>
          </w:tcPr>
          <w:p w14:paraId="05755F3C" w14:textId="51465489"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2D33E7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D10218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9ECDC9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360A38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noWrap/>
            <w:vAlign w:val="center"/>
          </w:tcPr>
          <w:p w14:paraId="2D6F0867"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sz w:val="24"/>
                <w:szCs w:val="24"/>
                <w:lang w:val="en-US"/>
              </w:rPr>
              <w:t>V</w:t>
            </w:r>
            <w:r w:rsidRPr="002727B5">
              <w:rPr>
                <w:rFonts w:ascii="Times New Roman" w:eastAsia="Times New Roman" w:hAnsi="Times New Roman" w:cs="Times New Roman"/>
                <w:sz w:val="24"/>
                <w:szCs w:val="24"/>
              </w:rPr>
              <w:t>В 1. Коннотации "Стихийные бедствия".</w:t>
            </w:r>
          </w:p>
        </w:tc>
        <w:tc>
          <w:tcPr>
            <w:tcW w:w="1871" w:type="dxa"/>
            <w:tcBorders>
              <w:top w:val="nil"/>
              <w:left w:val="nil"/>
              <w:bottom w:val="single" w:sz="4" w:space="0" w:color="auto"/>
              <w:right w:val="single" w:sz="4" w:space="0" w:color="auto"/>
            </w:tcBorders>
            <w:shd w:val="clear" w:color="auto" w:fill="auto"/>
            <w:noWrap/>
            <w:hideMark/>
          </w:tcPr>
          <w:p w14:paraId="17A22964" w14:textId="1225EBFB" w:rsidR="00595E4A" w:rsidRPr="002727B5" w:rsidRDefault="00595E4A" w:rsidP="002727B5">
            <w:pPr>
              <w:shd w:val="clear" w:color="auto" w:fill="FFFFFF"/>
              <w:spacing w:after="0" w:line="240" w:lineRule="auto"/>
              <w:jc w:val="center"/>
              <w:rPr>
                <w:rFonts w:ascii="Times New Roman" w:eastAsia="Times New Roman" w:hAnsi="Times New Roman" w:cs="Times New Roman"/>
                <w:sz w:val="24"/>
                <w:szCs w:val="24"/>
                <w:lang w:eastAsia="ru-RU"/>
              </w:rPr>
            </w:pPr>
            <w:r w:rsidRPr="002727B5">
              <w:rPr>
                <w:rFonts w:ascii="Times New Roman" w:eastAsia="Times New Roman" w:hAnsi="Times New Roman" w:cs="Times New Roman"/>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31AB03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1E7852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sz w:val="24"/>
                <w:szCs w:val="24"/>
                <w:lang w:eastAsia="ru-RU"/>
              </w:rPr>
            </w:pPr>
          </w:p>
        </w:tc>
      </w:tr>
      <w:tr w:rsidR="00595E4A" w:rsidRPr="002F7635" w14:paraId="60BD974B"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ED7BDE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noWrap/>
            <w:vAlign w:val="center"/>
          </w:tcPr>
          <w:p w14:paraId="659D75CC"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sz w:val="24"/>
                <w:szCs w:val="24"/>
              </w:rPr>
              <w:t>1</w:t>
            </w:r>
            <w:r w:rsidRPr="002727B5">
              <w:rPr>
                <w:rFonts w:ascii="Times New Roman" w:eastAsia="Times New Roman" w:hAnsi="Times New Roman" w:cs="Times New Roman"/>
                <w:sz w:val="24"/>
                <w:szCs w:val="24"/>
                <w:lang w:val="en-US"/>
              </w:rPr>
              <w:t>b</w:t>
            </w:r>
            <w:r w:rsidRPr="002727B5">
              <w:rPr>
                <w:rFonts w:ascii="Times New Roman" w:eastAsia="Times New Roman" w:hAnsi="Times New Roman" w:cs="Times New Roman"/>
                <w:sz w:val="24"/>
                <w:szCs w:val="24"/>
              </w:rPr>
              <w:t xml:space="preserve"> </w:t>
            </w:r>
            <w:r w:rsidRPr="002727B5">
              <w:rPr>
                <w:rFonts w:ascii="Times New Roman" w:eastAsia="Times New Roman" w:hAnsi="Times New Roman" w:cs="Times New Roman"/>
                <w:sz w:val="24"/>
                <w:szCs w:val="24"/>
                <w:lang w:val="en-US"/>
              </w:rPr>
              <w:t>Amazing</w:t>
            </w:r>
            <w:r w:rsidRPr="002727B5">
              <w:rPr>
                <w:rFonts w:ascii="Times New Roman" w:eastAsia="Times New Roman" w:hAnsi="Times New Roman" w:cs="Times New Roman"/>
                <w:sz w:val="24"/>
                <w:szCs w:val="24"/>
              </w:rPr>
              <w:t xml:space="preserve"> </w:t>
            </w:r>
            <w:r w:rsidRPr="002727B5">
              <w:rPr>
                <w:rFonts w:ascii="Times New Roman" w:eastAsia="Times New Roman" w:hAnsi="Times New Roman" w:cs="Times New Roman"/>
                <w:sz w:val="24"/>
                <w:szCs w:val="24"/>
                <w:lang w:val="en-US"/>
              </w:rPr>
              <w:t>Escape</w:t>
            </w:r>
            <w:r w:rsidRPr="002727B5">
              <w:rPr>
                <w:rFonts w:ascii="Times New Roman" w:eastAsia="Times New Roman" w:hAnsi="Times New Roman" w:cs="Times New Roman"/>
                <w:sz w:val="24"/>
                <w:szCs w:val="24"/>
              </w:rPr>
              <w:t>.Удивительное спасение.</w:t>
            </w:r>
          </w:p>
        </w:tc>
        <w:tc>
          <w:tcPr>
            <w:tcW w:w="1871" w:type="dxa"/>
            <w:tcBorders>
              <w:top w:val="nil"/>
              <w:left w:val="nil"/>
              <w:bottom w:val="single" w:sz="4" w:space="0" w:color="auto"/>
              <w:right w:val="single" w:sz="4" w:space="0" w:color="auto"/>
            </w:tcBorders>
            <w:shd w:val="clear" w:color="auto" w:fill="auto"/>
            <w:noWrap/>
            <w:hideMark/>
          </w:tcPr>
          <w:p w14:paraId="64BD1183" w14:textId="53DAB85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455B8D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27A0D95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5BD175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462122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215F5051"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sz w:val="24"/>
                <w:szCs w:val="24"/>
                <w:lang w:val="en-US"/>
              </w:rPr>
              <w:t>VB</w:t>
            </w:r>
            <w:r w:rsidRPr="002727B5">
              <w:rPr>
                <w:rFonts w:ascii="Times New Roman" w:eastAsia="Times New Roman" w:hAnsi="Times New Roman" w:cs="Times New Roman"/>
                <w:sz w:val="24"/>
                <w:szCs w:val="24"/>
              </w:rPr>
              <w:t>1. Здоровье/ несчастные случаи/ травмы.</w:t>
            </w:r>
          </w:p>
        </w:tc>
        <w:tc>
          <w:tcPr>
            <w:tcW w:w="1871" w:type="dxa"/>
            <w:tcBorders>
              <w:top w:val="nil"/>
              <w:left w:val="nil"/>
              <w:bottom w:val="single" w:sz="4" w:space="0" w:color="auto"/>
              <w:right w:val="single" w:sz="4" w:space="0" w:color="auto"/>
            </w:tcBorders>
            <w:shd w:val="clear" w:color="auto" w:fill="auto"/>
            <w:noWrap/>
            <w:hideMark/>
          </w:tcPr>
          <w:p w14:paraId="6098E759" w14:textId="08DF2911"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4F03CD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6F59DE9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2008C2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234CEA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5EE8AE0A"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Прошедшее завершенное время, прошедшее совершенное продолженное время</w:t>
            </w:r>
          </w:p>
        </w:tc>
        <w:tc>
          <w:tcPr>
            <w:tcW w:w="1871" w:type="dxa"/>
            <w:tcBorders>
              <w:top w:val="nil"/>
              <w:left w:val="nil"/>
              <w:bottom w:val="single" w:sz="4" w:space="0" w:color="auto"/>
              <w:right w:val="single" w:sz="4" w:space="0" w:color="auto"/>
            </w:tcBorders>
            <w:shd w:val="clear" w:color="auto" w:fill="auto"/>
            <w:noWrap/>
            <w:hideMark/>
          </w:tcPr>
          <w:p w14:paraId="1F699984" w14:textId="743738E1"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133154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0FC4F53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CD94277"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A0CDAE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1A37A97D"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 xml:space="preserve">1с </w:t>
            </w:r>
            <w:r w:rsidRPr="002727B5">
              <w:rPr>
                <w:rFonts w:ascii="Times New Roman" w:eastAsia="Times New Roman" w:hAnsi="Times New Roman" w:cs="Times New Roman"/>
                <w:color w:val="000000"/>
                <w:sz w:val="24"/>
                <w:szCs w:val="24"/>
                <w:lang w:val="en-US"/>
              </w:rPr>
              <w:t>Culture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Corner</w:t>
            </w:r>
            <w:r w:rsidRPr="002727B5">
              <w:rPr>
                <w:rFonts w:ascii="Times New Roman" w:eastAsia="Times New Roman" w:hAnsi="Times New Roman" w:cs="Times New Roman"/>
                <w:color w:val="000000"/>
                <w:sz w:val="24"/>
                <w:szCs w:val="24"/>
              </w:rPr>
              <w:t>. Уголок культуры.</w:t>
            </w:r>
          </w:p>
        </w:tc>
        <w:tc>
          <w:tcPr>
            <w:tcW w:w="1871" w:type="dxa"/>
            <w:tcBorders>
              <w:top w:val="nil"/>
              <w:left w:val="nil"/>
              <w:bottom w:val="single" w:sz="4" w:space="0" w:color="auto"/>
              <w:right w:val="single" w:sz="4" w:space="0" w:color="auto"/>
            </w:tcBorders>
            <w:shd w:val="clear" w:color="auto" w:fill="auto"/>
            <w:noWrap/>
            <w:hideMark/>
          </w:tcPr>
          <w:p w14:paraId="646DEFC2" w14:textId="058E096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893CD0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092D606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8F3B35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5D7954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5A870B5A"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1</w:t>
            </w:r>
            <w:r w:rsidRPr="002727B5">
              <w:rPr>
                <w:rFonts w:ascii="Times New Roman" w:eastAsia="Times New Roman" w:hAnsi="Times New Roman" w:cs="Times New Roman"/>
                <w:color w:val="000000"/>
                <w:sz w:val="24"/>
                <w:szCs w:val="24"/>
                <w:lang w:val="en-US"/>
              </w:rPr>
              <w:t>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Everyday</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English</w:t>
            </w:r>
            <w:r w:rsidRPr="002727B5">
              <w:rPr>
                <w:rFonts w:ascii="Times New Roman" w:eastAsia="Times New Roman" w:hAnsi="Times New Roman" w:cs="Times New Roman"/>
                <w:color w:val="000000"/>
                <w:sz w:val="24"/>
                <w:szCs w:val="24"/>
              </w:rPr>
              <w:t>. Повседневный английский. Что смотреть по телевизору. Интонация (переспрос)</w:t>
            </w:r>
          </w:p>
        </w:tc>
        <w:tc>
          <w:tcPr>
            <w:tcW w:w="1871" w:type="dxa"/>
            <w:tcBorders>
              <w:top w:val="nil"/>
              <w:left w:val="nil"/>
              <w:bottom w:val="single" w:sz="4" w:space="0" w:color="auto"/>
              <w:right w:val="single" w:sz="4" w:space="0" w:color="auto"/>
            </w:tcBorders>
            <w:shd w:val="clear" w:color="auto" w:fill="auto"/>
            <w:noWrap/>
            <w:hideMark/>
          </w:tcPr>
          <w:p w14:paraId="09CB62E0" w14:textId="350C4D7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A9CE36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FCD7AF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4A79D3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835023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04A34630"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Интонация (переспрос)</w:t>
            </w:r>
          </w:p>
        </w:tc>
        <w:tc>
          <w:tcPr>
            <w:tcW w:w="1871" w:type="dxa"/>
            <w:tcBorders>
              <w:top w:val="nil"/>
              <w:left w:val="nil"/>
              <w:bottom w:val="single" w:sz="4" w:space="0" w:color="auto"/>
              <w:right w:val="single" w:sz="4" w:space="0" w:color="auto"/>
            </w:tcBorders>
            <w:shd w:val="clear" w:color="auto" w:fill="auto"/>
            <w:noWrap/>
          </w:tcPr>
          <w:p w14:paraId="06C84E1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D69B4F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6B4FEF9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4F24DA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D464E1F"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6D2FD5B3"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1</w:t>
            </w:r>
            <w:r w:rsidRPr="002727B5">
              <w:rPr>
                <w:rFonts w:ascii="Times New Roman" w:eastAsia="Times New Roman" w:hAnsi="Times New Roman" w:cs="Times New Roman"/>
                <w:color w:val="000000"/>
                <w:sz w:val="24"/>
                <w:szCs w:val="24"/>
                <w:lang w:val="en-US"/>
              </w:rPr>
              <w:t>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Weird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Weather</w:t>
            </w:r>
            <w:r w:rsidRPr="002727B5">
              <w:rPr>
                <w:rFonts w:ascii="Times New Roman" w:eastAsia="Times New Roman" w:hAnsi="Times New Roman" w:cs="Times New Roman"/>
                <w:color w:val="000000"/>
                <w:sz w:val="24"/>
                <w:szCs w:val="24"/>
              </w:rPr>
              <w:t xml:space="preserve">. Странная погода. </w:t>
            </w:r>
            <w:r w:rsidRPr="002727B5">
              <w:rPr>
                <w:rFonts w:ascii="Times New Roman" w:eastAsia="Times New Roman" w:hAnsi="Times New Roman" w:cs="Times New Roman"/>
                <w:color w:val="000000"/>
                <w:sz w:val="24"/>
                <w:szCs w:val="24"/>
                <w:lang w:val="en-US"/>
              </w:rPr>
              <w:t>Идиомы о погоде.</w:t>
            </w:r>
          </w:p>
        </w:tc>
        <w:tc>
          <w:tcPr>
            <w:tcW w:w="1871" w:type="dxa"/>
            <w:tcBorders>
              <w:top w:val="nil"/>
              <w:left w:val="nil"/>
              <w:bottom w:val="single" w:sz="4" w:space="0" w:color="auto"/>
              <w:right w:val="single" w:sz="4" w:space="0" w:color="auto"/>
            </w:tcBorders>
            <w:shd w:val="clear" w:color="auto" w:fill="auto"/>
            <w:noWrap/>
            <w:hideMark/>
          </w:tcPr>
          <w:p w14:paraId="5F261715" w14:textId="3405019C"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3505F9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4D6EF67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44DF42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E9A0DBB"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070DA7C3" w14:textId="3F1B91AB"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1</w:t>
            </w:r>
            <w:r w:rsidRPr="002727B5">
              <w:rPr>
                <w:rFonts w:ascii="Times New Roman" w:eastAsia="Times New Roman" w:hAnsi="Times New Roman" w:cs="Times New Roman"/>
                <w:color w:val="000000"/>
                <w:sz w:val="24"/>
                <w:szCs w:val="24"/>
                <w:lang w:val="en-US"/>
              </w:rPr>
              <w:t>f</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Disasters</w:t>
            </w:r>
            <w:r w:rsidRPr="002727B5">
              <w:rPr>
                <w:rFonts w:ascii="Times New Roman" w:eastAsia="Times New Roman" w:hAnsi="Times New Roman" w:cs="Times New Roman"/>
                <w:color w:val="000000"/>
                <w:sz w:val="24"/>
                <w:szCs w:val="24"/>
              </w:rPr>
              <w:t>. Катастрофы.</w:t>
            </w:r>
          </w:p>
        </w:tc>
        <w:tc>
          <w:tcPr>
            <w:tcW w:w="1871" w:type="dxa"/>
            <w:tcBorders>
              <w:top w:val="nil"/>
              <w:left w:val="nil"/>
              <w:bottom w:val="single" w:sz="4" w:space="0" w:color="auto"/>
              <w:right w:val="single" w:sz="4" w:space="0" w:color="auto"/>
            </w:tcBorders>
            <w:shd w:val="clear" w:color="auto" w:fill="auto"/>
            <w:noWrap/>
          </w:tcPr>
          <w:p w14:paraId="31E99BB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A08687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F9C900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8E86F6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D9C119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375BF279" w14:textId="77777777" w:rsidR="00595E4A" w:rsidRPr="002727B5" w:rsidRDefault="00595E4A" w:rsidP="002727B5">
            <w:pPr>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Выражение значения количества (quantifiers)</w:t>
            </w:r>
          </w:p>
        </w:tc>
        <w:tc>
          <w:tcPr>
            <w:tcW w:w="1871" w:type="dxa"/>
            <w:tcBorders>
              <w:top w:val="nil"/>
              <w:left w:val="nil"/>
              <w:bottom w:val="single" w:sz="4" w:space="0" w:color="auto"/>
              <w:right w:val="single" w:sz="4" w:space="0" w:color="auto"/>
            </w:tcBorders>
            <w:shd w:val="clear" w:color="auto" w:fill="auto"/>
            <w:noWrap/>
            <w:hideMark/>
          </w:tcPr>
          <w:p w14:paraId="5D71E844" w14:textId="1FB0185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5E8708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1313C6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1D5C84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807813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32F5D66E"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1</w:t>
            </w:r>
            <w:r w:rsidRPr="002727B5">
              <w:rPr>
                <w:rFonts w:ascii="Times New Roman" w:eastAsia="Times New Roman" w:hAnsi="Times New Roman" w:cs="Times New Roman"/>
                <w:color w:val="000000"/>
                <w:sz w:val="24"/>
                <w:szCs w:val="24"/>
                <w:lang w:val="en-US"/>
              </w:rPr>
              <w:t>f</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Disasters</w:t>
            </w:r>
            <w:r w:rsidRPr="002727B5">
              <w:rPr>
                <w:rFonts w:ascii="Times New Roman" w:eastAsia="Times New Roman" w:hAnsi="Times New Roman" w:cs="Times New Roman"/>
                <w:color w:val="000000"/>
                <w:sz w:val="24"/>
                <w:szCs w:val="24"/>
              </w:rPr>
              <w:t>. Катастрофы. Коллективный проект.</w:t>
            </w:r>
          </w:p>
        </w:tc>
        <w:tc>
          <w:tcPr>
            <w:tcW w:w="1871" w:type="dxa"/>
            <w:tcBorders>
              <w:top w:val="nil"/>
              <w:left w:val="nil"/>
              <w:bottom w:val="single" w:sz="4" w:space="0" w:color="auto"/>
              <w:right w:val="single" w:sz="4" w:space="0" w:color="auto"/>
            </w:tcBorders>
            <w:shd w:val="clear" w:color="auto" w:fill="auto"/>
            <w:noWrap/>
          </w:tcPr>
          <w:p w14:paraId="1C30089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9C5448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1FE3663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B75575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170A295"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491A0BDD"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1</w:t>
            </w:r>
            <w:r w:rsidRPr="002727B5">
              <w:rPr>
                <w:rFonts w:ascii="Times New Roman" w:eastAsia="Times New Roman" w:hAnsi="Times New Roman" w:cs="Times New Roman"/>
                <w:color w:val="000000"/>
                <w:sz w:val="24"/>
                <w:szCs w:val="24"/>
                <w:lang w:val="en-US"/>
              </w:rPr>
              <w:t>i</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Writing</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A</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story</w:t>
            </w:r>
            <w:r w:rsidRPr="002727B5">
              <w:rPr>
                <w:rFonts w:ascii="Times New Roman" w:eastAsia="Times New Roman" w:hAnsi="Times New Roman" w:cs="Times New Roman"/>
                <w:color w:val="000000"/>
                <w:sz w:val="24"/>
                <w:szCs w:val="24"/>
              </w:rPr>
              <w:t>. Письменная речь: рассказ.</w:t>
            </w:r>
          </w:p>
        </w:tc>
        <w:tc>
          <w:tcPr>
            <w:tcW w:w="1871" w:type="dxa"/>
            <w:tcBorders>
              <w:top w:val="nil"/>
              <w:left w:val="nil"/>
              <w:bottom w:val="single" w:sz="4" w:space="0" w:color="auto"/>
              <w:right w:val="single" w:sz="4" w:space="0" w:color="auto"/>
            </w:tcBorders>
            <w:shd w:val="clear" w:color="auto" w:fill="auto"/>
            <w:noWrap/>
            <w:hideMark/>
          </w:tcPr>
          <w:p w14:paraId="0746000B" w14:textId="41A2F642"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37C68E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6D16DF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FF54EC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FA50CCF"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39E9375E" w14:textId="30F2624F" w:rsidR="00595E4A" w:rsidRPr="002727B5" w:rsidRDefault="00754C63" w:rsidP="002727B5">
            <w:pPr>
              <w:shd w:val="clear" w:color="auto" w:fill="FFFFFF"/>
              <w:spacing w:after="0" w:line="240" w:lineRule="auto"/>
              <w:rPr>
                <w:rFonts w:ascii="Times New Roman" w:eastAsia="Times New Roman" w:hAnsi="Times New Roman" w:cs="Times New Roman"/>
                <w:color w:val="000000"/>
                <w:sz w:val="24"/>
                <w:szCs w:val="24"/>
              </w:rPr>
            </w:pPr>
            <w:r w:rsidRPr="00754C63">
              <w:rPr>
                <w:rFonts w:ascii="Times New Roman" w:eastAsia="Times New Roman" w:hAnsi="Times New Roman" w:cs="Times New Roman"/>
                <w:color w:val="000000"/>
                <w:sz w:val="24"/>
                <w:szCs w:val="24"/>
                <w:lang w:val="en-US"/>
              </w:rPr>
              <w:t>Выдающиеся личности: Юрий Гагарин</w:t>
            </w:r>
          </w:p>
        </w:tc>
        <w:tc>
          <w:tcPr>
            <w:tcW w:w="1871" w:type="dxa"/>
            <w:tcBorders>
              <w:top w:val="nil"/>
              <w:left w:val="nil"/>
              <w:bottom w:val="single" w:sz="4" w:space="0" w:color="auto"/>
              <w:right w:val="single" w:sz="4" w:space="0" w:color="auto"/>
            </w:tcBorders>
            <w:shd w:val="clear" w:color="auto" w:fill="auto"/>
            <w:noWrap/>
            <w:hideMark/>
          </w:tcPr>
          <w:p w14:paraId="42FDE6A4" w14:textId="23CE195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186051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2D7DD8D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372F6A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0DC26D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68CB24A7" w14:textId="34AF16DE"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RV</w:t>
            </w:r>
            <w:r w:rsidRPr="002727B5">
              <w:rPr>
                <w:rFonts w:ascii="Times New Roman" w:eastAsia="Times New Roman" w:hAnsi="Times New Roman" w:cs="Times New Roman"/>
                <w:color w:val="000000"/>
                <w:sz w:val="24"/>
                <w:szCs w:val="24"/>
              </w:rPr>
              <w:t xml:space="preserve">1 </w:t>
            </w:r>
            <w:r w:rsidRPr="002727B5">
              <w:rPr>
                <w:rFonts w:ascii="Times New Roman" w:eastAsia="Times New Roman" w:hAnsi="Times New Roman" w:cs="Times New Roman"/>
                <w:color w:val="000000"/>
                <w:sz w:val="24"/>
                <w:szCs w:val="24"/>
                <w:lang w:val="en-US"/>
              </w:rPr>
              <w:t>Revision</w:t>
            </w:r>
            <w:r w:rsidRPr="002727B5">
              <w:rPr>
                <w:rFonts w:ascii="Times New Roman" w:eastAsia="Times New Roman" w:hAnsi="Times New Roman" w:cs="Times New Roman"/>
                <w:color w:val="000000"/>
                <w:sz w:val="24"/>
                <w:szCs w:val="24"/>
              </w:rPr>
              <w:t xml:space="preserve"> 1. Обобщающее повторение. Времена активного залога.</w:t>
            </w:r>
          </w:p>
        </w:tc>
        <w:tc>
          <w:tcPr>
            <w:tcW w:w="1871" w:type="dxa"/>
            <w:tcBorders>
              <w:top w:val="nil"/>
              <w:left w:val="nil"/>
              <w:bottom w:val="single" w:sz="4" w:space="0" w:color="auto"/>
              <w:right w:val="single" w:sz="4" w:space="0" w:color="auto"/>
            </w:tcBorders>
            <w:shd w:val="clear" w:color="auto" w:fill="auto"/>
            <w:noWrap/>
            <w:hideMark/>
          </w:tcPr>
          <w:p w14:paraId="544A01FE" w14:textId="3C0D0A9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63B599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1DE9F54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4B09ADC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C6CA94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4FA5D48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Проверочная работа по лексико-грамматическим навыкам (Модуль 1)</w:t>
            </w:r>
          </w:p>
        </w:tc>
        <w:tc>
          <w:tcPr>
            <w:tcW w:w="1871" w:type="dxa"/>
            <w:tcBorders>
              <w:top w:val="nil"/>
              <w:left w:val="nil"/>
              <w:bottom w:val="single" w:sz="4" w:space="0" w:color="auto"/>
              <w:right w:val="single" w:sz="4" w:space="0" w:color="auto"/>
            </w:tcBorders>
            <w:shd w:val="clear" w:color="auto" w:fill="auto"/>
            <w:noWrap/>
            <w:hideMark/>
          </w:tcPr>
          <w:p w14:paraId="27D6A4BF" w14:textId="5B5BB7F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07AF03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375ECDC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4466624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D5D6F2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vAlign w:val="bottom"/>
          </w:tcPr>
          <w:p w14:paraId="147D472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 xml:space="preserve">МОДУЛЬ 2. </w:t>
            </w:r>
            <w:r w:rsidRPr="002727B5">
              <w:rPr>
                <w:rFonts w:ascii="Times New Roman" w:eastAsia="Times New Roman" w:hAnsi="Times New Roman" w:cs="Times New Roman"/>
                <w:color w:val="000000"/>
                <w:sz w:val="24"/>
                <w:szCs w:val="24"/>
                <w:lang w:val="en-US"/>
              </w:rPr>
              <w:t>Consumer</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Society</w:t>
            </w:r>
            <w:r w:rsidRPr="002727B5">
              <w:rPr>
                <w:rFonts w:ascii="Times New Roman" w:eastAsia="Times New Roman" w:hAnsi="Times New Roman" w:cs="Times New Roman"/>
                <w:color w:val="000000"/>
                <w:sz w:val="24"/>
                <w:szCs w:val="24"/>
              </w:rPr>
              <w:t>. Общество потребителей.</w:t>
            </w:r>
          </w:p>
        </w:tc>
        <w:tc>
          <w:tcPr>
            <w:tcW w:w="1871" w:type="dxa"/>
            <w:tcBorders>
              <w:top w:val="nil"/>
              <w:left w:val="nil"/>
              <w:bottom w:val="single" w:sz="4" w:space="0" w:color="auto"/>
              <w:right w:val="single" w:sz="4" w:space="0" w:color="auto"/>
            </w:tcBorders>
            <w:shd w:val="clear" w:color="auto" w:fill="auto"/>
            <w:noWrap/>
            <w:hideMark/>
          </w:tcPr>
          <w:p w14:paraId="251EF71D" w14:textId="68AE5826"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FFACE8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3D102D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08E0D07"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6D5CAF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noWrap/>
            <w:vAlign w:val="center"/>
          </w:tcPr>
          <w:p w14:paraId="72D71E0B"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sz w:val="24"/>
                <w:szCs w:val="24"/>
                <w:lang w:val="en-US"/>
              </w:rPr>
              <w:t>Vocabulary</w:t>
            </w:r>
            <w:r w:rsidRPr="002727B5">
              <w:rPr>
                <w:rFonts w:ascii="Times New Roman" w:eastAsia="Times New Roman" w:hAnsi="Times New Roman" w:cs="Times New Roman"/>
                <w:sz w:val="24"/>
                <w:szCs w:val="24"/>
              </w:rPr>
              <w:t xml:space="preserve"> </w:t>
            </w:r>
            <w:r w:rsidRPr="002727B5">
              <w:rPr>
                <w:rFonts w:ascii="Times New Roman" w:eastAsia="Times New Roman" w:hAnsi="Times New Roman" w:cs="Times New Roman"/>
                <w:sz w:val="24"/>
                <w:szCs w:val="24"/>
                <w:lang w:val="en-US"/>
              </w:rPr>
              <w:t>Bank</w:t>
            </w:r>
            <w:r w:rsidRPr="002727B5">
              <w:rPr>
                <w:rFonts w:ascii="Times New Roman" w:eastAsia="Times New Roman" w:hAnsi="Times New Roman" w:cs="Times New Roman"/>
                <w:sz w:val="24"/>
                <w:szCs w:val="24"/>
              </w:rPr>
              <w:t xml:space="preserve"> 2. Монолог «Магазины в моем районе» .</w:t>
            </w:r>
          </w:p>
        </w:tc>
        <w:tc>
          <w:tcPr>
            <w:tcW w:w="1871" w:type="dxa"/>
            <w:tcBorders>
              <w:top w:val="nil"/>
              <w:left w:val="nil"/>
              <w:bottom w:val="single" w:sz="4" w:space="0" w:color="auto"/>
              <w:right w:val="single" w:sz="4" w:space="0" w:color="auto"/>
            </w:tcBorders>
            <w:shd w:val="clear" w:color="auto" w:fill="auto"/>
            <w:noWrap/>
            <w:hideMark/>
          </w:tcPr>
          <w:p w14:paraId="41A8896D" w14:textId="03789196"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9ACF72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B91B9B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89F12C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49688E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vAlign w:val="bottom"/>
          </w:tcPr>
          <w:p w14:paraId="1E0EEB13"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2a Products of the Future. Товары будущего.</w:t>
            </w:r>
          </w:p>
        </w:tc>
        <w:tc>
          <w:tcPr>
            <w:tcW w:w="1871" w:type="dxa"/>
            <w:tcBorders>
              <w:top w:val="nil"/>
              <w:left w:val="nil"/>
              <w:bottom w:val="single" w:sz="4" w:space="0" w:color="auto"/>
              <w:right w:val="single" w:sz="4" w:space="0" w:color="auto"/>
            </w:tcBorders>
            <w:shd w:val="clear" w:color="auto" w:fill="auto"/>
            <w:noWrap/>
            <w:hideMark/>
          </w:tcPr>
          <w:p w14:paraId="3D5CF39F" w14:textId="4375CA8F"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1FAEBA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0230790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A7DFD9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9A10A7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vAlign w:val="bottom"/>
          </w:tcPr>
          <w:p w14:paraId="221BF085" w14:textId="18E8AA1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2a Products of the Future. Товары будущего. Будущие действия (will, be going to, Present Continuous, Future Continuous).</w:t>
            </w:r>
          </w:p>
        </w:tc>
        <w:tc>
          <w:tcPr>
            <w:tcW w:w="1871" w:type="dxa"/>
            <w:tcBorders>
              <w:top w:val="nil"/>
              <w:left w:val="nil"/>
              <w:bottom w:val="single" w:sz="4" w:space="0" w:color="auto"/>
              <w:right w:val="single" w:sz="4" w:space="0" w:color="auto"/>
            </w:tcBorders>
            <w:shd w:val="clear" w:color="auto" w:fill="auto"/>
            <w:noWrap/>
            <w:hideMark/>
          </w:tcPr>
          <w:p w14:paraId="24E6DE02" w14:textId="30D1FB8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7DFB55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6C3C907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24E619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E7763A5"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4536BB8F" w14:textId="02ABA60B"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2</w:t>
            </w:r>
            <w:r w:rsidRPr="002727B5">
              <w:rPr>
                <w:rFonts w:ascii="Times New Roman" w:eastAsia="Times New Roman" w:hAnsi="Times New Roman" w:cs="Times New Roman"/>
                <w:color w:val="000000"/>
                <w:sz w:val="24"/>
                <w:szCs w:val="24"/>
                <w:lang w:val="en-US"/>
              </w:rPr>
              <w:t>b</w:t>
            </w:r>
            <w:r w:rsidR="00315B18"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Buy</w:t>
            </w:r>
            <w:r w:rsidRPr="002727B5">
              <w:rPr>
                <w:rFonts w:ascii="Times New Roman" w:eastAsia="Times New Roman" w:hAnsi="Times New Roman" w:cs="Times New Roman"/>
                <w:color w:val="000000"/>
                <w:sz w:val="24"/>
                <w:szCs w:val="24"/>
              </w:rPr>
              <w:t>! Покупай! Чтение текста «Торговые уловки».</w:t>
            </w:r>
          </w:p>
        </w:tc>
        <w:tc>
          <w:tcPr>
            <w:tcW w:w="1871" w:type="dxa"/>
            <w:tcBorders>
              <w:top w:val="nil"/>
              <w:left w:val="nil"/>
              <w:bottom w:val="single" w:sz="4" w:space="0" w:color="auto"/>
              <w:right w:val="single" w:sz="4" w:space="0" w:color="auto"/>
            </w:tcBorders>
            <w:shd w:val="clear" w:color="auto" w:fill="auto"/>
            <w:noWrap/>
            <w:hideMark/>
          </w:tcPr>
          <w:p w14:paraId="5FC63849" w14:textId="0E0D9D5C"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26A327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F1EF94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269D62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40322F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tcPr>
          <w:p w14:paraId="47624037" w14:textId="3B5A901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VB</w:t>
            </w:r>
            <w:r w:rsidRPr="002727B5">
              <w:rPr>
                <w:rFonts w:ascii="Times New Roman" w:eastAsia="Times New Roman" w:hAnsi="Times New Roman" w:cs="Times New Roman"/>
                <w:color w:val="000000"/>
                <w:sz w:val="24"/>
                <w:szCs w:val="24"/>
              </w:rPr>
              <w:t>2 В каком виде ты любишь продукты?</w:t>
            </w:r>
          </w:p>
        </w:tc>
        <w:tc>
          <w:tcPr>
            <w:tcW w:w="1871" w:type="dxa"/>
            <w:tcBorders>
              <w:top w:val="nil"/>
              <w:left w:val="nil"/>
              <w:bottom w:val="single" w:sz="4" w:space="0" w:color="auto"/>
              <w:right w:val="single" w:sz="4" w:space="0" w:color="auto"/>
            </w:tcBorders>
            <w:shd w:val="clear" w:color="auto" w:fill="auto"/>
            <w:noWrap/>
            <w:hideMark/>
          </w:tcPr>
          <w:p w14:paraId="1F4664EF" w14:textId="1C569FA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A9AEE5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4B5ED9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0658D5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14AB8B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7A9D370B" w14:textId="423735E3"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2</w:t>
            </w:r>
            <w:r w:rsidRPr="002727B5">
              <w:rPr>
                <w:rFonts w:ascii="Times New Roman" w:eastAsia="Times New Roman" w:hAnsi="Times New Roman" w:cs="Times New Roman"/>
                <w:color w:val="000000"/>
                <w:sz w:val="24"/>
                <w:szCs w:val="24"/>
                <w:lang w:val="en-US"/>
              </w:rPr>
              <w:t>b</w:t>
            </w:r>
            <w:r w:rsidRPr="002727B5">
              <w:rPr>
                <w:rFonts w:ascii="Times New Roman" w:eastAsia="Times New Roman" w:hAnsi="Times New Roman" w:cs="Times New Roman"/>
                <w:color w:val="000000"/>
                <w:sz w:val="24"/>
                <w:szCs w:val="24"/>
              </w:rPr>
              <w:t xml:space="preserve"> Степени сравнения прилагательных и наречий. </w:t>
            </w:r>
            <w:r w:rsidRPr="002727B5">
              <w:rPr>
                <w:rFonts w:ascii="Times New Roman" w:eastAsia="Times New Roman" w:hAnsi="Times New Roman" w:cs="Times New Roman"/>
                <w:color w:val="000000"/>
                <w:sz w:val="24"/>
                <w:szCs w:val="24"/>
                <w:lang w:val="en-US"/>
              </w:rPr>
              <w:t>Инфинитив/ герундий.</w:t>
            </w:r>
          </w:p>
        </w:tc>
        <w:tc>
          <w:tcPr>
            <w:tcW w:w="1871" w:type="dxa"/>
            <w:tcBorders>
              <w:top w:val="nil"/>
              <w:left w:val="nil"/>
              <w:bottom w:val="single" w:sz="4" w:space="0" w:color="auto"/>
              <w:right w:val="single" w:sz="4" w:space="0" w:color="auto"/>
            </w:tcBorders>
            <w:shd w:val="clear" w:color="auto" w:fill="auto"/>
            <w:noWrap/>
            <w:hideMark/>
          </w:tcPr>
          <w:p w14:paraId="7C5596C8" w14:textId="5B1B211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A86652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10E4463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CE8B5D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2ECC7C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00BA0B52"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VB2 At the Supermarket.В супермаркете.</w:t>
            </w:r>
          </w:p>
        </w:tc>
        <w:tc>
          <w:tcPr>
            <w:tcW w:w="1871" w:type="dxa"/>
            <w:tcBorders>
              <w:top w:val="nil"/>
              <w:left w:val="nil"/>
              <w:bottom w:val="single" w:sz="4" w:space="0" w:color="auto"/>
              <w:right w:val="single" w:sz="4" w:space="0" w:color="auto"/>
            </w:tcBorders>
            <w:shd w:val="clear" w:color="auto" w:fill="auto"/>
            <w:noWrap/>
            <w:hideMark/>
          </w:tcPr>
          <w:p w14:paraId="7C510866" w14:textId="3AD1C1E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BBC396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0EF3E01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C29B6F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6959B2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746E0606" w14:textId="1C08A47F"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 xml:space="preserve">2с </w:t>
            </w:r>
            <w:r w:rsidRPr="002727B5">
              <w:rPr>
                <w:rFonts w:ascii="Times New Roman" w:eastAsia="Times New Roman" w:hAnsi="Times New Roman" w:cs="Times New Roman"/>
                <w:color w:val="000000"/>
                <w:sz w:val="24"/>
                <w:szCs w:val="24"/>
                <w:lang w:val="en-US"/>
              </w:rPr>
              <w:t>Culture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Corner</w:t>
            </w:r>
            <w:r w:rsidRPr="002727B5">
              <w:rPr>
                <w:rFonts w:ascii="Times New Roman" w:eastAsia="Times New Roman" w:hAnsi="Times New Roman" w:cs="Times New Roman"/>
                <w:color w:val="000000"/>
                <w:sz w:val="24"/>
                <w:szCs w:val="24"/>
              </w:rPr>
              <w:t>.Уголок культуры. Обсуждение текста «Сделано в США».</w:t>
            </w:r>
          </w:p>
        </w:tc>
        <w:tc>
          <w:tcPr>
            <w:tcW w:w="1871" w:type="dxa"/>
            <w:tcBorders>
              <w:top w:val="nil"/>
              <w:left w:val="nil"/>
              <w:bottom w:val="single" w:sz="4" w:space="0" w:color="auto"/>
              <w:right w:val="single" w:sz="4" w:space="0" w:color="auto"/>
            </w:tcBorders>
            <w:shd w:val="clear" w:color="auto" w:fill="auto"/>
            <w:noWrap/>
            <w:hideMark/>
          </w:tcPr>
          <w:p w14:paraId="3BEA12BC" w14:textId="129B4CF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1DDD883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6BEAE1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7F57A9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75C2ECB"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467BE34F"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2</w:t>
            </w:r>
            <w:r w:rsidRPr="002727B5">
              <w:rPr>
                <w:rFonts w:ascii="Times New Roman" w:eastAsia="Times New Roman" w:hAnsi="Times New Roman" w:cs="Times New Roman"/>
                <w:color w:val="000000"/>
                <w:sz w:val="24"/>
                <w:szCs w:val="24"/>
                <w:lang w:val="en-US"/>
              </w:rPr>
              <w:t>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Everyday</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English</w:t>
            </w:r>
            <w:r w:rsidRPr="002727B5">
              <w:rPr>
                <w:rFonts w:ascii="Times New Roman" w:eastAsia="Times New Roman" w:hAnsi="Times New Roman" w:cs="Times New Roman"/>
                <w:color w:val="000000"/>
                <w:sz w:val="24"/>
                <w:szCs w:val="24"/>
              </w:rPr>
              <w:t xml:space="preserve">. Повседневный английский. </w:t>
            </w:r>
            <w:r w:rsidRPr="002727B5">
              <w:rPr>
                <w:rFonts w:ascii="Times New Roman" w:eastAsia="Times New Roman" w:hAnsi="Times New Roman" w:cs="Times New Roman"/>
                <w:color w:val="000000"/>
                <w:sz w:val="24"/>
                <w:szCs w:val="24"/>
                <w:lang w:val="en-US"/>
              </w:rPr>
              <w:t>Интонация: восклицательные предложения.</w:t>
            </w:r>
          </w:p>
        </w:tc>
        <w:tc>
          <w:tcPr>
            <w:tcW w:w="1871" w:type="dxa"/>
            <w:tcBorders>
              <w:top w:val="nil"/>
              <w:left w:val="nil"/>
              <w:bottom w:val="single" w:sz="4" w:space="0" w:color="auto"/>
              <w:right w:val="single" w:sz="4" w:space="0" w:color="auto"/>
            </w:tcBorders>
            <w:shd w:val="clear" w:color="auto" w:fill="auto"/>
            <w:noWrap/>
            <w:hideMark/>
          </w:tcPr>
          <w:p w14:paraId="19CC2511" w14:textId="6AE5703B"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7B6CF1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4B32D3D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0A1E61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F6D593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41034800"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2e The Good Old Days. Добрые старые времена.</w:t>
            </w:r>
          </w:p>
        </w:tc>
        <w:tc>
          <w:tcPr>
            <w:tcW w:w="1871" w:type="dxa"/>
            <w:tcBorders>
              <w:top w:val="nil"/>
              <w:left w:val="nil"/>
              <w:bottom w:val="single" w:sz="4" w:space="0" w:color="auto"/>
              <w:right w:val="single" w:sz="4" w:space="0" w:color="auto"/>
            </w:tcBorders>
            <w:shd w:val="clear" w:color="auto" w:fill="auto"/>
            <w:noWrap/>
            <w:hideMark/>
          </w:tcPr>
          <w:p w14:paraId="35EDFF5E" w14:textId="7F0F7DF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66A8B0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4065134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23075F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E058D0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vAlign w:val="bottom"/>
          </w:tcPr>
          <w:p w14:paraId="1600ED24" w14:textId="10607AB9"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2</w:t>
            </w:r>
            <w:r w:rsidRPr="002727B5">
              <w:rPr>
                <w:rFonts w:ascii="Times New Roman" w:eastAsia="Times New Roman" w:hAnsi="Times New Roman" w:cs="Times New Roman"/>
                <w:color w:val="000000"/>
                <w:sz w:val="24"/>
                <w:szCs w:val="24"/>
                <w:lang w:val="en-US"/>
              </w:rPr>
              <w:t>f</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Skyscraper</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farms</w:t>
            </w:r>
            <w:r w:rsidRPr="002727B5">
              <w:rPr>
                <w:rFonts w:ascii="Times New Roman" w:eastAsia="Times New Roman" w:hAnsi="Times New Roman" w:cs="Times New Roman"/>
                <w:color w:val="000000"/>
                <w:sz w:val="24"/>
                <w:szCs w:val="24"/>
              </w:rPr>
              <w:t>. Сельское хозяйство на небоскребах.</w:t>
            </w:r>
          </w:p>
        </w:tc>
        <w:tc>
          <w:tcPr>
            <w:tcW w:w="1871" w:type="dxa"/>
            <w:tcBorders>
              <w:top w:val="nil"/>
              <w:left w:val="nil"/>
              <w:bottom w:val="single" w:sz="4" w:space="0" w:color="auto"/>
              <w:right w:val="single" w:sz="4" w:space="0" w:color="auto"/>
            </w:tcBorders>
            <w:shd w:val="clear" w:color="auto" w:fill="auto"/>
            <w:noWrap/>
            <w:hideMark/>
          </w:tcPr>
          <w:p w14:paraId="3C962C9C" w14:textId="6050C6C6"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83A2EC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1B21FE9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0544DE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82B5F4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noWrap/>
            <w:vAlign w:val="bottom"/>
          </w:tcPr>
          <w:p w14:paraId="52F2DDA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2f Будущие времена: Future perfect – Future perfect con</w:t>
            </w:r>
            <w:r w:rsidRPr="002727B5">
              <w:rPr>
                <w:rFonts w:ascii="Times New Roman" w:eastAsia="Times New Roman" w:hAnsi="Times New Roman" w:cs="Times New Roman"/>
                <w:color w:val="000000"/>
                <w:sz w:val="24"/>
                <w:szCs w:val="24"/>
                <w:lang w:val="en-US"/>
              </w:rPr>
              <w:lastRenderedPageBreak/>
              <w:t>tinuous.</w:t>
            </w:r>
          </w:p>
        </w:tc>
        <w:tc>
          <w:tcPr>
            <w:tcW w:w="1871" w:type="dxa"/>
            <w:tcBorders>
              <w:top w:val="nil"/>
              <w:left w:val="nil"/>
              <w:bottom w:val="single" w:sz="4" w:space="0" w:color="auto"/>
              <w:right w:val="single" w:sz="4" w:space="0" w:color="auto"/>
            </w:tcBorders>
            <w:shd w:val="clear" w:color="auto" w:fill="auto"/>
            <w:noWrap/>
            <w:hideMark/>
          </w:tcPr>
          <w:p w14:paraId="4A2DCBEC" w14:textId="15E6834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lastRenderedPageBreak/>
              <w:t>1</w:t>
            </w:r>
          </w:p>
        </w:tc>
        <w:tc>
          <w:tcPr>
            <w:tcW w:w="537" w:type="dxa"/>
            <w:tcBorders>
              <w:top w:val="nil"/>
              <w:left w:val="nil"/>
              <w:bottom w:val="single" w:sz="4" w:space="0" w:color="auto"/>
              <w:right w:val="single" w:sz="4" w:space="0" w:color="auto"/>
            </w:tcBorders>
            <w:shd w:val="clear" w:color="auto" w:fill="auto"/>
          </w:tcPr>
          <w:p w14:paraId="59F4F36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252B7C8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8032B5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D3CBBF5"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6E036C36"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2</w:t>
            </w:r>
            <w:r w:rsidRPr="002727B5">
              <w:rPr>
                <w:rFonts w:ascii="Times New Roman" w:eastAsia="Times New Roman" w:hAnsi="Times New Roman" w:cs="Times New Roman"/>
                <w:color w:val="000000"/>
                <w:sz w:val="24"/>
                <w:szCs w:val="24"/>
                <w:lang w:val="en-US"/>
              </w:rPr>
              <w:t>i</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Writing</w:t>
            </w:r>
            <w:r w:rsidRPr="002727B5">
              <w:rPr>
                <w:rFonts w:ascii="Times New Roman" w:eastAsia="Times New Roman" w:hAnsi="Times New Roman" w:cs="Times New Roman"/>
                <w:color w:val="000000"/>
                <w:sz w:val="24"/>
                <w:szCs w:val="24"/>
              </w:rPr>
              <w:t>. Письменная речь: жалоба, испорченные продукты.</w:t>
            </w:r>
          </w:p>
        </w:tc>
        <w:tc>
          <w:tcPr>
            <w:tcW w:w="1871" w:type="dxa"/>
            <w:tcBorders>
              <w:top w:val="nil"/>
              <w:left w:val="nil"/>
              <w:bottom w:val="single" w:sz="4" w:space="0" w:color="auto"/>
              <w:right w:val="single" w:sz="4" w:space="0" w:color="auto"/>
            </w:tcBorders>
            <w:shd w:val="clear" w:color="auto" w:fill="auto"/>
            <w:noWrap/>
            <w:hideMark/>
          </w:tcPr>
          <w:p w14:paraId="145B3507" w14:textId="4747237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A0E061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70D65B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36BFB07"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CA3767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56055BDF"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2</w:t>
            </w:r>
            <w:r w:rsidRPr="002727B5">
              <w:rPr>
                <w:rFonts w:ascii="Times New Roman" w:eastAsia="Times New Roman" w:hAnsi="Times New Roman" w:cs="Times New Roman"/>
                <w:color w:val="000000"/>
                <w:sz w:val="24"/>
                <w:szCs w:val="24"/>
                <w:lang w:val="en-US"/>
              </w:rPr>
              <w:t>i</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Writing</w:t>
            </w:r>
            <w:r w:rsidRPr="002727B5">
              <w:rPr>
                <w:rFonts w:ascii="Times New Roman" w:eastAsia="Times New Roman" w:hAnsi="Times New Roman" w:cs="Times New Roman"/>
                <w:color w:val="000000"/>
                <w:sz w:val="24"/>
                <w:szCs w:val="24"/>
              </w:rPr>
              <w:t>. Письменная речь: жалоба.</w:t>
            </w:r>
          </w:p>
        </w:tc>
        <w:tc>
          <w:tcPr>
            <w:tcW w:w="1871" w:type="dxa"/>
            <w:tcBorders>
              <w:top w:val="nil"/>
              <w:left w:val="nil"/>
              <w:bottom w:val="single" w:sz="4" w:space="0" w:color="auto"/>
              <w:right w:val="single" w:sz="4" w:space="0" w:color="auto"/>
            </w:tcBorders>
            <w:shd w:val="clear" w:color="auto" w:fill="auto"/>
            <w:noWrap/>
            <w:hideMark/>
          </w:tcPr>
          <w:p w14:paraId="26A25859" w14:textId="0F2882EC"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D241C1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2D57267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C8CA2A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089F3D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vAlign w:val="bottom"/>
          </w:tcPr>
          <w:p w14:paraId="275B5C37" w14:textId="27498CF3" w:rsidR="00595E4A" w:rsidRPr="00F0414A" w:rsidRDefault="00F0414A" w:rsidP="002727B5">
            <w:pPr>
              <w:shd w:val="clear" w:color="auto" w:fill="FFFFFF"/>
              <w:spacing w:after="0" w:line="240" w:lineRule="auto"/>
              <w:rPr>
                <w:rFonts w:ascii="Times New Roman" w:eastAsia="Times New Roman" w:hAnsi="Times New Roman" w:cs="Times New Roman"/>
                <w:sz w:val="24"/>
                <w:szCs w:val="24"/>
              </w:rPr>
            </w:pPr>
            <w:r w:rsidRPr="00F0414A">
              <w:rPr>
                <w:rFonts w:ascii="Times New Roman" w:eastAsia="Times New Roman" w:hAnsi="Times New Roman" w:cs="Times New Roman"/>
                <w:sz w:val="24"/>
                <w:szCs w:val="24"/>
              </w:rPr>
              <w:t>2</w:t>
            </w:r>
            <w:r w:rsidRPr="00F0414A">
              <w:rPr>
                <w:rFonts w:ascii="Times New Roman" w:eastAsia="Times New Roman" w:hAnsi="Times New Roman" w:cs="Times New Roman"/>
                <w:sz w:val="24"/>
                <w:szCs w:val="24"/>
                <w:lang w:val="en-US"/>
              </w:rPr>
              <w:t>g</w:t>
            </w:r>
            <w:r w:rsidRPr="00F0414A">
              <w:rPr>
                <w:rFonts w:ascii="Times New Roman" w:eastAsia="Times New Roman" w:hAnsi="Times New Roman" w:cs="Times New Roman"/>
                <w:sz w:val="24"/>
                <w:szCs w:val="24"/>
              </w:rPr>
              <w:t xml:space="preserve"> Речевые умения.Покупки одежды, обуви, продуктов питания.</w:t>
            </w:r>
          </w:p>
        </w:tc>
        <w:tc>
          <w:tcPr>
            <w:tcW w:w="1871" w:type="dxa"/>
            <w:tcBorders>
              <w:top w:val="nil"/>
              <w:left w:val="nil"/>
              <w:bottom w:val="single" w:sz="4" w:space="0" w:color="auto"/>
              <w:right w:val="single" w:sz="4" w:space="0" w:color="auto"/>
            </w:tcBorders>
            <w:shd w:val="clear" w:color="auto" w:fill="auto"/>
            <w:noWrap/>
            <w:hideMark/>
          </w:tcPr>
          <w:p w14:paraId="76ED61CD" w14:textId="693B3AE9"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BCDDBA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3714C6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8E2483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A4879C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69744EA2"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2 h Ответственный покупатель.</w:t>
            </w:r>
          </w:p>
        </w:tc>
        <w:tc>
          <w:tcPr>
            <w:tcW w:w="1871" w:type="dxa"/>
            <w:tcBorders>
              <w:top w:val="nil"/>
              <w:left w:val="nil"/>
              <w:bottom w:val="single" w:sz="4" w:space="0" w:color="auto"/>
              <w:right w:val="single" w:sz="4" w:space="0" w:color="auto"/>
            </w:tcBorders>
            <w:shd w:val="clear" w:color="auto" w:fill="auto"/>
            <w:noWrap/>
            <w:hideMark/>
          </w:tcPr>
          <w:p w14:paraId="2DF9956A" w14:textId="204FE80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AE5C0F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3B28020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4C6DC0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BF8597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318DFA83"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Revision 2.</w:t>
            </w:r>
          </w:p>
        </w:tc>
        <w:tc>
          <w:tcPr>
            <w:tcW w:w="1871" w:type="dxa"/>
            <w:tcBorders>
              <w:top w:val="nil"/>
              <w:left w:val="nil"/>
              <w:bottom w:val="single" w:sz="4" w:space="0" w:color="auto"/>
              <w:right w:val="single" w:sz="4" w:space="0" w:color="auto"/>
            </w:tcBorders>
            <w:shd w:val="clear" w:color="auto" w:fill="auto"/>
            <w:noWrap/>
            <w:hideMark/>
          </w:tcPr>
          <w:p w14:paraId="2ED02EDC" w14:textId="3484C67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3A27B6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0B64CAD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5B9916B"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BF388F4"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FFFFFF"/>
          </w:tcPr>
          <w:p w14:paraId="58D9CA03" w14:textId="09E12EB3" w:rsidR="00595E4A" w:rsidRPr="00AE3675" w:rsidRDefault="000038AB" w:rsidP="006C74F2">
            <w:pPr>
              <w:shd w:val="clear" w:color="auto" w:fill="FFFFFF"/>
              <w:spacing w:after="0" w:line="240" w:lineRule="auto"/>
              <w:rPr>
                <w:rFonts w:ascii="Times New Roman" w:eastAsia="Times New Roman" w:hAnsi="Times New Roman" w:cs="Times New Roman"/>
                <w:b/>
                <w:color w:val="000000"/>
                <w:sz w:val="24"/>
                <w:szCs w:val="24"/>
              </w:rPr>
            </w:pPr>
            <w:r w:rsidRPr="00AE3675">
              <w:rPr>
                <w:rFonts w:ascii="Times New Roman" w:eastAsia="Times New Roman" w:hAnsi="Times New Roman" w:cs="Times New Roman"/>
                <w:b/>
                <w:color w:val="000000"/>
                <w:sz w:val="24"/>
                <w:szCs w:val="24"/>
              </w:rPr>
              <w:t>Контрольная работа за 1 триместр</w:t>
            </w:r>
            <w:r w:rsidR="00595E4A" w:rsidRPr="00AE3675">
              <w:rPr>
                <w:rFonts w:ascii="Times New Roman" w:eastAsia="Times New Roman" w:hAnsi="Times New Roman" w:cs="Times New Roman"/>
                <w:b/>
                <w:color w:val="000000"/>
                <w:sz w:val="24"/>
                <w:szCs w:val="24"/>
              </w:rPr>
              <w:t xml:space="preserve"> </w:t>
            </w:r>
          </w:p>
        </w:tc>
        <w:tc>
          <w:tcPr>
            <w:tcW w:w="1871" w:type="dxa"/>
            <w:tcBorders>
              <w:top w:val="nil"/>
              <w:left w:val="nil"/>
              <w:bottom w:val="single" w:sz="4" w:space="0" w:color="auto"/>
              <w:right w:val="single" w:sz="4" w:space="0" w:color="auto"/>
            </w:tcBorders>
            <w:shd w:val="clear" w:color="auto" w:fill="FFFFFF"/>
            <w:noWrap/>
          </w:tcPr>
          <w:p w14:paraId="3627B8F8" w14:textId="77777777" w:rsidR="00595E4A" w:rsidRPr="00AE3675" w:rsidRDefault="00595E4A"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E3675">
              <w:rPr>
                <w:rFonts w:ascii="Times New Roman" w:eastAsia="Times New Roman" w:hAnsi="Times New Roman" w:cs="Times New Roman"/>
                <w:b/>
                <w:color w:val="000000"/>
                <w:sz w:val="24"/>
                <w:szCs w:val="24"/>
                <w:lang w:eastAsia="ru-RU"/>
              </w:rPr>
              <w:t>1</w:t>
            </w:r>
          </w:p>
        </w:tc>
        <w:tc>
          <w:tcPr>
            <w:tcW w:w="537" w:type="dxa"/>
            <w:tcBorders>
              <w:top w:val="nil"/>
              <w:left w:val="nil"/>
              <w:bottom w:val="single" w:sz="4" w:space="0" w:color="auto"/>
              <w:right w:val="single" w:sz="4" w:space="0" w:color="auto"/>
            </w:tcBorders>
            <w:shd w:val="clear" w:color="auto" w:fill="FFFFFF"/>
          </w:tcPr>
          <w:p w14:paraId="2CEFE0CE" w14:textId="77777777" w:rsidR="00595E4A" w:rsidRPr="00AE3675" w:rsidRDefault="00595E4A"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E3675">
              <w:rPr>
                <w:rFonts w:ascii="Times New Roman" w:eastAsia="Times New Roman" w:hAnsi="Times New Roman" w:cs="Times New Roman"/>
                <w:b/>
                <w:color w:val="000000"/>
                <w:sz w:val="24"/>
                <w:szCs w:val="24"/>
                <w:lang w:eastAsia="ru-RU"/>
              </w:rPr>
              <w:t>1</w:t>
            </w:r>
          </w:p>
        </w:tc>
        <w:tc>
          <w:tcPr>
            <w:tcW w:w="1599" w:type="dxa"/>
            <w:tcBorders>
              <w:top w:val="nil"/>
              <w:left w:val="nil"/>
              <w:bottom w:val="single" w:sz="4" w:space="0" w:color="auto"/>
              <w:right w:val="single" w:sz="4" w:space="0" w:color="auto"/>
            </w:tcBorders>
            <w:shd w:val="clear" w:color="auto" w:fill="FFFFFF"/>
          </w:tcPr>
          <w:p w14:paraId="09900918" w14:textId="2532A82B" w:rsidR="00595E4A" w:rsidRPr="00AE3675" w:rsidRDefault="00AE3675"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E3675">
              <w:rPr>
                <w:rFonts w:ascii="Times New Roman" w:eastAsia="Times New Roman" w:hAnsi="Times New Roman" w:cs="Times New Roman"/>
                <w:b/>
                <w:color w:val="000000"/>
                <w:sz w:val="24"/>
                <w:szCs w:val="24"/>
                <w:lang w:eastAsia="ru-RU"/>
              </w:rPr>
              <w:t>т</w:t>
            </w:r>
            <w:r w:rsidR="00595E4A" w:rsidRPr="00AE3675">
              <w:rPr>
                <w:rFonts w:ascii="Times New Roman" w:eastAsia="Times New Roman" w:hAnsi="Times New Roman" w:cs="Times New Roman"/>
                <w:b/>
                <w:color w:val="000000"/>
                <w:sz w:val="24"/>
                <w:szCs w:val="24"/>
                <w:lang w:eastAsia="ru-RU"/>
              </w:rPr>
              <w:t>ест</w:t>
            </w:r>
          </w:p>
        </w:tc>
      </w:tr>
      <w:tr w:rsidR="00595E4A" w:rsidRPr="002F7635" w14:paraId="04B8601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12DA58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tcPr>
          <w:p w14:paraId="1F34F95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Работа над ошибками теста.</w:t>
            </w:r>
          </w:p>
        </w:tc>
        <w:tc>
          <w:tcPr>
            <w:tcW w:w="1871" w:type="dxa"/>
            <w:tcBorders>
              <w:top w:val="nil"/>
              <w:left w:val="nil"/>
              <w:bottom w:val="single" w:sz="4" w:space="0" w:color="auto"/>
              <w:right w:val="single" w:sz="4" w:space="0" w:color="auto"/>
            </w:tcBorders>
            <w:shd w:val="clear" w:color="auto" w:fill="FFFFFF"/>
            <w:noWrap/>
          </w:tcPr>
          <w:p w14:paraId="4E4DBC9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FFFFFF"/>
          </w:tcPr>
          <w:p w14:paraId="1748EC1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FFFFFF"/>
          </w:tcPr>
          <w:p w14:paraId="6395CBC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96BD77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04A824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3573F126"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Модуль 3 "</w:t>
            </w:r>
            <w:r w:rsidRPr="002727B5">
              <w:rPr>
                <w:rFonts w:ascii="Times New Roman" w:eastAsia="Times New Roman" w:hAnsi="Times New Roman" w:cs="Times New Roman"/>
                <w:color w:val="000000"/>
                <w:sz w:val="24"/>
                <w:szCs w:val="24"/>
                <w:lang w:val="en-US"/>
              </w:rPr>
              <w:t>DOING</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THE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RIGHT</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THING</w:t>
            </w:r>
            <w:r w:rsidRPr="002727B5">
              <w:rPr>
                <w:rFonts w:ascii="Times New Roman" w:eastAsia="Times New Roman" w:hAnsi="Times New Roman" w:cs="Times New Roman"/>
                <w:color w:val="000000"/>
                <w:sz w:val="24"/>
                <w:szCs w:val="24"/>
              </w:rPr>
              <w:t xml:space="preserve"> (Поступая правильно)"</w:t>
            </w:r>
          </w:p>
        </w:tc>
        <w:tc>
          <w:tcPr>
            <w:tcW w:w="1871" w:type="dxa"/>
            <w:tcBorders>
              <w:top w:val="nil"/>
              <w:left w:val="nil"/>
              <w:bottom w:val="single" w:sz="4" w:space="0" w:color="auto"/>
              <w:right w:val="single" w:sz="4" w:space="0" w:color="auto"/>
            </w:tcBorders>
            <w:shd w:val="clear" w:color="auto" w:fill="auto"/>
            <w:noWrap/>
            <w:hideMark/>
          </w:tcPr>
          <w:p w14:paraId="3BF70A1C" w14:textId="714A3E5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F4B9CB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62C778A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47AD610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9369AD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1EDE3DE9" w14:textId="48478379"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3</w:t>
            </w:r>
            <w:r w:rsidRPr="002727B5">
              <w:rPr>
                <w:rFonts w:ascii="Times New Roman" w:eastAsia="Times New Roman" w:hAnsi="Times New Roman" w:cs="Times New Roman"/>
                <w:color w:val="000000"/>
                <w:sz w:val="24"/>
                <w:szCs w:val="24"/>
                <w:lang w:val="en-US"/>
              </w:rPr>
              <w:t>a</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Life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Swap</w:t>
            </w:r>
            <w:r w:rsidRPr="002727B5">
              <w:rPr>
                <w:rFonts w:ascii="Times New Roman" w:eastAsia="Times New Roman" w:hAnsi="Times New Roman" w:cs="Times New Roman"/>
                <w:color w:val="000000"/>
                <w:sz w:val="24"/>
                <w:szCs w:val="24"/>
              </w:rPr>
              <w:t>. На месте другого. Субстантивированные прилагательные.</w:t>
            </w:r>
          </w:p>
        </w:tc>
        <w:tc>
          <w:tcPr>
            <w:tcW w:w="1871" w:type="dxa"/>
            <w:tcBorders>
              <w:top w:val="nil"/>
              <w:left w:val="nil"/>
              <w:bottom w:val="single" w:sz="4" w:space="0" w:color="auto"/>
              <w:right w:val="single" w:sz="4" w:space="0" w:color="auto"/>
            </w:tcBorders>
            <w:shd w:val="clear" w:color="auto" w:fill="auto"/>
            <w:noWrap/>
            <w:hideMark/>
          </w:tcPr>
          <w:p w14:paraId="4EF9E265" w14:textId="7A8BA560"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36F12D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3733576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56AB3D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16F925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noWrap/>
            <w:vAlign w:val="bottom"/>
          </w:tcPr>
          <w:p w14:paraId="104D32A7"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Модальные глаголы</w:t>
            </w:r>
          </w:p>
        </w:tc>
        <w:tc>
          <w:tcPr>
            <w:tcW w:w="1871" w:type="dxa"/>
            <w:tcBorders>
              <w:top w:val="nil"/>
              <w:left w:val="nil"/>
              <w:bottom w:val="single" w:sz="4" w:space="0" w:color="auto"/>
              <w:right w:val="single" w:sz="4" w:space="0" w:color="auto"/>
            </w:tcBorders>
            <w:shd w:val="clear" w:color="auto" w:fill="auto"/>
            <w:noWrap/>
          </w:tcPr>
          <w:p w14:paraId="7C9CE27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9A9F3F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800E55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7084680"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982F1EF"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2F88570F"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 xml:space="preserve">Giving Your Time. </w:t>
            </w:r>
            <w:r w:rsidRPr="002727B5">
              <w:rPr>
                <w:rFonts w:ascii="Times New Roman" w:eastAsia="Times New Roman" w:hAnsi="Times New Roman" w:cs="Times New Roman"/>
                <w:color w:val="000000"/>
                <w:sz w:val="24"/>
                <w:szCs w:val="24"/>
              </w:rPr>
              <w:t>Удели</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время</w:t>
            </w:r>
            <w:r w:rsidRPr="002727B5">
              <w:rPr>
                <w:rFonts w:ascii="Times New Roman" w:eastAsia="Times New Roman" w:hAnsi="Times New Roman" w:cs="Times New Roman"/>
                <w:color w:val="000000"/>
                <w:sz w:val="24"/>
                <w:szCs w:val="24"/>
                <w:lang w:val="en-US"/>
              </w:rPr>
              <w:t>.</w:t>
            </w:r>
            <w:r w:rsidRPr="002727B5">
              <w:rPr>
                <w:rFonts w:ascii="Times New Roman" w:eastAsia="Times New Roman" w:hAnsi="Times New Roman" w:cs="Times New Roman"/>
                <w:sz w:val="24"/>
                <w:szCs w:val="24"/>
                <w:lang w:val="en-US"/>
              </w:rPr>
              <w:t xml:space="preserve"> </w:t>
            </w:r>
            <w:r w:rsidRPr="002727B5">
              <w:rPr>
                <w:rFonts w:ascii="Times New Roman" w:eastAsia="Times New Roman" w:hAnsi="Times New Roman" w:cs="Times New Roman"/>
                <w:color w:val="000000"/>
                <w:sz w:val="24"/>
                <w:szCs w:val="24"/>
                <w:lang w:val="en-US"/>
              </w:rPr>
              <w:t>Глобальные проблемы</w:t>
            </w:r>
            <w:r w:rsidRPr="002727B5">
              <w:rPr>
                <w:rFonts w:ascii="Times New Roman" w:eastAsia="Times New Roman" w:hAnsi="Times New Roman" w:cs="Times New Roman"/>
                <w:color w:val="000000"/>
                <w:sz w:val="24"/>
                <w:szCs w:val="24"/>
              </w:rPr>
              <w:t>.</w:t>
            </w:r>
          </w:p>
        </w:tc>
        <w:tc>
          <w:tcPr>
            <w:tcW w:w="1871" w:type="dxa"/>
            <w:tcBorders>
              <w:top w:val="nil"/>
              <w:left w:val="nil"/>
              <w:bottom w:val="single" w:sz="4" w:space="0" w:color="auto"/>
              <w:right w:val="single" w:sz="4" w:space="0" w:color="auto"/>
            </w:tcBorders>
            <w:shd w:val="clear" w:color="auto" w:fill="auto"/>
            <w:noWrap/>
            <w:hideMark/>
          </w:tcPr>
          <w:p w14:paraId="1C80B065" w14:textId="5A544DB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FFBD34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4AE53AA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2A3647E" w14:textId="77777777" w:rsidTr="002928F5">
        <w:trPr>
          <w:trHeight w:val="280"/>
        </w:trPr>
        <w:tc>
          <w:tcPr>
            <w:tcW w:w="959" w:type="dxa"/>
            <w:tcBorders>
              <w:top w:val="nil"/>
              <w:left w:val="single" w:sz="4" w:space="0" w:color="auto"/>
              <w:bottom w:val="single" w:sz="4" w:space="0" w:color="auto"/>
              <w:right w:val="single" w:sz="4" w:space="0" w:color="auto"/>
            </w:tcBorders>
            <w:shd w:val="clear" w:color="auto" w:fill="FFFFFF"/>
            <w:noWrap/>
          </w:tcPr>
          <w:p w14:paraId="738585E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646F9E60"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3b Условные предложения. Типы 0-3.</w:t>
            </w:r>
          </w:p>
        </w:tc>
        <w:tc>
          <w:tcPr>
            <w:tcW w:w="1871" w:type="dxa"/>
            <w:tcBorders>
              <w:top w:val="nil"/>
              <w:left w:val="nil"/>
              <w:bottom w:val="single" w:sz="4" w:space="0" w:color="auto"/>
              <w:right w:val="single" w:sz="4" w:space="0" w:color="auto"/>
            </w:tcBorders>
            <w:shd w:val="clear" w:color="auto" w:fill="auto"/>
            <w:noWrap/>
          </w:tcPr>
          <w:p w14:paraId="291BBB9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7F86D3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0082BD4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6C74F2" w:rsidRPr="002F7635" w14:paraId="6CBDAAC8" w14:textId="77777777" w:rsidTr="002928F5">
        <w:trPr>
          <w:trHeight w:val="280"/>
        </w:trPr>
        <w:tc>
          <w:tcPr>
            <w:tcW w:w="959" w:type="dxa"/>
            <w:tcBorders>
              <w:top w:val="nil"/>
              <w:left w:val="single" w:sz="4" w:space="0" w:color="auto"/>
              <w:bottom w:val="single" w:sz="4" w:space="0" w:color="auto"/>
              <w:right w:val="single" w:sz="4" w:space="0" w:color="auto"/>
            </w:tcBorders>
            <w:shd w:val="clear" w:color="auto" w:fill="FFFFFF"/>
            <w:noWrap/>
          </w:tcPr>
          <w:p w14:paraId="6DC11020" w14:textId="77777777" w:rsidR="006C74F2" w:rsidRPr="00287F71" w:rsidRDefault="006C74F2"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2294832E" w14:textId="5EDF7644" w:rsidR="006C74F2" w:rsidRPr="002727B5" w:rsidRDefault="006C74F2"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3b Условные предложения. Типы 0-3.</w:t>
            </w:r>
          </w:p>
        </w:tc>
        <w:tc>
          <w:tcPr>
            <w:tcW w:w="1871" w:type="dxa"/>
            <w:tcBorders>
              <w:top w:val="nil"/>
              <w:left w:val="nil"/>
              <w:bottom w:val="single" w:sz="4" w:space="0" w:color="auto"/>
              <w:right w:val="single" w:sz="4" w:space="0" w:color="auto"/>
            </w:tcBorders>
            <w:shd w:val="clear" w:color="auto" w:fill="auto"/>
            <w:noWrap/>
          </w:tcPr>
          <w:p w14:paraId="36793063"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auto"/>
          </w:tcPr>
          <w:p w14:paraId="6242140A"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1C07A7D1"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82E98E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153159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2B70CCDD"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3b Конструкция I wish</w:t>
            </w:r>
          </w:p>
        </w:tc>
        <w:tc>
          <w:tcPr>
            <w:tcW w:w="1871" w:type="dxa"/>
            <w:tcBorders>
              <w:top w:val="nil"/>
              <w:left w:val="nil"/>
              <w:bottom w:val="single" w:sz="4" w:space="0" w:color="auto"/>
              <w:right w:val="single" w:sz="4" w:space="0" w:color="auto"/>
            </w:tcBorders>
            <w:shd w:val="clear" w:color="auto" w:fill="auto"/>
            <w:noWrap/>
            <w:hideMark/>
          </w:tcPr>
          <w:p w14:paraId="21700B82" w14:textId="6F360014"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276502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6FEE689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FD4908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EACDD7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68B8E842" w14:textId="4DA6D208" w:rsidR="00595E4A" w:rsidRPr="002727B5" w:rsidRDefault="006C74F2"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3b Конструкция I wish</w:t>
            </w:r>
          </w:p>
        </w:tc>
        <w:tc>
          <w:tcPr>
            <w:tcW w:w="1871" w:type="dxa"/>
            <w:tcBorders>
              <w:top w:val="nil"/>
              <w:left w:val="nil"/>
              <w:bottom w:val="single" w:sz="4" w:space="0" w:color="auto"/>
              <w:right w:val="single" w:sz="4" w:space="0" w:color="auto"/>
            </w:tcBorders>
            <w:shd w:val="clear" w:color="auto" w:fill="auto"/>
            <w:noWrap/>
            <w:hideMark/>
          </w:tcPr>
          <w:p w14:paraId="18B31780" w14:textId="05ADEB9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999561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A88092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B9E2DD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8B9B06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76B18169" w14:textId="41B364ED" w:rsidR="00595E4A" w:rsidRPr="002727B5" w:rsidRDefault="006C74F2"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VB</w:t>
            </w:r>
            <w:r w:rsidRPr="002727B5">
              <w:rPr>
                <w:rFonts w:ascii="Times New Roman" w:eastAsia="Times New Roman" w:hAnsi="Times New Roman" w:cs="Times New Roman"/>
                <w:color w:val="000000"/>
                <w:sz w:val="24"/>
                <w:szCs w:val="24"/>
              </w:rPr>
              <w:t xml:space="preserve"> 12-13 Работа с лексикой по темам </w:t>
            </w:r>
            <w:r w:rsidR="00595E4A" w:rsidRPr="002727B5">
              <w:rPr>
                <w:rFonts w:ascii="Times New Roman" w:eastAsia="Times New Roman" w:hAnsi="Times New Roman" w:cs="Times New Roman"/>
                <w:color w:val="000000"/>
                <w:sz w:val="24"/>
                <w:szCs w:val="24"/>
              </w:rPr>
              <w:t>Мировые проблемы. Привлекая внимание.</w:t>
            </w:r>
          </w:p>
        </w:tc>
        <w:tc>
          <w:tcPr>
            <w:tcW w:w="1871" w:type="dxa"/>
            <w:tcBorders>
              <w:top w:val="nil"/>
              <w:left w:val="nil"/>
              <w:bottom w:val="single" w:sz="4" w:space="0" w:color="auto"/>
              <w:right w:val="single" w:sz="4" w:space="0" w:color="auto"/>
            </w:tcBorders>
            <w:shd w:val="clear" w:color="auto" w:fill="auto"/>
            <w:noWrap/>
            <w:hideMark/>
          </w:tcPr>
          <w:p w14:paraId="12BE8E1C" w14:textId="7C34B2AF"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35E907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DD97D0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3AE73D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E506E35"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1EA0EBCE"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 xml:space="preserve">3 с </w:t>
            </w:r>
            <w:r w:rsidRPr="002727B5">
              <w:rPr>
                <w:rFonts w:ascii="Times New Roman" w:eastAsia="Times New Roman" w:hAnsi="Times New Roman" w:cs="Times New Roman"/>
                <w:color w:val="000000"/>
                <w:sz w:val="24"/>
                <w:szCs w:val="24"/>
                <w:lang w:val="en-US"/>
              </w:rPr>
              <w:t>Glastonbury</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Festival</w:t>
            </w:r>
            <w:r w:rsidRPr="002727B5">
              <w:rPr>
                <w:rFonts w:ascii="Times New Roman" w:eastAsia="Times New Roman" w:hAnsi="Times New Roman" w:cs="Times New Roman"/>
                <w:color w:val="000000"/>
                <w:sz w:val="24"/>
                <w:szCs w:val="24"/>
              </w:rPr>
              <w:t xml:space="preserve"> Гластенбергский фестиваль</w:t>
            </w:r>
          </w:p>
        </w:tc>
        <w:tc>
          <w:tcPr>
            <w:tcW w:w="1871" w:type="dxa"/>
            <w:tcBorders>
              <w:top w:val="nil"/>
              <w:left w:val="nil"/>
              <w:bottom w:val="single" w:sz="4" w:space="0" w:color="auto"/>
              <w:right w:val="single" w:sz="4" w:space="0" w:color="auto"/>
            </w:tcBorders>
            <w:shd w:val="clear" w:color="auto" w:fill="auto"/>
            <w:noWrap/>
            <w:hideMark/>
          </w:tcPr>
          <w:p w14:paraId="1E82FDC1" w14:textId="0CB7DCD0"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24D864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1324BE8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E51FF6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69E2843"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0C7B7E8A"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3d Everyday English. Making a donation to charity. Благотворительность.</w:t>
            </w:r>
          </w:p>
        </w:tc>
        <w:tc>
          <w:tcPr>
            <w:tcW w:w="1871" w:type="dxa"/>
            <w:tcBorders>
              <w:top w:val="nil"/>
              <w:left w:val="nil"/>
              <w:bottom w:val="single" w:sz="4" w:space="0" w:color="auto"/>
              <w:right w:val="single" w:sz="4" w:space="0" w:color="auto"/>
            </w:tcBorders>
            <w:shd w:val="clear" w:color="auto" w:fill="auto"/>
            <w:noWrap/>
            <w:hideMark/>
          </w:tcPr>
          <w:p w14:paraId="78B232B2" w14:textId="049EC72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74FCA3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B0D0A5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B5261D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ABFBF9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59263EBA"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Проверочная работа по навыкам диалогической речи.</w:t>
            </w:r>
          </w:p>
        </w:tc>
        <w:tc>
          <w:tcPr>
            <w:tcW w:w="1871" w:type="dxa"/>
            <w:tcBorders>
              <w:top w:val="nil"/>
              <w:left w:val="nil"/>
              <w:bottom w:val="single" w:sz="4" w:space="0" w:color="auto"/>
              <w:right w:val="single" w:sz="4" w:space="0" w:color="auto"/>
            </w:tcBorders>
            <w:shd w:val="clear" w:color="auto" w:fill="auto"/>
            <w:noWrap/>
            <w:hideMark/>
          </w:tcPr>
          <w:p w14:paraId="2B413FDC" w14:textId="5A4A970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13BB00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69DD56A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D6A193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2816A1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49D02303"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3e At all costs. Любой</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ценой.</w:t>
            </w:r>
          </w:p>
        </w:tc>
        <w:tc>
          <w:tcPr>
            <w:tcW w:w="1871" w:type="dxa"/>
            <w:tcBorders>
              <w:top w:val="nil"/>
              <w:left w:val="nil"/>
              <w:bottom w:val="single" w:sz="4" w:space="0" w:color="auto"/>
              <w:right w:val="single" w:sz="4" w:space="0" w:color="auto"/>
            </w:tcBorders>
            <w:shd w:val="clear" w:color="auto" w:fill="auto"/>
            <w:noWrap/>
            <w:hideMark/>
          </w:tcPr>
          <w:p w14:paraId="50DC1370" w14:textId="7A90D76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5E2985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00FBF81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ABD07A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A566B63"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7062856F" w14:textId="21A4B841"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 xml:space="preserve">3е. </w:t>
            </w:r>
            <w:r w:rsidRPr="002727B5">
              <w:rPr>
                <w:rFonts w:ascii="Times New Roman" w:eastAsia="Times New Roman" w:hAnsi="Times New Roman" w:cs="Times New Roman"/>
                <w:color w:val="000000"/>
                <w:sz w:val="24"/>
                <w:szCs w:val="24"/>
                <w:lang w:val="en-US"/>
              </w:rPr>
              <w:t>Relative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Clauses</w:t>
            </w:r>
            <w:r w:rsidRPr="002727B5">
              <w:rPr>
                <w:rFonts w:ascii="Times New Roman" w:eastAsia="Times New Roman" w:hAnsi="Times New Roman" w:cs="Times New Roman"/>
                <w:color w:val="000000"/>
                <w:sz w:val="24"/>
                <w:szCs w:val="24"/>
              </w:rPr>
              <w:t>. Придаточные определительные.</w:t>
            </w:r>
          </w:p>
        </w:tc>
        <w:tc>
          <w:tcPr>
            <w:tcW w:w="1871" w:type="dxa"/>
            <w:tcBorders>
              <w:top w:val="nil"/>
              <w:left w:val="nil"/>
              <w:bottom w:val="single" w:sz="4" w:space="0" w:color="auto"/>
              <w:right w:val="single" w:sz="4" w:space="0" w:color="auto"/>
            </w:tcBorders>
            <w:shd w:val="clear" w:color="auto" w:fill="auto"/>
            <w:noWrap/>
            <w:hideMark/>
          </w:tcPr>
          <w:p w14:paraId="0EA5F6AD" w14:textId="473D58A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FF50E5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734AC2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337EE7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0DB169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7FFF5E6C" w14:textId="22C596EE"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sz w:val="24"/>
                <w:szCs w:val="24"/>
                <w:lang w:val="en-US"/>
              </w:rPr>
              <w:t>VB</w:t>
            </w:r>
            <w:r w:rsidRPr="002727B5">
              <w:rPr>
                <w:rFonts w:ascii="Times New Roman" w:eastAsia="Times New Roman" w:hAnsi="Times New Roman" w:cs="Times New Roman"/>
                <w:sz w:val="24"/>
                <w:szCs w:val="24"/>
              </w:rPr>
              <w:t xml:space="preserve"> 3 </w:t>
            </w:r>
            <w:r w:rsidRPr="002727B5">
              <w:rPr>
                <w:rFonts w:ascii="Times New Roman" w:eastAsia="Times New Roman" w:hAnsi="Times New Roman" w:cs="Times New Roman"/>
                <w:sz w:val="24"/>
                <w:szCs w:val="24"/>
                <w:lang w:val="en-US"/>
              </w:rPr>
              <w:t>Space</w:t>
            </w:r>
            <w:r w:rsidR="006C74F2">
              <w:rPr>
                <w:rFonts w:ascii="Times New Roman" w:eastAsia="Times New Roman" w:hAnsi="Times New Roman" w:cs="Times New Roman"/>
                <w:sz w:val="24"/>
                <w:szCs w:val="24"/>
              </w:rPr>
              <w:t xml:space="preserve">. </w:t>
            </w:r>
            <w:r w:rsidRPr="002727B5">
              <w:rPr>
                <w:rFonts w:ascii="Times New Roman" w:eastAsia="Times New Roman" w:hAnsi="Times New Roman" w:cs="Times New Roman"/>
                <w:sz w:val="24"/>
                <w:szCs w:val="24"/>
              </w:rPr>
              <w:t xml:space="preserve"> Космос.</w:t>
            </w:r>
          </w:p>
        </w:tc>
        <w:tc>
          <w:tcPr>
            <w:tcW w:w="1871" w:type="dxa"/>
            <w:tcBorders>
              <w:top w:val="nil"/>
              <w:left w:val="nil"/>
              <w:bottom w:val="single" w:sz="4" w:space="0" w:color="auto"/>
              <w:right w:val="single" w:sz="4" w:space="0" w:color="auto"/>
            </w:tcBorders>
            <w:shd w:val="clear" w:color="auto" w:fill="auto"/>
            <w:noWrap/>
          </w:tcPr>
          <w:p w14:paraId="02D649D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1DAEF6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71F34C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6C74F2" w:rsidRPr="002F7635" w14:paraId="3B6071B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6C634FB" w14:textId="77777777" w:rsidR="006C74F2" w:rsidRPr="00287F71" w:rsidRDefault="006C74F2"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6CEB4CDC" w14:textId="51D90C07" w:rsidR="006C74F2" w:rsidRPr="006C74F2" w:rsidRDefault="006C74F2" w:rsidP="002727B5">
            <w:pPr>
              <w:shd w:val="clear" w:color="auto" w:fill="FFFFFF"/>
              <w:spacing w:after="0" w:line="240" w:lineRule="auto"/>
              <w:rPr>
                <w:rFonts w:ascii="Times New Roman" w:eastAsia="Times New Roman" w:hAnsi="Times New Roman" w:cs="Times New Roman"/>
                <w:sz w:val="24"/>
                <w:szCs w:val="24"/>
              </w:rPr>
            </w:pPr>
            <w:r w:rsidRPr="006C74F2">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lang w:val="en-US"/>
              </w:rPr>
              <w:t>f</w:t>
            </w:r>
            <w:r w:rsidRPr="006C74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колонизация космоса: за и против. Чтение текста</w:t>
            </w:r>
          </w:p>
        </w:tc>
        <w:tc>
          <w:tcPr>
            <w:tcW w:w="1871" w:type="dxa"/>
            <w:tcBorders>
              <w:top w:val="nil"/>
              <w:left w:val="nil"/>
              <w:bottom w:val="single" w:sz="4" w:space="0" w:color="auto"/>
              <w:right w:val="single" w:sz="4" w:space="0" w:color="auto"/>
            </w:tcBorders>
            <w:shd w:val="clear" w:color="auto" w:fill="auto"/>
            <w:noWrap/>
          </w:tcPr>
          <w:p w14:paraId="19F07F4C" w14:textId="4C7AF219" w:rsidR="006C74F2"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A504553"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34805C44"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6C74F2" w:rsidRPr="002F7635" w14:paraId="6F9D662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733C558" w14:textId="77777777" w:rsidR="006C74F2" w:rsidRPr="00287F71" w:rsidRDefault="006C74F2"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68266FA6" w14:textId="605AAFF0" w:rsidR="006C74F2" w:rsidRPr="006C74F2" w:rsidRDefault="006C74F2" w:rsidP="002727B5">
            <w:pPr>
              <w:shd w:val="clear" w:color="auto" w:fill="FFFFFF"/>
              <w:spacing w:after="0" w:line="240" w:lineRule="auto"/>
              <w:rPr>
                <w:rFonts w:ascii="Times New Roman" w:eastAsia="Times New Roman" w:hAnsi="Times New Roman" w:cs="Times New Roman"/>
                <w:sz w:val="24"/>
                <w:szCs w:val="24"/>
              </w:rPr>
            </w:pPr>
            <w:r w:rsidRPr="006C74F2">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lang w:val="en-US"/>
              </w:rPr>
              <w:t>f</w:t>
            </w:r>
            <w:r w:rsidRPr="006C74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колонизация космоса: за и против. Монологическое высказывание по теме</w:t>
            </w:r>
          </w:p>
        </w:tc>
        <w:tc>
          <w:tcPr>
            <w:tcW w:w="1871" w:type="dxa"/>
            <w:tcBorders>
              <w:top w:val="nil"/>
              <w:left w:val="nil"/>
              <w:bottom w:val="single" w:sz="4" w:space="0" w:color="auto"/>
              <w:right w:val="single" w:sz="4" w:space="0" w:color="auto"/>
            </w:tcBorders>
            <w:shd w:val="clear" w:color="auto" w:fill="auto"/>
            <w:noWrap/>
          </w:tcPr>
          <w:p w14:paraId="2596135D" w14:textId="7B9F8701" w:rsidR="006C74F2"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0971AB62"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68C884D9" w14:textId="77777777" w:rsidR="006C74F2" w:rsidRPr="002727B5" w:rsidRDefault="006C74F2"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2928F5" w:rsidRPr="002F7635" w14:paraId="7C9E308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333F385" w14:textId="77777777" w:rsidR="002928F5" w:rsidRPr="00287F71" w:rsidRDefault="002928F5"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5B121958" w14:textId="4AA79B17" w:rsidR="002928F5" w:rsidRPr="006C74F2" w:rsidRDefault="002928F5" w:rsidP="002727B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lang w:val="en-US"/>
              </w:rPr>
              <w:t xml:space="preserve">g </w:t>
            </w:r>
            <w:r>
              <w:rPr>
                <w:rFonts w:ascii="Times New Roman" w:eastAsia="Times New Roman" w:hAnsi="Times New Roman" w:cs="Times New Roman"/>
                <w:sz w:val="24"/>
                <w:szCs w:val="24"/>
              </w:rPr>
              <w:t>Проблемы окружающей среды</w:t>
            </w:r>
          </w:p>
        </w:tc>
        <w:tc>
          <w:tcPr>
            <w:tcW w:w="1871" w:type="dxa"/>
            <w:tcBorders>
              <w:top w:val="nil"/>
              <w:left w:val="nil"/>
              <w:bottom w:val="single" w:sz="4" w:space="0" w:color="auto"/>
              <w:right w:val="single" w:sz="4" w:space="0" w:color="auto"/>
            </w:tcBorders>
            <w:shd w:val="clear" w:color="auto" w:fill="auto"/>
            <w:noWrap/>
          </w:tcPr>
          <w:p w14:paraId="6063319D" w14:textId="34E82E11" w:rsidR="002928F5"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8733C69" w14:textId="77777777" w:rsidR="002928F5"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7E162F5" w14:textId="77777777" w:rsidR="002928F5"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F1D5F6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3C31130" w14:textId="77777777" w:rsidR="00595E4A" w:rsidRPr="006C74F2"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3D771164" w14:textId="1DE8D57A" w:rsidR="00595E4A" w:rsidRPr="002727B5" w:rsidRDefault="002928F5" w:rsidP="002727B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 h</w:t>
            </w:r>
            <w:r w:rsidR="00595E4A" w:rsidRPr="006C74F2">
              <w:rPr>
                <w:rFonts w:ascii="Times New Roman" w:eastAsia="Times New Roman" w:hAnsi="Times New Roman" w:cs="Times New Roman"/>
                <w:sz w:val="24"/>
                <w:szCs w:val="24"/>
              </w:rPr>
              <w:t xml:space="preserve"> «Уничтожение лесов».</w:t>
            </w:r>
          </w:p>
        </w:tc>
        <w:tc>
          <w:tcPr>
            <w:tcW w:w="1871" w:type="dxa"/>
            <w:tcBorders>
              <w:top w:val="nil"/>
              <w:left w:val="nil"/>
              <w:bottom w:val="single" w:sz="4" w:space="0" w:color="auto"/>
              <w:right w:val="single" w:sz="4" w:space="0" w:color="auto"/>
            </w:tcBorders>
            <w:shd w:val="clear" w:color="auto" w:fill="auto"/>
            <w:noWrap/>
            <w:hideMark/>
          </w:tcPr>
          <w:p w14:paraId="1BE30797" w14:textId="1847F431"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FA6F2A9" w14:textId="77777777" w:rsidR="00595E4A" w:rsidRPr="006C74F2"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2B8302F" w14:textId="77777777" w:rsidR="00595E4A" w:rsidRPr="006C74F2"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7FFCBB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4E1D4A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26A7C32A"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color w:val="000000"/>
                <w:sz w:val="24"/>
                <w:szCs w:val="24"/>
              </w:rPr>
              <w:t>3</w:t>
            </w:r>
            <w:r w:rsidRPr="002727B5">
              <w:rPr>
                <w:rFonts w:ascii="Times New Roman" w:eastAsia="Times New Roman" w:hAnsi="Times New Roman" w:cs="Times New Roman"/>
                <w:color w:val="000000"/>
                <w:sz w:val="24"/>
                <w:szCs w:val="24"/>
                <w:lang w:val="en-US"/>
              </w:rPr>
              <w:t>i</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Writing</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An</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Opinion</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Essay</w:t>
            </w:r>
            <w:r w:rsidRPr="002727B5">
              <w:rPr>
                <w:rFonts w:ascii="Times New Roman" w:eastAsia="Times New Roman" w:hAnsi="Times New Roman" w:cs="Times New Roman"/>
                <w:color w:val="000000"/>
                <w:sz w:val="24"/>
                <w:szCs w:val="24"/>
              </w:rPr>
              <w:t>.Письменная речь: эссе «Собственное мнение».</w:t>
            </w:r>
          </w:p>
        </w:tc>
        <w:tc>
          <w:tcPr>
            <w:tcW w:w="1871" w:type="dxa"/>
            <w:tcBorders>
              <w:top w:val="nil"/>
              <w:left w:val="nil"/>
              <w:bottom w:val="single" w:sz="4" w:space="0" w:color="auto"/>
              <w:right w:val="single" w:sz="4" w:space="0" w:color="auto"/>
            </w:tcBorders>
            <w:shd w:val="clear" w:color="auto" w:fill="auto"/>
            <w:noWrap/>
          </w:tcPr>
          <w:p w14:paraId="0CF6FA7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9F2DF9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578D7E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66955E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B368BEF"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tcPr>
          <w:p w14:paraId="26A33DF8"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WB3 Writing Bank 3. An Opinion Essay. </w:t>
            </w:r>
            <w:r w:rsidRPr="002727B5">
              <w:rPr>
                <w:rFonts w:ascii="Times New Roman" w:eastAsia="Times New Roman" w:hAnsi="Times New Roman" w:cs="Times New Roman"/>
                <w:color w:val="000000"/>
                <w:sz w:val="24"/>
                <w:szCs w:val="24"/>
              </w:rPr>
              <w:t>Письменная речь: эссе «Собственное мнение».</w:t>
            </w:r>
          </w:p>
        </w:tc>
        <w:tc>
          <w:tcPr>
            <w:tcW w:w="1871" w:type="dxa"/>
            <w:tcBorders>
              <w:top w:val="nil"/>
              <w:left w:val="nil"/>
              <w:bottom w:val="single" w:sz="4" w:space="0" w:color="auto"/>
              <w:right w:val="single" w:sz="4" w:space="0" w:color="auto"/>
            </w:tcBorders>
            <w:shd w:val="clear" w:color="auto" w:fill="auto"/>
            <w:noWrap/>
            <w:hideMark/>
          </w:tcPr>
          <w:p w14:paraId="5F8D2D88" w14:textId="1B6FCB3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6189D7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395D96A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E64FB1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210E1C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7CB22984" w14:textId="2AD4383A"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Language in Use 3. Языковые навыки. Фразовые глаголы «hang, hand, join». Коннотации: natural, walking,</w:t>
            </w:r>
          </w:p>
        </w:tc>
        <w:tc>
          <w:tcPr>
            <w:tcW w:w="1871" w:type="dxa"/>
            <w:tcBorders>
              <w:top w:val="nil"/>
              <w:left w:val="nil"/>
              <w:bottom w:val="single" w:sz="4" w:space="0" w:color="auto"/>
              <w:right w:val="single" w:sz="4" w:space="0" w:color="auto"/>
            </w:tcBorders>
            <w:shd w:val="clear" w:color="auto" w:fill="auto"/>
            <w:noWrap/>
            <w:hideMark/>
          </w:tcPr>
          <w:p w14:paraId="59EF9CD2" w14:textId="2A7DDFD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5860057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6BEBCF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544AA4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300AE3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5C2760AC" w14:textId="3A00FB9F"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Revision</w:t>
            </w:r>
            <w:r w:rsidRPr="002727B5">
              <w:rPr>
                <w:rFonts w:ascii="Times New Roman" w:eastAsia="Times New Roman" w:hAnsi="Times New Roman" w:cs="Times New Roman"/>
                <w:color w:val="000000"/>
                <w:sz w:val="24"/>
                <w:szCs w:val="24"/>
              </w:rPr>
              <w:t>. Обобщающее повторение. Словообразование, придаточные определительные, сослагательное наклонение.</w:t>
            </w:r>
          </w:p>
        </w:tc>
        <w:tc>
          <w:tcPr>
            <w:tcW w:w="1871" w:type="dxa"/>
            <w:tcBorders>
              <w:top w:val="nil"/>
              <w:left w:val="nil"/>
              <w:bottom w:val="single" w:sz="4" w:space="0" w:color="auto"/>
              <w:right w:val="single" w:sz="4" w:space="0" w:color="auto"/>
            </w:tcBorders>
            <w:shd w:val="clear" w:color="auto" w:fill="auto"/>
            <w:noWrap/>
            <w:hideMark/>
          </w:tcPr>
          <w:p w14:paraId="6DB47C46" w14:textId="52C1C54C"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01088C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555D3EF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03EC71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645098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018B98FA"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Revision</w:t>
            </w:r>
            <w:r w:rsidRPr="002727B5">
              <w:rPr>
                <w:rFonts w:ascii="Times New Roman" w:eastAsia="Times New Roman" w:hAnsi="Times New Roman" w:cs="Times New Roman"/>
                <w:color w:val="000000"/>
                <w:sz w:val="24"/>
                <w:szCs w:val="24"/>
              </w:rPr>
              <w:t>. Обобщающее повторение. Условные предложения</w:t>
            </w:r>
          </w:p>
        </w:tc>
        <w:tc>
          <w:tcPr>
            <w:tcW w:w="1871" w:type="dxa"/>
            <w:tcBorders>
              <w:top w:val="nil"/>
              <w:left w:val="nil"/>
              <w:bottom w:val="single" w:sz="4" w:space="0" w:color="auto"/>
              <w:right w:val="single" w:sz="4" w:space="0" w:color="auto"/>
            </w:tcBorders>
            <w:shd w:val="clear" w:color="auto" w:fill="auto"/>
            <w:noWrap/>
            <w:hideMark/>
          </w:tcPr>
          <w:p w14:paraId="637857E1" w14:textId="6EBAD9D6"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1AD0414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264633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C9386C0"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3697BB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20BC6065" w14:textId="39E19E86" w:rsidR="00595E4A" w:rsidRPr="002E38F6" w:rsidRDefault="002E38F6" w:rsidP="002727B5">
            <w:pPr>
              <w:shd w:val="clear" w:color="auto" w:fill="FFFFFF"/>
              <w:spacing w:after="0" w:line="240" w:lineRule="auto"/>
              <w:rPr>
                <w:rFonts w:ascii="Times New Roman" w:eastAsia="Times New Roman" w:hAnsi="Times New Roman" w:cs="Times New Roman"/>
                <w:color w:val="000000"/>
                <w:sz w:val="24"/>
                <w:szCs w:val="24"/>
              </w:rPr>
            </w:pPr>
            <w:r w:rsidRPr="002E38F6">
              <w:rPr>
                <w:rFonts w:ascii="Times New Roman" w:eastAsia="Times New Roman" w:hAnsi="Times New Roman" w:cs="Times New Roman"/>
                <w:color w:val="000000"/>
                <w:sz w:val="24"/>
                <w:szCs w:val="24"/>
              </w:rPr>
              <w:t>Проверочная работа по 3 модулю</w:t>
            </w:r>
          </w:p>
        </w:tc>
        <w:tc>
          <w:tcPr>
            <w:tcW w:w="1871" w:type="dxa"/>
            <w:tcBorders>
              <w:top w:val="nil"/>
              <w:left w:val="nil"/>
              <w:bottom w:val="single" w:sz="4" w:space="0" w:color="auto"/>
              <w:right w:val="single" w:sz="4" w:space="0" w:color="auto"/>
            </w:tcBorders>
            <w:shd w:val="clear" w:color="auto" w:fill="auto"/>
            <w:noWrap/>
          </w:tcPr>
          <w:p w14:paraId="75CAC3A7" w14:textId="77C89B07" w:rsidR="00595E4A" w:rsidRPr="002E38F6" w:rsidRDefault="002E38F6"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E38F6">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7EC0CA03" w14:textId="51F49AF0" w:rsidR="00595E4A" w:rsidRPr="002928F5" w:rsidRDefault="00595E4A"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4512C81B" w14:textId="00D5B64B" w:rsidR="00595E4A" w:rsidRPr="002727B5" w:rsidRDefault="00595E4A" w:rsidP="002928F5">
            <w:pPr>
              <w:shd w:val="clear" w:color="auto" w:fill="FFFFFF"/>
              <w:spacing w:after="0" w:line="240" w:lineRule="auto"/>
              <w:ind w:right="200"/>
              <w:jc w:val="center"/>
              <w:rPr>
                <w:rFonts w:ascii="Times New Roman" w:eastAsia="Times New Roman" w:hAnsi="Times New Roman" w:cs="Times New Roman"/>
                <w:color w:val="000000"/>
                <w:sz w:val="24"/>
                <w:szCs w:val="24"/>
                <w:lang w:eastAsia="ru-RU"/>
              </w:rPr>
            </w:pPr>
          </w:p>
        </w:tc>
      </w:tr>
      <w:tr w:rsidR="00595E4A" w:rsidRPr="002F7635" w14:paraId="6A5D5DFB"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2A576E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tcPr>
          <w:p w14:paraId="60CE446B"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Работа над ошибками, Рефлексия.</w:t>
            </w:r>
          </w:p>
        </w:tc>
        <w:tc>
          <w:tcPr>
            <w:tcW w:w="1871" w:type="dxa"/>
            <w:tcBorders>
              <w:top w:val="nil"/>
              <w:left w:val="nil"/>
              <w:bottom w:val="single" w:sz="4" w:space="0" w:color="auto"/>
              <w:right w:val="single" w:sz="4" w:space="0" w:color="auto"/>
            </w:tcBorders>
            <w:shd w:val="clear" w:color="auto" w:fill="auto"/>
            <w:noWrap/>
          </w:tcPr>
          <w:p w14:paraId="64239CED" w14:textId="77871F97" w:rsidR="00595E4A" w:rsidRPr="002928F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5482B0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7CA894B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5F689E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AEB66F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53DAB49A" w14:textId="1143CFCB"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МОДУЛЬ 4. Still a Mystery. Все ещё загадка.</w:t>
            </w:r>
          </w:p>
        </w:tc>
        <w:tc>
          <w:tcPr>
            <w:tcW w:w="1871" w:type="dxa"/>
            <w:tcBorders>
              <w:top w:val="nil"/>
              <w:left w:val="nil"/>
              <w:bottom w:val="single" w:sz="4" w:space="0" w:color="auto"/>
              <w:right w:val="single" w:sz="4" w:space="0" w:color="auto"/>
            </w:tcBorders>
            <w:shd w:val="clear" w:color="auto" w:fill="auto"/>
            <w:noWrap/>
            <w:hideMark/>
          </w:tcPr>
          <w:p w14:paraId="084F56BC" w14:textId="71876BB2"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66BF152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4B9B757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F76534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E157925"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18D587EA"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Страдательный залог.</w:t>
            </w:r>
          </w:p>
        </w:tc>
        <w:tc>
          <w:tcPr>
            <w:tcW w:w="1871" w:type="dxa"/>
            <w:tcBorders>
              <w:top w:val="nil"/>
              <w:left w:val="nil"/>
              <w:bottom w:val="single" w:sz="4" w:space="0" w:color="auto"/>
              <w:right w:val="single" w:sz="4" w:space="0" w:color="auto"/>
            </w:tcBorders>
            <w:shd w:val="clear" w:color="auto" w:fill="auto"/>
            <w:noWrap/>
          </w:tcPr>
          <w:p w14:paraId="52CBDF1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537" w:type="dxa"/>
            <w:tcBorders>
              <w:top w:val="nil"/>
              <w:left w:val="nil"/>
              <w:bottom w:val="single" w:sz="4" w:space="0" w:color="auto"/>
              <w:right w:val="single" w:sz="4" w:space="0" w:color="auto"/>
            </w:tcBorders>
            <w:shd w:val="clear" w:color="auto" w:fill="auto"/>
          </w:tcPr>
          <w:p w14:paraId="72397ED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22C30A7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C62DAE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965738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740EE13B"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4</w:t>
            </w:r>
            <w:r w:rsidRPr="002727B5">
              <w:rPr>
                <w:rFonts w:ascii="Times New Roman" w:eastAsia="Times New Roman" w:hAnsi="Times New Roman" w:cs="Times New Roman"/>
                <w:color w:val="000000"/>
                <w:sz w:val="24"/>
                <w:szCs w:val="24"/>
                <w:lang w:val="en-US"/>
              </w:rPr>
              <w:t>a</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UFO</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Tour</w:t>
            </w:r>
            <w:r w:rsidRPr="002727B5">
              <w:rPr>
                <w:rFonts w:ascii="Times New Roman" w:eastAsia="Times New Roman" w:hAnsi="Times New Roman" w:cs="Times New Roman"/>
                <w:color w:val="000000"/>
                <w:sz w:val="24"/>
                <w:szCs w:val="24"/>
              </w:rPr>
              <w:t xml:space="preserve">. Путешествие в тайны НЛО. </w:t>
            </w:r>
            <w:r w:rsidRPr="002727B5">
              <w:rPr>
                <w:rFonts w:ascii="Times New Roman" w:eastAsia="Times New Roman" w:hAnsi="Times New Roman" w:cs="Times New Roman"/>
                <w:color w:val="000000"/>
                <w:sz w:val="24"/>
                <w:szCs w:val="24"/>
                <w:lang w:val="en-US"/>
              </w:rPr>
              <w:t>Заголовки.</w:t>
            </w:r>
          </w:p>
        </w:tc>
        <w:tc>
          <w:tcPr>
            <w:tcW w:w="1871" w:type="dxa"/>
            <w:tcBorders>
              <w:top w:val="nil"/>
              <w:left w:val="nil"/>
              <w:bottom w:val="single" w:sz="4" w:space="0" w:color="auto"/>
              <w:right w:val="single" w:sz="4" w:space="0" w:color="auto"/>
            </w:tcBorders>
            <w:shd w:val="clear" w:color="auto" w:fill="auto"/>
            <w:noWrap/>
            <w:hideMark/>
          </w:tcPr>
          <w:p w14:paraId="79E37BAE" w14:textId="733B7A6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70CCE1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314B9A1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1A02E7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775213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23873B01"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4</w:t>
            </w:r>
            <w:r w:rsidRPr="002727B5">
              <w:rPr>
                <w:rFonts w:ascii="Times New Roman" w:eastAsia="Times New Roman" w:hAnsi="Times New Roman" w:cs="Times New Roman"/>
                <w:color w:val="000000"/>
                <w:sz w:val="24"/>
                <w:szCs w:val="24"/>
                <w:lang w:val="en-US"/>
              </w:rPr>
              <w:t>a</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UFO</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Tour</w:t>
            </w:r>
            <w:r w:rsidRPr="002727B5">
              <w:rPr>
                <w:rFonts w:ascii="Times New Roman" w:eastAsia="Times New Roman" w:hAnsi="Times New Roman" w:cs="Times New Roman"/>
                <w:color w:val="000000"/>
                <w:sz w:val="24"/>
                <w:szCs w:val="24"/>
              </w:rPr>
              <w:t xml:space="preserve">. Путешествие в тайны НЛО. </w:t>
            </w:r>
            <w:r w:rsidRPr="002727B5">
              <w:rPr>
                <w:rFonts w:ascii="Times New Roman" w:eastAsia="Times New Roman" w:hAnsi="Times New Roman" w:cs="Times New Roman"/>
                <w:color w:val="000000"/>
                <w:sz w:val="24"/>
                <w:szCs w:val="24"/>
                <w:lang w:val="en-US"/>
              </w:rPr>
              <w:t>Пассивный залог.</w:t>
            </w:r>
          </w:p>
        </w:tc>
        <w:tc>
          <w:tcPr>
            <w:tcW w:w="1871" w:type="dxa"/>
            <w:tcBorders>
              <w:top w:val="nil"/>
              <w:left w:val="nil"/>
              <w:bottom w:val="single" w:sz="4" w:space="0" w:color="auto"/>
              <w:right w:val="single" w:sz="4" w:space="0" w:color="auto"/>
            </w:tcBorders>
            <w:shd w:val="clear" w:color="auto" w:fill="auto"/>
            <w:noWrap/>
            <w:hideMark/>
          </w:tcPr>
          <w:p w14:paraId="15EF65EA" w14:textId="4BD3D39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1C257F9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659CF64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1D3761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923B26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397FAFBF" w14:textId="1869A379"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VB4</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UFO. НЛО.</w:t>
            </w:r>
          </w:p>
        </w:tc>
        <w:tc>
          <w:tcPr>
            <w:tcW w:w="1871" w:type="dxa"/>
            <w:tcBorders>
              <w:top w:val="nil"/>
              <w:left w:val="nil"/>
              <w:bottom w:val="single" w:sz="4" w:space="0" w:color="auto"/>
              <w:right w:val="single" w:sz="4" w:space="0" w:color="auto"/>
            </w:tcBorders>
            <w:shd w:val="clear" w:color="auto" w:fill="auto"/>
            <w:noWrap/>
            <w:hideMark/>
          </w:tcPr>
          <w:p w14:paraId="7286112B" w14:textId="27B11B5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1C4D963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6788453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21E4BB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867266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tcPr>
          <w:p w14:paraId="08391E9B"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4b Strange Creatures. Странные существа.</w:t>
            </w:r>
          </w:p>
        </w:tc>
        <w:tc>
          <w:tcPr>
            <w:tcW w:w="1871" w:type="dxa"/>
            <w:tcBorders>
              <w:top w:val="nil"/>
              <w:left w:val="nil"/>
              <w:bottom w:val="single" w:sz="4" w:space="0" w:color="auto"/>
              <w:right w:val="single" w:sz="4" w:space="0" w:color="auto"/>
            </w:tcBorders>
            <w:shd w:val="clear" w:color="auto" w:fill="auto"/>
            <w:noWrap/>
            <w:hideMark/>
          </w:tcPr>
          <w:p w14:paraId="1257C3FA" w14:textId="5072D642"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4C0612F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2012F3C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BF98D8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F4C91F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27877CD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VB</w:t>
            </w:r>
            <w:r w:rsidRPr="002727B5">
              <w:rPr>
                <w:rFonts w:ascii="Times New Roman" w:eastAsia="Times New Roman" w:hAnsi="Times New Roman" w:cs="Times New Roman"/>
                <w:color w:val="000000"/>
                <w:sz w:val="24"/>
                <w:szCs w:val="24"/>
              </w:rPr>
              <w:t xml:space="preserve">4 </w:t>
            </w:r>
            <w:r w:rsidRPr="002727B5">
              <w:rPr>
                <w:rFonts w:ascii="Times New Roman" w:eastAsia="Times New Roman" w:hAnsi="Times New Roman" w:cs="Times New Roman"/>
                <w:color w:val="000000"/>
                <w:sz w:val="24"/>
                <w:szCs w:val="24"/>
                <w:lang w:val="en-US"/>
              </w:rPr>
              <w:t>Strange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Creatures</w:t>
            </w:r>
            <w:r w:rsidRPr="002727B5">
              <w:rPr>
                <w:rFonts w:ascii="Times New Roman" w:eastAsia="Times New Roman" w:hAnsi="Times New Roman" w:cs="Times New Roman"/>
                <w:color w:val="000000"/>
                <w:sz w:val="24"/>
                <w:szCs w:val="24"/>
              </w:rPr>
              <w:t xml:space="preserve">. Странные существа. Коннотации. </w:t>
            </w:r>
            <w:r w:rsidRPr="002727B5">
              <w:rPr>
                <w:rFonts w:ascii="Times New Roman" w:eastAsia="Times New Roman" w:hAnsi="Times New Roman" w:cs="Times New Roman"/>
                <w:color w:val="000000"/>
                <w:sz w:val="24"/>
                <w:szCs w:val="24"/>
                <w:lang w:val="en-US"/>
              </w:rPr>
              <w:t>Предлоги .</w:t>
            </w:r>
          </w:p>
        </w:tc>
        <w:tc>
          <w:tcPr>
            <w:tcW w:w="1871" w:type="dxa"/>
            <w:tcBorders>
              <w:top w:val="nil"/>
              <w:left w:val="nil"/>
              <w:bottom w:val="single" w:sz="4" w:space="0" w:color="auto"/>
              <w:right w:val="single" w:sz="4" w:space="0" w:color="auto"/>
            </w:tcBorders>
            <w:shd w:val="clear" w:color="auto" w:fill="auto"/>
            <w:noWrap/>
            <w:hideMark/>
          </w:tcPr>
          <w:p w14:paraId="13CCA649" w14:textId="60929344"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2D140D1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7548267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D5CFEAB"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FB6970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tcPr>
          <w:p w14:paraId="7ACDE466"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VB</w:t>
            </w:r>
            <w:r w:rsidRPr="002727B5">
              <w:rPr>
                <w:rFonts w:ascii="Times New Roman" w:eastAsia="Times New Roman" w:hAnsi="Times New Roman" w:cs="Times New Roman"/>
                <w:color w:val="000000"/>
                <w:sz w:val="24"/>
                <w:szCs w:val="24"/>
              </w:rPr>
              <w:t xml:space="preserve">4 </w:t>
            </w:r>
            <w:r w:rsidRPr="002727B5">
              <w:rPr>
                <w:rFonts w:ascii="Times New Roman" w:eastAsia="Times New Roman" w:hAnsi="Times New Roman" w:cs="Times New Roman"/>
                <w:color w:val="000000"/>
                <w:sz w:val="24"/>
                <w:szCs w:val="24"/>
                <w:lang w:val="en-US"/>
              </w:rPr>
              <w:t>Prehistoric</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Creatures</w:t>
            </w:r>
            <w:r w:rsidRPr="002727B5">
              <w:rPr>
                <w:rFonts w:ascii="Times New Roman" w:eastAsia="Times New Roman" w:hAnsi="Times New Roman" w:cs="Times New Roman"/>
                <w:color w:val="000000"/>
                <w:sz w:val="24"/>
                <w:szCs w:val="24"/>
              </w:rPr>
              <w:t>. Доисторические существа.</w:t>
            </w:r>
          </w:p>
        </w:tc>
        <w:tc>
          <w:tcPr>
            <w:tcW w:w="1871" w:type="dxa"/>
            <w:tcBorders>
              <w:top w:val="nil"/>
              <w:left w:val="nil"/>
              <w:bottom w:val="single" w:sz="4" w:space="0" w:color="auto"/>
              <w:right w:val="single" w:sz="4" w:space="0" w:color="auto"/>
            </w:tcBorders>
            <w:shd w:val="clear" w:color="auto" w:fill="auto"/>
            <w:noWrap/>
            <w:hideMark/>
          </w:tcPr>
          <w:p w14:paraId="47C027F9" w14:textId="72288A1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31CA4C4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tcPr>
          <w:p w14:paraId="38DE25C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99549C7"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3A2ADC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2F09178"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 xml:space="preserve">4с </w:t>
            </w:r>
            <w:r w:rsidRPr="002727B5">
              <w:rPr>
                <w:rFonts w:ascii="Times New Roman" w:eastAsia="Times New Roman" w:hAnsi="Times New Roman" w:cs="Times New Roman"/>
                <w:color w:val="000000"/>
                <w:sz w:val="24"/>
                <w:szCs w:val="24"/>
                <w:lang w:val="en-US"/>
              </w:rPr>
              <w:t>Culture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Corner</w:t>
            </w:r>
            <w:r w:rsidRPr="002727B5">
              <w:rPr>
                <w:rFonts w:ascii="Times New Roman" w:eastAsia="Times New Roman" w:hAnsi="Times New Roman" w:cs="Times New Roman"/>
                <w:color w:val="000000"/>
                <w:sz w:val="24"/>
                <w:szCs w:val="24"/>
              </w:rPr>
              <w:t xml:space="preserve">. Уголок культуры. </w:t>
            </w:r>
            <w:r w:rsidRPr="002727B5">
              <w:rPr>
                <w:rFonts w:ascii="Times New Roman" w:eastAsia="Times New Roman" w:hAnsi="Times New Roman" w:cs="Times New Roman"/>
                <w:color w:val="000000"/>
                <w:sz w:val="24"/>
                <w:szCs w:val="24"/>
                <w:lang w:val="en-US"/>
              </w:rPr>
              <w:t>«Привидения Лондона».</w:t>
            </w:r>
          </w:p>
        </w:tc>
        <w:tc>
          <w:tcPr>
            <w:tcW w:w="1871" w:type="dxa"/>
            <w:tcBorders>
              <w:top w:val="nil"/>
              <w:left w:val="nil"/>
              <w:bottom w:val="single" w:sz="4" w:space="0" w:color="auto"/>
              <w:right w:val="single" w:sz="4" w:space="0" w:color="auto"/>
            </w:tcBorders>
            <w:shd w:val="clear" w:color="auto" w:fill="auto"/>
            <w:noWrap/>
            <w:hideMark/>
          </w:tcPr>
          <w:p w14:paraId="62095F97" w14:textId="184788C0"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tcPr>
          <w:p w14:paraId="1CA50A2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tcPr>
          <w:p w14:paraId="0282A8E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BAA297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F3C3E2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529F786"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4</w:t>
            </w:r>
            <w:r w:rsidRPr="002727B5">
              <w:rPr>
                <w:rFonts w:ascii="Times New Roman" w:eastAsia="Times New Roman" w:hAnsi="Times New Roman" w:cs="Times New Roman"/>
                <w:color w:val="000000"/>
                <w:sz w:val="24"/>
                <w:szCs w:val="24"/>
                <w:lang w:val="en-US"/>
              </w:rPr>
              <w:t>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Everyday</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English</w:t>
            </w:r>
            <w:r w:rsidRPr="002727B5">
              <w:rPr>
                <w:rFonts w:ascii="Times New Roman" w:eastAsia="Times New Roman" w:hAnsi="Times New Roman" w:cs="Times New Roman"/>
                <w:color w:val="000000"/>
                <w:sz w:val="24"/>
                <w:szCs w:val="24"/>
              </w:rPr>
              <w:t xml:space="preserve">.Повседневный английский. </w:t>
            </w:r>
            <w:r w:rsidRPr="002727B5">
              <w:rPr>
                <w:rFonts w:ascii="Times New Roman" w:eastAsia="Times New Roman" w:hAnsi="Times New Roman" w:cs="Times New Roman"/>
                <w:color w:val="000000"/>
                <w:sz w:val="24"/>
                <w:szCs w:val="24"/>
                <w:lang w:val="en-US"/>
              </w:rPr>
              <w:t>Фразы повседневного обихода «Экскурсии».</w:t>
            </w:r>
          </w:p>
        </w:tc>
        <w:tc>
          <w:tcPr>
            <w:tcW w:w="1871" w:type="dxa"/>
            <w:tcBorders>
              <w:top w:val="nil"/>
              <w:left w:val="nil"/>
              <w:bottom w:val="single" w:sz="4" w:space="0" w:color="auto"/>
              <w:right w:val="single" w:sz="4" w:space="0" w:color="auto"/>
            </w:tcBorders>
            <w:shd w:val="clear" w:color="auto" w:fill="auto"/>
            <w:noWrap/>
            <w:vAlign w:val="bottom"/>
            <w:hideMark/>
          </w:tcPr>
          <w:p w14:paraId="1609ABD8" w14:textId="0B55FE4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C1240F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3353A9E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E91D55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A064BB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1E93AB3C"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4</w:t>
            </w:r>
            <w:r w:rsidRPr="002727B5">
              <w:rPr>
                <w:rFonts w:ascii="Times New Roman" w:eastAsia="Times New Roman" w:hAnsi="Times New Roman" w:cs="Times New Roman"/>
                <w:color w:val="000000"/>
                <w:sz w:val="24"/>
                <w:szCs w:val="24"/>
                <w:lang w:val="en-US"/>
              </w:rPr>
              <w:t>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Unexplained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Phenomena</w:t>
            </w:r>
            <w:r w:rsidRPr="002727B5">
              <w:rPr>
                <w:rFonts w:ascii="Times New Roman" w:eastAsia="Times New Roman" w:hAnsi="Times New Roman" w:cs="Times New Roman"/>
                <w:color w:val="000000"/>
                <w:sz w:val="24"/>
                <w:szCs w:val="24"/>
              </w:rPr>
              <w:t>. Необъяснимые явления. Лексика к тексту.</w:t>
            </w:r>
          </w:p>
        </w:tc>
        <w:tc>
          <w:tcPr>
            <w:tcW w:w="1871" w:type="dxa"/>
            <w:tcBorders>
              <w:top w:val="nil"/>
              <w:left w:val="nil"/>
              <w:bottom w:val="single" w:sz="4" w:space="0" w:color="auto"/>
              <w:right w:val="single" w:sz="4" w:space="0" w:color="auto"/>
            </w:tcBorders>
            <w:shd w:val="clear" w:color="auto" w:fill="auto"/>
            <w:noWrap/>
            <w:vAlign w:val="bottom"/>
            <w:hideMark/>
          </w:tcPr>
          <w:p w14:paraId="221CEB06" w14:textId="7D098D8F"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4A7110E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6EA36CC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94BBF3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BB2D8A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72E5B47"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4</w:t>
            </w:r>
            <w:r w:rsidRPr="002727B5">
              <w:rPr>
                <w:rFonts w:ascii="Times New Roman" w:eastAsia="Times New Roman" w:hAnsi="Times New Roman" w:cs="Times New Roman"/>
                <w:color w:val="000000"/>
                <w:sz w:val="24"/>
                <w:szCs w:val="24"/>
                <w:lang w:val="en-US"/>
              </w:rPr>
              <w:t>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Unexplained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Phenomena</w:t>
            </w:r>
            <w:r w:rsidRPr="002727B5">
              <w:rPr>
                <w:rFonts w:ascii="Times New Roman" w:eastAsia="Times New Roman" w:hAnsi="Times New Roman" w:cs="Times New Roman"/>
                <w:color w:val="000000"/>
                <w:sz w:val="24"/>
                <w:szCs w:val="24"/>
              </w:rPr>
              <w:t xml:space="preserve">. Необъяснимые явления. Звуки и глаголы. </w:t>
            </w:r>
            <w:r w:rsidRPr="002727B5">
              <w:rPr>
                <w:rFonts w:ascii="Times New Roman" w:eastAsia="Times New Roman" w:hAnsi="Times New Roman" w:cs="Times New Roman"/>
                <w:color w:val="000000"/>
                <w:sz w:val="24"/>
                <w:szCs w:val="24"/>
                <w:lang w:val="en-US"/>
              </w:rPr>
              <w:t>Артикль .</w:t>
            </w:r>
          </w:p>
        </w:tc>
        <w:tc>
          <w:tcPr>
            <w:tcW w:w="1871" w:type="dxa"/>
            <w:tcBorders>
              <w:top w:val="nil"/>
              <w:left w:val="nil"/>
              <w:bottom w:val="single" w:sz="4" w:space="0" w:color="auto"/>
              <w:right w:val="single" w:sz="4" w:space="0" w:color="auto"/>
            </w:tcBorders>
            <w:shd w:val="clear" w:color="auto" w:fill="auto"/>
            <w:noWrap/>
            <w:vAlign w:val="bottom"/>
            <w:hideMark/>
          </w:tcPr>
          <w:p w14:paraId="7870A01C" w14:textId="7288B2F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3BB52E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14681DC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F050CB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9F3DCA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4B65B323" w14:textId="0147807C"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4f</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Recreating Monsters. Воссоздавая монстров. Самые интересные факты.</w:t>
            </w:r>
          </w:p>
        </w:tc>
        <w:tc>
          <w:tcPr>
            <w:tcW w:w="1871" w:type="dxa"/>
            <w:tcBorders>
              <w:top w:val="nil"/>
              <w:left w:val="nil"/>
              <w:bottom w:val="single" w:sz="4" w:space="0" w:color="auto"/>
              <w:right w:val="single" w:sz="4" w:space="0" w:color="auto"/>
            </w:tcBorders>
            <w:shd w:val="clear" w:color="auto" w:fill="auto"/>
            <w:noWrap/>
            <w:vAlign w:val="bottom"/>
            <w:hideMark/>
          </w:tcPr>
          <w:p w14:paraId="17961AD6" w14:textId="2F18D02B"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490446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D9D1A4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5A2BDE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FC6F32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7E69D04A" w14:textId="65F6C129"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4f</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Recreating Monsters. Воссоздавая монстров. Reflexive</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pronouns</w:t>
            </w:r>
            <w:r w:rsidRPr="002727B5">
              <w:rPr>
                <w:rFonts w:ascii="Times New Roman" w:eastAsia="Times New Roman" w:hAnsi="Times New Roman" w:cs="Times New Roman"/>
                <w:color w:val="000000"/>
                <w:sz w:val="24"/>
                <w:szCs w:val="24"/>
              </w:rPr>
              <w:t>. Возвратные местоимения. Монолог.</w:t>
            </w:r>
          </w:p>
        </w:tc>
        <w:tc>
          <w:tcPr>
            <w:tcW w:w="1871" w:type="dxa"/>
            <w:tcBorders>
              <w:top w:val="nil"/>
              <w:left w:val="nil"/>
              <w:bottom w:val="single" w:sz="4" w:space="0" w:color="auto"/>
              <w:right w:val="single" w:sz="4" w:space="0" w:color="auto"/>
            </w:tcBorders>
            <w:shd w:val="clear" w:color="auto" w:fill="auto"/>
            <w:noWrap/>
            <w:vAlign w:val="bottom"/>
            <w:hideMark/>
          </w:tcPr>
          <w:p w14:paraId="3C689388" w14:textId="465D286F"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2F08A9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3100C56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6814DE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F5B9EC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8E64488"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4g Skills. About Reading. Речевые умения. Беседа о чтении.</w:t>
            </w:r>
          </w:p>
        </w:tc>
        <w:tc>
          <w:tcPr>
            <w:tcW w:w="1871" w:type="dxa"/>
            <w:tcBorders>
              <w:top w:val="nil"/>
              <w:left w:val="nil"/>
              <w:bottom w:val="single" w:sz="4" w:space="0" w:color="auto"/>
              <w:right w:val="single" w:sz="4" w:space="0" w:color="auto"/>
            </w:tcBorders>
            <w:shd w:val="clear" w:color="auto" w:fill="auto"/>
            <w:noWrap/>
            <w:vAlign w:val="bottom"/>
            <w:hideMark/>
          </w:tcPr>
          <w:p w14:paraId="04DFD6E6" w14:textId="7EE5071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A43DF9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38E579E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D6DF7E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9978F35"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65DC5BD"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4</w:t>
            </w:r>
            <w:r w:rsidRPr="002727B5">
              <w:rPr>
                <w:rFonts w:ascii="Times New Roman" w:eastAsia="Times New Roman" w:hAnsi="Times New Roman" w:cs="Times New Roman"/>
                <w:color w:val="000000"/>
                <w:sz w:val="24"/>
                <w:szCs w:val="24"/>
                <w:lang w:val="en-US"/>
              </w:rPr>
              <w:t>i</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Writing</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Book</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Review</w:t>
            </w:r>
            <w:r w:rsidRPr="002727B5">
              <w:rPr>
                <w:rFonts w:ascii="Times New Roman" w:eastAsia="Times New Roman" w:hAnsi="Times New Roman" w:cs="Times New Roman"/>
                <w:color w:val="000000"/>
                <w:sz w:val="24"/>
                <w:szCs w:val="24"/>
              </w:rPr>
              <w:t xml:space="preserve">. Письменная речь: рецензия на книгу. </w:t>
            </w:r>
            <w:r w:rsidRPr="002727B5">
              <w:rPr>
                <w:rFonts w:ascii="Times New Roman" w:eastAsia="Times New Roman" w:hAnsi="Times New Roman" w:cs="Times New Roman"/>
                <w:color w:val="000000"/>
                <w:sz w:val="24"/>
                <w:szCs w:val="24"/>
                <w:lang w:val="en-US"/>
              </w:rPr>
              <w:t>Ознакомление.</w:t>
            </w:r>
          </w:p>
        </w:tc>
        <w:tc>
          <w:tcPr>
            <w:tcW w:w="1871" w:type="dxa"/>
            <w:tcBorders>
              <w:top w:val="nil"/>
              <w:left w:val="nil"/>
              <w:bottom w:val="single" w:sz="4" w:space="0" w:color="auto"/>
              <w:right w:val="single" w:sz="4" w:space="0" w:color="auto"/>
            </w:tcBorders>
            <w:shd w:val="clear" w:color="auto" w:fill="auto"/>
            <w:noWrap/>
            <w:vAlign w:val="bottom"/>
            <w:hideMark/>
          </w:tcPr>
          <w:p w14:paraId="5677A333" w14:textId="334DABE3"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46BCB69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0B4A6C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93C814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ECD39A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22AA858" w14:textId="6790EA19"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WB Writing Bank. Book Review. </w:t>
            </w:r>
            <w:r w:rsidRPr="002727B5">
              <w:rPr>
                <w:rFonts w:ascii="Times New Roman" w:eastAsia="Times New Roman" w:hAnsi="Times New Roman" w:cs="Times New Roman"/>
                <w:color w:val="000000"/>
                <w:sz w:val="24"/>
                <w:szCs w:val="24"/>
              </w:rPr>
              <w:t>Письменная</w:t>
            </w:r>
            <w:r w:rsidR="00315B18" w:rsidRPr="002727B5">
              <w:rPr>
                <w:rFonts w:ascii="Times New Roman" w:eastAsia="Times New Roman" w:hAnsi="Times New Roman" w:cs="Times New Roman"/>
                <w:color w:val="000000"/>
                <w:sz w:val="24"/>
                <w:szCs w:val="24"/>
              </w:rPr>
              <w:t xml:space="preserve"> </w:t>
            </w:r>
            <w:r w:rsidR="006C74F2">
              <w:rPr>
                <w:rFonts w:ascii="Times New Roman" w:eastAsia="Times New Roman" w:hAnsi="Times New Roman" w:cs="Times New Roman"/>
                <w:color w:val="000000"/>
                <w:sz w:val="24"/>
                <w:szCs w:val="24"/>
              </w:rPr>
              <w:t>реч</w:t>
            </w:r>
            <w:r w:rsidRPr="002727B5">
              <w:rPr>
                <w:rFonts w:ascii="Times New Roman" w:eastAsia="Times New Roman" w:hAnsi="Times New Roman" w:cs="Times New Roman"/>
                <w:color w:val="000000"/>
                <w:sz w:val="24"/>
                <w:szCs w:val="24"/>
              </w:rPr>
              <w:t>ь: написание рецензии на книгу.</w:t>
            </w:r>
          </w:p>
        </w:tc>
        <w:tc>
          <w:tcPr>
            <w:tcW w:w="1871" w:type="dxa"/>
            <w:tcBorders>
              <w:top w:val="nil"/>
              <w:left w:val="nil"/>
              <w:bottom w:val="single" w:sz="4" w:space="0" w:color="auto"/>
              <w:right w:val="single" w:sz="4" w:space="0" w:color="auto"/>
            </w:tcBorders>
            <w:shd w:val="clear" w:color="auto" w:fill="auto"/>
            <w:noWrap/>
            <w:vAlign w:val="bottom"/>
            <w:hideMark/>
          </w:tcPr>
          <w:p w14:paraId="19891389" w14:textId="45C7F5A9"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3ABF20E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15DDEE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7834DA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1397B2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5537787D" w14:textId="23283833"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Revision</w:t>
            </w:r>
            <w:r w:rsidRPr="002727B5">
              <w:rPr>
                <w:rFonts w:ascii="Times New Roman" w:eastAsia="Times New Roman" w:hAnsi="Times New Roman" w:cs="Times New Roman"/>
                <w:color w:val="000000"/>
                <w:sz w:val="24"/>
                <w:szCs w:val="24"/>
              </w:rPr>
              <w:t xml:space="preserve"> 4: Пассивный залог.</w:t>
            </w:r>
          </w:p>
        </w:tc>
        <w:tc>
          <w:tcPr>
            <w:tcW w:w="1871" w:type="dxa"/>
            <w:tcBorders>
              <w:top w:val="nil"/>
              <w:left w:val="nil"/>
              <w:bottom w:val="single" w:sz="4" w:space="0" w:color="auto"/>
              <w:right w:val="single" w:sz="4" w:space="0" w:color="auto"/>
            </w:tcBorders>
            <w:shd w:val="clear" w:color="auto" w:fill="auto"/>
            <w:noWrap/>
            <w:vAlign w:val="bottom"/>
            <w:hideMark/>
          </w:tcPr>
          <w:p w14:paraId="4C163903" w14:textId="5900D444"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B960D9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169544F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C1439E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34814E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7F55E190" w14:textId="0FDC2972"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Revision</w:t>
            </w:r>
            <w:r w:rsidRPr="002727B5">
              <w:rPr>
                <w:rFonts w:ascii="Times New Roman" w:eastAsia="Times New Roman" w:hAnsi="Times New Roman" w:cs="Times New Roman"/>
                <w:color w:val="000000"/>
                <w:sz w:val="24"/>
                <w:szCs w:val="24"/>
              </w:rPr>
              <w:t xml:space="preserve"> 4: Разделительные вопросы. Возвратные местоимения.</w:t>
            </w:r>
          </w:p>
        </w:tc>
        <w:tc>
          <w:tcPr>
            <w:tcW w:w="1871" w:type="dxa"/>
            <w:tcBorders>
              <w:top w:val="nil"/>
              <w:left w:val="nil"/>
              <w:bottom w:val="single" w:sz="4" w:space="0" w:color="auto"/>
              <w:right w:val="single" w:sz="4" w:space="0" w:color="auto"/>
            </w:tcBorders>
            <w:shd w:val="clear" w:color="auto" w:fill="auto"/>
            <w:noWrap/>
            <w:vAlign w:val="bottom"/>
          </w:tcPr>
          <w:p w14:paraId="1CBB4BC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auto"/>
            <w:vAlign w:val="bottom"/>
          </w:tcPr>
          <w:p w14:paraId="5855C7A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6DD9801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44B5BE3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EFDAE94"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vAlign w:val="bottom"/>
          </w:tcPr>
          <w:p w14:paraId="251F39EF" w14:textId="4152DE0F" w:rsidR="00595E4A" w:rsidRPr="002E38F6" w:rsidRDefault="002E38F6" w:rsidP="002727B5">
            <w:pPr>
              <w:shd w:val="clear" w:color="auto" w:fill="FFFFFF"/>
              <w:spacing w:after="0" w:line="240" w:lineRule="auto"/>
              <w:rPr>
                <w:rFonts w:ascii="Times New Roman" w:eastAsia="Times New Roman" w:hAnsi="Times New Roman" w:cs="Times New Roman"/>
                <w:b/>
                <w:color w:val="000000"/>
                <w:sz w:val="24"/>
                <w:szCs w:val="24"/>
              </w:rPr>
            </w:pPr>
            <w:r w:rsidRPr="002E38F6">
              <w:rPr>
                <w:rFonts w:ascii="Times New Roman" w:eastAsia="Times New Roman" w:hAnsi="Times New Roman" w:cs="Times New Roman"/>
                <w:b/>
                <w:color w:val="000000"/>
                <w:sz w:val="24"/>
                <w:szCs w:val="24"/>
              </w:rPr>
              <w:t>Контрольная работа за 2 триместр</w:t>
            </w:r>
          </w:p>
        </w:tc>
        <w:tc>
          <w:tcPr>
            <w:tcW w:w="1871" w:type="dxa"/>
            <w:tcBorders>
              <w:top w:val="nil"/>
              <w:left w:val="nil"/>
              <w:bottom w:val="single" w:sz="4" w:space="0" w:color="auto"/>
              <w:right w:val="single" w:sz="4" w:space="0" w:color="auto"/>
            </w:tcBorders>
            <w:shd w:val="clear" w:color="auto" w:fill="FFFFFF"/>
            <w:noWrap/>
            <w:vAlign w:val="bottom"/>
            <w:hideMark/>
          </w:tcPr>
          <w:p w14:paraId="39FE5B51" w14:textId="50708E09" w:rsidR="00595E4A" w:rsidRPr="002E38F6" w:rsidRDefault="002928F5"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2E38F6">
              <w:rPr>
                <w:rFonts w:ascii="Times New Roman" w:eastAsia="Times New Roman" w:hAnsi="Times New Roman" w:cs="Times New Roman"/>
                <w:b/>
                <w:color w:val="000000"/>
                <w:sz w:val="24"/>
                <w:szCs w:val="24"/>
                <w:lang w:eastAsia="ru-RU"/>
              </w:rPr>
              <w:t>1</w:t>
            </w:r>
          </w:p>
        </w:tc>
        <w:tc>
          <w:tcPr>
            <w:tcW w:w="537" w:type="dxa"/>
            <w:tcBorders>
              <w:top w:val="nil"/>
              <w:left w:val="nil"/>
              <w:bottom w:val="single" w:sz="4" w:space="0" w:color="auto"/>
              <w:right w:val="single" w:sz="4" w:space="0" w:color="auto"/>
            </w:tcBorders>
            <w:shd w:val="clear" w:color="auto" w:fill="FFFFFF"/>
            <w:vAlign w:val="bottom"/>
          </w:tcPr>
          <w:p w14:paraId="6E0215EE" w14:textId="4D649E62" w:rsidR="00595E4A" w:rsidRPr="00AE3675" w:rsidRDefault="002E38F6"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c>
          <w:tcPr>
            <w:tcW w:w="1599" w:type="dxa"/>
            <w:tcBorders>
              <w:top w:val="nil"/>
              <w:left w:val="nil"/>
              <w:bottom w:val="single" w:sz="4" w:space="0" w:color="auto"/>
              <w:right w:val="single" w:sz="4" w:space="0" w:color="auto"/>
            </w:tcBorders>
            <w:shd w:val="clear" w:color="auto" w:fill="FFFFFF"/>
            <w:vAlign w:val="bottom"/>
          </w:tcPr>
          <w:p w14:paraId="61102DB1" w14:textId="3F8B0210" w:rsidR="00595E4A" w:rsidRPr="00AE3675" w:rsidRDefault="002E38F6" w:rsidP="002928F5">
            <w:pPr>
              <w:shd w:val="clear" w:color="auto" w:fill="FFFFFF"/>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тест</w:t>
            </w:r>
          </w:p>
        </w:tc>
      </w:tr>
      <w:tr w:rsidR="00595E4A" w:rsidRPr="002F7635" w14:paraId="606AF24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724682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FFFFFF"/>
            <w:vAlign w:val="bottom"/>
          </w:tcPr>
          <w:p w14:paraId="2ABB9E52"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Работа над ошибками. Обобщающее повторение.</w:t>
            </w:r>
          </w:p>
        </w:tc>
        <w:tc>
          <w:tcPr>
            <w:tcW w:w="1871" w:type="dxa"/>
            <w:tcBorders>
              <w:top w:val="nil"/>
              <w:left w:val="nil"/>
              <w:bottom w:val="single" w:sz="4" w:space="0" w:color="auto"/>
              <w:right w:val="single" w:sz="4" w:space="0" w:color="auto"/>
            </w:tcBorders>
            <w:shd w:val="clear" w:color="auto" w:fill="FFFFFF"/>
            <w:noWrap/>
            <w:vAlign w:val="bottom"/>
          </w:tcPr>
          <w:p w14:paraId="7AB56B9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FFFFFF"/>
            <w:vAlign w:val="bottom"/>
          </w:tcPr>
          <w:p w14:paraId="1CED0B0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FFFFFF"/>
            <w:vAlign w:val="bottom"/>
          </w:tcPr>
          <w:p w14:paraId="4CCC9B3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C5A7F0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1DE811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center"/>
          </w:tcPr>
          <w:p w14:paraId="500A1DC6"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sz w:val="24"/>
                <w:szCs w:val="24"/>
              </w:rPr>
              <w:t>МОДУЛЬ</w:t>
            </w:r>
            <w:r w:rsidRPr="002727B5">
              <w:rPr>
                <w:rFonts w:ascii="Times New Roman" w:eastAsia="Times New Roman" w:hAnsi="Times New Roman" w:cs="Times New Roman"/>
                <w:sz w:val="24"/>
                <w:szCs w:val="24"/>
                <w:lang w:val="en-US"/>
              </w:rPr>
              <w:t xml:space="preserve"> 5. Lifelong Learning. </w:t>
            </w:r>
            <w:r w:rsidRPr="002727B5">
              <w:rPr>
                <w:rFonts w:ascii="Times New Roman" w:eastAsia="Times New Roman" w:hAnsi="Times New Roman" w:cs="Times New Roman"/>
                <w:sz w:val="24"/>
                <w:szCs w:val="24"/>
              </w:rPr>
              <w:t>Век</w:t>
            </w:r>
            <w:r w:rsidRPr="00C40387">
              <w:rPr>
                <w:rFonts w:ascii="Times New Roman" w:eastAsia="Times New Roman" w:hAnsi="Times New Roman" w:cs="Times New Roman"/>
                <w:sz w:val="24"/>
                <w:szCs w:val="24"/>
                <w:lang w:val="en-US"/>
              </w:rPr>
              <w:t xml:space="preserve"> </w:t>
            </w:r>
            <w:r w:rsidRPr="002727B5">
              <w:rPr>
                <w:rFonts w:ascii="Times New Roman" w:eastAsia="Times New Roman" w:hAnsi="Times New Roman" w:cs="Times New Roman"/>
                <w:sz w:val="24"/>
                <w:szCs w:val="24"/>
              </w:rPr>
              <w:t>живи</w:t>
            </w:r>
            <w:r w:rsidRPr="00C40387">
              <w:rPr>
                <w:rFonts w:ascii="Times New Roman" w:eastAsia="Times New Roman" w:hAnsi="Times New Roman" w:cs="Times New Roman"/>
                <w:sz w:val="24"/>
                <w:szCs w:val="24"/>
                <w:lang w:val="en-US"/>
              </w:rPr>
              <w:t xml:space="preserve">- </w:t>
            </w:r>
            <w:r w:rsidRPr="002727B5">
              <w:rPr>
                <w:rFonts w:ascii="Times New Roman" w:eastAsia="Times New Roman" w:hAnsi="Times New Roman" w:cs="Times New Roman"/>
                <w:sz w:val="24"/>
                <w:szCs w:val="24"/>
              </w:rPr>
              <w:t>век</w:t>
            </w:r>
            <w:r w:rsidRPr="00C40387">
              <w:rPr>
                <w:rFonts w:ascii="Times New Roman" w:eastAsia="Times New Roman" w:hAnsi="Times New Roman" w:cs="Times New Roman"/>
                <w:sz w:val="24"/>
                <w:szCs w:val="24"/>
                <w:lang w:val="en-US"/>
              </w:rPr>
              <w:t xml:space="preserve"> </w:t>
            </w:r>
            <w:r w:rsidRPr="002727B5">
              <w:rPr>
                <w:rFonts w:ascii="Times New Roman" w:eastAsia="Times New Roman" w:hAnsi="Times New Roman" w:cs="Times New Roman"/>
                <w:sz w:val="24"/>
                <w:szCs w:val="24"/>
              </w:rPr>
              <w:t>учись</w:t>
            </w:r>
            <w:r w:rsidRPr="00C40387">
              <w:rPr>
                <w:rFonts w:ascii="Times New Roman" w:eastAsia="Times New Roman" w:hAnsi="Times New Roman" w:cs="Times New Roman"/>
                <w:sz w:val="24"/>
                <w:szCs w:val="24"/>
                <w:lang w:val="en-US"/>
              </w:rPr>
              <w:t xml:space="preserve">. </w:t>
            </w:r>
            <w:r w:rsidRPr="002727B5">
              <w:rPr>
                <w:rFonts w:ascii="Times New Roman" w:eastAsia="Times New Roman" w:hAnsi="Times New Roman" w:cs="Times New Roman"/>
                <w:sz w:val="24"/>
                <w:szCs w:val="24"/>
              </w:rPr>
              <w:t>Микро-монологи. Аудирование.</w:t>
            </w:r>
          </w:p>
        </w:tc>
        <w:tc>
          <w:tcPr>
            <w:tcW w:w="1871" w:type="dxa"/>
            <w:tcBorders>
              <w:top w:val="nil"/>
              <w:left w:val="nil"/>
              <w:bottom w:val="single" w:sz="4" w:space="0" w:color="auto"/>
              <w:right w:val="single" w:sz="4" w:space="0" w:color="auto"/>
            </w:tcBorders>
            <w:shd w:val="clear" w:color="auto" w:fill="auto"/>
            <w:noWrap/>
            <w:vAlign w:val="bottom"/>
            <w:hideMark/>
          </w:tcPr>
          <w:p w14:paraId="2F252267" w14:textId="5BA832F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3EA5A25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73526E3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9F39E4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6C73987"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noWrap/>
            <w:vAlign w:val="bottom"/>
          </w:tcPr>
          <w:p w14:paraId="53F6ED06"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5a</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 xml:space="preserve">Extraordinary skills. </w:t>
            </w:r>
            <w:r w:rsidRPr="002727B5">
              <w:rPr>
                <w:rFonts w:ascii="Times New Roman" w:eastAsia="Times New Roman" w:hAnsi="Times New Roman" w:cs="Times New Roman"/>
                <w:color w:val="000000"/>
                <w:sz w:val="24"/>
                <w:szCs w:val="24"/>
              </w:rPr>
              <w:t>Экстра</w:t>
            </w:r>
            <w:r w:rsidRPr="002727B5">
              <w:rPr>
                <w:rFonts w:ascii="Times New Roman" w:eastAsia="Times New Roman" w:hAnsi="Times New Roman" w:cs="Times New Roman"/>
                <w:color w:val="000000"/>
                <w:sz w:val="24"/>
                <w:szCs w:val="24"/>
                <w:lang w:val="en-US"/>
              </w:rPr>
              <w:t>ординарные умения.</w:t>
            </w:r>
          </w:p>
        </w:tc>
        <w:tc>
          <w:tcPr>
            <w:tcW w:w="1871" w:type="dxa"/>
            <w:tcBorders>
              <w:top w:val="nil"/>
              <w:left w:val="nil"/>
              <w:bottom w:val="single" w:sz="4" w:space="0" w:color="auto"/>
              <w:right w:val="single" w:sz="4" w:space="0" w:color="auto"/>
            </w:tcBorders>
            <w:shd w:val="clear" w:color="auto" w:fill="auto"/>
            <w:noWrap/>
            <w:vAlign w:val="bottom"/>
            <w:hideMark/>
          </w:tcPr>
          <w:p w14:paraId="42EFD81F" w14:textId="5EB84529"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642E80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4FCCAC1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26085C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20B665B"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5A6267D4"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5a</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Extraordinary skills. Экстраординарные умения. Reported speech (statements). Косвенная речь (утверждения).</w:t>
            </w:r>
          </w:p>
        </w:tc>
        <w:tc>
          <w:tcPr>
            <w:tcW w:w="1871" w:type="dxa"/>
            <w:tcBorders>
              <w:top w:val="nil"/>
              <w:left w:val="nil"/>
              <w:bottom w:val="single" w:sz="4" w:space="0" w:color="auto"/>
              <w:right w:val="single" w:sz="4" w:space="0" w:color="auto"/>
            </w:tcBorders>
            <w:shd w:val="clear" w:color="auto" w:fill="auto"/>
            <w:noWrap/>
            <w:vAlign w:val="bottom"/>
            <w:hideMark/>
          </w:tcPr>
          <w:p w14:paraId="0C3627C1" w14:textId="5E42136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49FD4A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2AD033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197DE4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BF923B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7FDC306B" w14:textId="4F7596D4" w:rsidR="00595E4A" w:rsidRPr="002928F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Косвенная речь</w:t>
            </w:r>
            <w:r w:rsidR="002928F5">
              <w:rPr>
                <w:rFonts w:ascii="Times New Roman" w:eastAsia="Times New Roman" w:hAnsi="Times New Roman" w:cs="Times New Roman"/>
                <w:color w:val="000000"/>
                <w:sz w:val="24"/>
                <w:szCs w:val="24"/>
              </w:rPr>
              <w:t xml:space="preserve"> (утвердительные предложения)</w:t>
            </w:r>
          </w:p>
        </w:tc>
        <w:tc>
          <w:tcPr>
            <w:tcW w:w="1871" w:type="dxa"/>
            <w:tcBorders>
              <w:top w:val="nil"/>
              <w:left w:val="nil"/>
              <w:bottom w:val="single" w:sz="4" w:space="0" w:color="auto"/>
              <w:right w:val="single" w:sz="4" w:space="0" w:color="auto"/>
            </w:tcBorders>
            <w:shd w:val="clear" w:color="auto" w:fill="auto"/>
            <w:noWrap/>
            <w:vAlign w:val="bottom"/>
            <w:hideMark/>
          </w:tcPr>
          <w:p w14:paraId="3D3A6C43" w14:textId="27EF4AA2"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55815B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1F44E87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4D1058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A37F01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3F034E98"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VB</w:t>
            </w:r>
            <w:r w:rsidRPr="002727B5">
              <w:rPr>
                <w:rFonts w:ascii="Times New Roman" w:eastAsia="Times New Roman" w:hAnsi="Times New Roman" w:cs="Times New Roman"/>
                <w:color w:val="000000"/>
                <w:sz w:val="24"/>
                <w:szCs w:val="24"/>
              </w:rPr>
              <w:t xml:space="preserve"> 18-19 </w:t>
            </w:r>
            <w:r w:rsidRPr="002727B5">
              <w:rPr>
                <w:rFonts w:ascii="Times New Roman" w:eastAsia="Times New Roman" w:hAnsi="Times New Roman" w:cs="Times New Roman"/>
                <w:color w:val="000000"/>
                <w:sz w:val="24"/>
                <w:szCs w:val="24"/>
                <w:lang w:val="en-US"/>
              </w:rPr>
              <w:t>Martial</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Arts</w:t>
            </w:r>
            <w:r w:rsidRPr="002727B5">
              <w:rPr>
                <w:rFonts w:ascii="Times New Roman" w:eastAsia="Times New Roman" w:hAnsi="Times New Roman" w:cs="Times New Roman"/>
                <w:color w:val="000000"/>
                <w:sz w:val="24"/>
                <w:szCs w:val="24"/>
              </w:rPr>
              <w:t>. Боевые искусства.</w:t>
            </w:r>
          </w:p>
        </w:tc>
        <w:tc>
          <w:tcPr>
            <w:tcW w:w="1871" w:type="dxa"/>
            <w:tcBorders>
              <w:top w:val="nil"/>
              <w:left w:val="nil"/>
              <w:bottom w:val="single" w:sz="4" w:space="0" w:color="auto"/>
              <w:right w:val="single" w:sz="4" w:space="0" w:color="auto"/>
            </w:tcBorders>
            <w:shd w:val="clear" w:color="auto" w:fill="auto"/>
            <w:noWrap/>
            <w:vAlign w:val="bottom"/>
            <w:hideMark/>
          </w:tcPr>
          <w:p w14:paraId="7CEAF0AF" w14:textId="220EF821"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5C20771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6486720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283A78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1CDF27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44DBCB0C"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5b The Way We Learn. </w:t>
            </w:r>
            <w:r w:rsidRPr="002727B5">
              <w:rPr>
                <w:rFonts w:ascii="Times New Roman" w:eastAsia="Times New Roman" w:hAnsi="Times New Roman" w:cs="Times New Roman"/>
                <w:color w:val="000000"/>
                <w:sz w:val="24"/>
                <w:szCs w:val="24"/>
              </w:rPr>
              <w:t>Как мы учимся. Лексика по теме «Новые технологии в обучении» .</w:t>
            </w:r>
          </w:p>
        </w:tc>
        <w:tc>
          <w:tcPr>
            <w:tcW w:w="1871" w:type="dxa"/>
            <w:tcBorders>
              <w:top w:val="nil"/>
              <w:left w:val="nil"/>
              <w:bottom w:val="single" w:sz="4" w:space="0" w:color="auto"/>
              <w:right w:val="single" w:sz="4" w:space="0" w:color="auto"/>
            </w:tcBorders>
            <w:shd w:val="clear" w:color="auto" w:fill="auto"/>
            <w:noWrap/>
            <w:vAlign w:val="bottom"/>
            <w:hideMark/>
          </w:tcPr>
          <w:p w14:paraId="3F0962F3" w14:textId="3351C43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625EB1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7B8403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07A1050"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FBE3544"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5F0E4206" w14:textId="62E10443"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5b The Way We Learn. </w:t>
            </w:r>
            <w:r w:rsidRPr="002727B5">
              <w:rPr>
                <w:rFonts w:ascii="Times New Roman" w:eastAsia="Times New Roman" w:hAnsi="Times New Roman" w:cs="Times New Roman"/>
                <w:color w:val="000000"/>
                <w:sz w:val="24"/>
                <w:szCs w:val="24"/>
              </w:rPr>
              <w:t>Как мы учимся.</w:t>
            </w:r>
          </w:p>
        </w:tc>
        <w:tc>
          <w:tcPr>
            <w:tcW w:w="1871" w:type="dxa"/>
            <w:tcBorders>
              <w:top w:val="nil"/>
              <w:left w:val="nil"/>
              <w:bottom w:val="single" w:sz="4" w:space="0" w:color="auto"/>
              <w:right w:val="single" w:sz="4" w:space="0" w:color="auto"/>
            </w:tcBorders>
            <w:shd w:val="clear" w:color="auto" w:fill="auto"/>
            <w:noWrap/>
            <w:vAlign w:val="bottom"/>
            <w:hideMark/>
          </w:tcPr>
          <w:p w14:paraId="4107D598" w14:textId="6D6D64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499F3E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012E839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3A6764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5D0C793"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58510D2"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Косвенная речь: утвердительные предложения</w:t>
            </w:r>
          </w:p>
        </w:tc>
        <w:tc>
          <w:tcPr>
            <w:tcW w:w="1871" w:type="dxa"/>
            <w:tcBorders>
              <w:top w:val="nil"/>
              <w:left w:val="nil"/>
              <w:bottom w:val="single" w:sz="4" w:space="0" w:color="auto"/>
              <w:right w:val="single" w:sz="4" w:space="0" w:color="auto"/>
            </w:tcBorders>
            <w:shd w:val="clear" w:color="auto" w:fill="auto"/>
            <w:noWrap/>
            <w:vAlign w:val="bottom"/>
          </w:tcPr>
          <w:p w14:paraId="5CE3078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auto"/>
            <w:vAlign w:val="bottom"/>
          </w:tcPr>
          <w:p w14:paraId="0CA4AB9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2456DE9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4A80A0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413CAA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565201C5"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Косвенная речь: вопросы и повелительные предложения</w:t>
            </w:r>
          </w:p>
        </w:tc>
        <w:tc>
          <w:tcPr>
            <w:tcW w:w="1871" w:type="dxa"/>
            <w:tcBorders>
              <w:top w:val="nil"/>
              <w:left w:val="nil"/>
              <w:bottom w:val="single" w:sz="4" w:space="0" w:color="auto"/>
              <w:right w:val="single" w:sz="4" w:space="0" w:color="auto"/>
            </w:tcBorders>
            <w:shd w:val="clear" w:color="auto" w:fill="auto"/>
            <w:noWrap/>
            <w:vAlign w:val="bottom"/>
          </w:tcPr>
          <w:p w14:paraId="231AB6A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auto"/>
            <w:vAlign w:val="bottom"/>
          </w:tcPr>
          <w:p w14:paraId="52DD5D6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115568F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76592D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D95303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center"/>
          </w:tcPr>
          <w:p w14:paraId="2F66A17E"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lang w:val="en-US"/>
              </w:rPr>
            </w:pPr>
            <w:r w:rsidRPr="002727B5">
              <w:rPr>
                <w:rFonts w:ascii="Times New Roman" w:eastAsia="Times New Roman" w:hAnsi="Times New Roman" w:cs="Times New Roman"/>
                <w:sz w:val="24"/>
                <w:szCs w:val="24"/>
                <w:lang w:val="en-US"/>
              </w:rPr>
              <w:t>VB 20 Education.</w:t>
            </w:r>
            <w:r w:rsidR="00315B18" w:rsidRPr="002727B5">
              <w:rPr>
                <w:rFonts w:ascii="Times New Roman" w:eastAsia="Times New Roman" w:hAnsi="Times New Roman" w:cs="Times New Roman"/>
                <w:sz w:val="24"/>
                <w:szCs w:val="24"/>
                <w:lang w:val="en-US"/>
              </w:rPr>
              <w:t xml:space="preserve"> </w:t>
            </w:r>
            <w:r w:rsidRPr="002727B5">
              <w:rPr>
                <w:rFonts w:ascii="Times New Roman" w:eastAsia="Times New Roman" w:hAnsi="Times New Roman" w:cs="Times New Roman"/>
                <w:sz w:val="24"/>
                <w:szCs w:val="24"/>
                <w:lang w:val="en-US"/>
              </w:rPr>
              <w:t>Образование.</w:t>
            </w:r>
          </w:p>
        </w:tc>
        <w:tc>
          <w:tcPr>
            <w:tcW w:w="1871" w:type="dxa"/>
            <w:tcBorders>
              <w:top w:val="nil"/>
              <w:left w:val="nil"/>
              <w:bottom w:val="single" w:sz="4" w:space="0" w:color="auto"/>
              <w:right w:val="single" w:sz="4" w:space="0" w:color="auto"/>
            </w:tcBorders>
            <w:shd w:val="clear" w:color="auto" w:fill="auto"/>
            <w:noWrap/>
            <w:vAlign w:val="bottom"/>
            <w:hideMark/>
          </w:tcPr>
          <w:p w14:paraId="0F4E2283" w14:textId="18B4192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438EB6D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509E36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023911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EBF840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43890F3"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5c Culture Corner. Уголок культуры. «Награда Герцога Эдинбургского».</w:t>
            </w:r>
          </w:p>
        </w:tc>
        <w:tc>
          <w:tcPr>
            <w:tcW w:w="1871" w:type="dxa"/>
            <w:tcBorders>
              <w:top w:val="nil"/>
              <w:left w:val="nil"/>
              <w:bottom w:val="single" w:sz="4" w:space="0" w:color="auto"/>
              <w:right w:val="single" w:sz="4" w:space="0" w:color="auto"/>
            </w:tcBorders>
            <w:shd w:val="clear" w:color="auto" w:fill="auto"/>
            <w:noWrap/>
            <w:vAlign w:val="bottom"/>
            <w:hideMark/>
          </w:tcPr>
          <w:p w14:paraId="691DB203" w14:textId="5036953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334300F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2C8908C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16DF292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F81F96C"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84A6474" w14:textId="555C9E86" w:rsidR="00595E4A" w:rsidRPr="002928F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5</w:t>
            </w:r>
            <w:r w:rsidRPr="002727B5">
              <w:rPr>
                <w:rFonts w:ascii="Times New Roman" w:eastAsia="Times New Roman" w:hAnsi="Times New Roman" w:cs="Times New Roman"/>
                <w:color w:val="000000"/>
                <w:sz w:val="24"/>
                <w:szCs w:val="24"/>
                <w:lang w:val="en-US"/>
              </w:rPr>
              <w:t>d</w:t>
            </w:r>
            <w:r w:rsidR="00315B18"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Everyday</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English</w:t>
            </w:r>
            <w:r w:rsidRPr="002727B5">
              <w:rPr>
                <w:rFonts w:ascii="Times New Roman" w:eastAsia="Times New Roman" w:hAnsi="Times New Roman" w:cs="Times New Roman"/>
                <w:color w:val="000000"/>
                <w:sz w:val="24"/>
                <w:szCs w:val="24"/>
              </w:rPr>
              <w:t>.</w:t>
            </w:r>
            <w:r w:rsidR="002928F5">
              <w:rPr>
                <w:rFonts w:ascii="Times New Roman" w:eastAsia="Times New Roman" w:hAnsi="Times New Roman" w:cs="Times New Roman"/>
                <w:color w:val="000000"/>
                <w:sz w:val="24"/>
                <w:szCs w:val="24"/>
              </w:rPr>
              <w:t xml:space="preserve"> Повседневный английский.</w:t>
            </w:r>
          </w:p>
        </w:tc>
        <w:tc>
          <w:tcPr>
            <w:tcW w:w="1871" w:type="dxa"/>
            <w:tcBorders>
              <w:top w:val="nil"/>
              <w:left w:val="nil"/>
              <w:bottom w:val="single" w:sz="4" w:space="0" w:color="auto"/>
              <w:right w:val="single" w:sz="4" w:space="0" w:color="auto"/>
            </w:tcBorders>
            <w:shd w:val="clear" w:color="auto" w:fill="auto"/>
            <w:noWrap/>
            <w:vAlign w:val="bottom"/>
            <w:hideMark/>
          </w:tcPr>
          <w:p w14:paraId="28FC5CCE" w14:textId="5907057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4811A2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17D664A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0B5A1D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A3AFE5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143BE710"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Повседневный английский. Фразы «В библиотеке».</w:t>
            </w:r>
          </w:p>
        </w:tc>
        <w:tc>
          <w:tcPr>
            <w:tcW w:w="1871" w:type="dxa"/>
            <w:tcBorders>
              <w:top w:val="nil"/>
              <w:left w:val="nil"/>
              <w:bottom w:val="single" w:sz="4" w:space="0" w:color="auto"/>
              <w:right w:val="single" w:sz="4" w:space="0" w:color="auto"/>
            </w:tcBorders>
            <w:shd w:val="clear" w:color="auto" w:fill="auto"/>
            <w:noWrap/>
            <w:vAlign w:val="bottom"/>
          </w:tcPr>
          <w:p w14:paraId="591BFEAB" w14:textId="76E1E21F" w:rsidR="00595E4A"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2205C64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293872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1983CE1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30E7C7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6DC8AB87"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5e Overcoming the odds. Преодолевая трудности. </w:t>
            </w:r>
            <w:r w:rsidRPr="002727B5">
              <w:rPr>
                <w:rFonts w:ascii="Times New Roman" w:eastAsia="Times New Roman" w:hAnsi="Times New Roman" w:cs="Times New Roman"/>
                <w:color w:val="000000"/>
                <w:sz w:val="24"/>
                <w:szCs w:val="24"/>
              </w:rPr>
              <w:t xml:space="preserve">Слова </w:t>
            </w:r>
            <w:r w:rsidRPr="002727B5">
              <w:rPr>
                <w:rFonts w:ascii="Times New Roman" w:eastAsia="Times New Roman" w:hAnsi="Times New Roman" w:cs="Times New Roman"/>
                <w:color w:val="000000"/>
                <w:sz w:val="24"/>
                <w:szCs w:val="24"/>
              </w:rPr>
              <w:lastRenderedPageBreak/>
              <w:t>автора в косвенной речи .</w:t>
            </w:r>
          </w:p>
        </w:tc>
        <w:tc>
          <w:tcPr>
            <w:tcW w:w="1871" w:type="dxa"/>
            <w:tcBorders>
              <w:top w:val="nil"/>
              <w:left w:val="nil"/>
              <w:bottom w:val="single" w:sz="4" w:space="0" w:color="auto"/>
              <w:right w:val="single" w:sz="4" w:space="0" w:color="auto"/>
            </w:tcBorders>
            <w:shd w:val="clear" w:color="auto" w:fill="auto"/>
            <w:noWrap/>
            <w:vAlign w:val="bottom"/>
            <w:hideMark/>
          </w:tcPr>
          <w:p w14:paraId="4669535A" w14:textId="7D6A9A8C"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lastRenderedPageBreak/>
              <w:t>1</w:t>
            </w:r>
          </w:p>
        </w:tc>
        <w:tc>
          <w:tcPr>
            <w:tcW w:w="537" w:type="dxa"/>
            <w:tcBorders>
              <w:top w:val="nil"/>
              <w:left w:val="nil"/>
              <w:bottom w:val="single" w:sz="4" w:space="0" w:color="auto"/>
              <w:right w:val="single" w:sz="4" w:space="0" w:color="auto"/>
            </w:tcBorders>
            <w:shd w:val="clear" w:color="auto" w:fill="auto"/>
            <w:vAlign w:val="bottom"/>
          </w:tcPr>
          <w:p w14:paraId="51AF808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4E2BD4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CC587B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0853F6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42DD914E"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5e Overcoming the odds. </w:t>
            </w:r>
            <w:r w:rsidRPr="002727B5">
              <w:rPr>
                <w:rFonts w:ascii="Times New Roman" w:eastAsia="Times New Roman" w:hAnsi="Times New Roman" w:cs="Times New Roman"/>
                <w:color w:val="000000"/>
                <w:sz w:val="24"/>
                <w:szCs w:val="24"/>
              </w:rPr>
              <w:t>Преодолевая</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трудности</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Будущие достижения .</w:t>
            </w:r>
          </w:p>
        </w:tc>
        <w:tc>
          <w:tcPr>
            <w:tcW w:w="1871" w:type="dxa"/>
            <w:tcBorders>
              <w:top w:val="nil"/>
              <w:left w:val="nil"/>
              <w:bottom w:val="single" w:sz="4" w:space="0" w:color="auto"/>
              <w:right w:val="single" w:sz="4" w:space="0" w:color="auto"/>
            </w:tcBorders>
            <w:shd w:val="clear" w:color="auto" w:fill="auto"/>
            <w:noWrap/>
            <w:vAlign w:val="bottom"/>
            <w:hideMark/>
          </w:tcPr>
          <w:p w14:paraId="491C3D2B" w14:textId="7DB7DCA6"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5B6380A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134C2F7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2928F5" w:rsidRPr="002F7635" w14:paraId="3D416D7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F2E327E" w14:textId="77777777" w:rsidR="002928F5" w:rsidRPr="00287F71" w:rsidRDefault="002928F5"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A53F220" w14:textId="0CD51588" w:rsidR="002928F5" w:rsidRPr="002928F5" w:rsidRDefault="002928F5" w:rsidP="002727B5">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Косвенная речь: специальные вводные слова.</w:t>
            </w:r>
          </w:p>
        </w:tc>
        <w:tc>
          <w:tcPr>
            <w:tcW w:w="1871" w:type="dxa"/>
            <w:tcBorders>
              <w:top w:val="nil"/>
              <w:left w:val="nil"/>
              <w:bottom w:val="single" w:sz="4" w:space="0" w:color="auto"/>
              <w:right w:val="single" w:sz="4" w:space="0" w:color="auto"/>
            </w:tcBorders>
            <w:shd w:val="clear" w:color="auto" w:fill="auto"/>
            <w:noWrap/>
            <w:vAlign w:val="bottom"/>
          </w:tcPr>
          <w:p w14:paraId="317C941C" w14:textId="77777777" w:rsidR="002928F5"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auto"/>
            <w:vAlign w:val="bottom"/>
          </w:tcPr>
          <w:p w14:paraId="134AD1E3" w14:textId="77777777" w:rsidR="002928F5"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3862B188" w14:textId="77777777" w:rsidR="002928F5" w:rsidRPr="002727B5" w:rsidRDefault="002928F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5F40B4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0F3C2F4" w14:textId="77777777" w:rsidR="00595E4A" w:rsidRPr="002928F5"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528AFE41"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5f Taking a Gap Year. </w:t>
            </w:r>
            <w:r w:rsidRPr="002727B5">
              <w:rPr>
                <w:rFonts w:ascii="Times New Roman" w:eastAsia="Times New Roman" w:hAnsi="Times New Roman" w:cs="Times New Roman"/>
                <w:color w:val="000000"/>
                <w:sz w:val="24"/>
                <w:szCs w:val="24"/>
              </w:rPr>
              <w:t>Год перерыва. Работа за рубежом. Вводные слова придаточных предложений.</w:t>
            </w:r>
          </w:p>
        </w:tc>
        <w:tc>
          <w:tcPr>
            <w:tcW w:w="1871" w:type="dxa"/>
            <w:tcBorders>
              <w:top w:val="nil"/>
              <w:left w:val="nil"/>
              <w:bottom w:val="single" w:sz="4" w:space="0" w:color="auto"/>
              <w:right w:val="single" w:sz="4" w:space="0" w:color="auto"/>
            </w:tcBorders>
            <w:shd w:val="clear" w:color="auto" w:fill="auto"/>
            <w:noWrap/>
            <w:vAlign w:val="bottom"/>
            <w:hideMark/>
          </w:tcPr>
          <w:p w14:paraId="3948E7F1" w14:textId="1198CCCF"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3CF6EAB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6796F9A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3A592C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E608E1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7936C04B" w14:textId="2DF5E875"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5f Taking a Gap Year. Год перерыва. Пересказ.</w:t>
            </w:r>
          </w:p>
        </w:tc>
        <w:tc>
          <w:tcPr>
            <w:tcW w:w="1871" w:type="dxa"/>
            <w:tcBorders>
              <w:top w:val="nil"/>
              <w:left w:val="nil"/>
              <w:bottom w:val="single" w:sz="4" w:space="0" w:color="auto"/>
              <w:right w:val="single" w:sz="4" w:space="0" w:color="auto"/>
            </w:tcBorders>
            <w:shd w:val="clear" w:color="auto" w:fill="auto"/>
            <w:noWrap/>
            <w:vAlign w:val="bottom"/>
            <w:hideMark/>
          </w:tcPr>
          <w:p w14:paraId="447BFE33" w14:textId="4DE3A060"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3D3B53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4BDC75F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149576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1FC387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240F80E8" w14:textId="308C74D8"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5</w:t>
            </w:r>
            <w:r w:rsidRPr="002727B5">
              <w:rPr>
                <w:rFonts w:ascii="Times New Roman" w:eastAsia="Times New Roman" w:hAnsi="Times New Roman" w:cs="Times New Roman"/>
                <w:color w:val="000000"/>
                <w:sz w:val="24"/>
                <w:szCs w:val="24"/>
                <w:lang w:val="en-US"/>
              </w:rPr>
              <w:t>g</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Skills</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Higher</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education</w:t>
            </w:r>
            <w:r w:rsidRPr="002727B5">
              <w:rPr>
                <w:rFonts w:ascii="Times New Roman" w:eastAsia="Times New Roman" w:hAnsi="Times New Roman" w:cs="Times New Roman"/>
                <w:color w:val="000000"/>
                <w:sz w:val="24"/>
                <w:szCs w:val="24"/>
              </w:rPr>
              <w:t xml:space="preserve">. Речевые умения. высшее образование. </w:t>
            </w:r>
            <w:r w:rsidRPr="002727B5">
              <w:rPr>
                <w:rFonts w:ascii="Times New Roman" w:eastAsia="Times New Roman" w:hAnsi="Times New Roman" w:cs="Times New Roman"/>
                <w:color w:val="000000"/>
                <w:sz w:val="24"/>
                <w:szCs w:val="24"/>
                <w:lang w:val="en-US"/>
              </w:rPr>
              <w:t>Сравнительное описание двух фото.</w:t>
            </w:r>
          </w:p>
        </w:tc>
        <w:tc>
          <w:tcPr>
            <w:tcW w:w="1871" w:type="dxa"/>
            <w:tcBorders>
              <w:top w:val="nil"/>
              <w:left w:val="nil"/>
              <w:bottom w:val="single" w:sz="4" w:space="0" w:color="auto"/>
              <w:right w:val="single" w:sz="4" w:space="0" w:color="auto"/>
            </w:tcBorders>
            <w:shd w:val="clear" w:color="auto" w:fill="auto"/>
            <w:noWrap/>
            <w:vAlign w:val="bottom"/>
            <w:hideMark/>
          </w:tcPr>
          <w:p w14:paraId="01D0FCEE" w14:textId="176B4083"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4983F63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6689D8A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EB4575" w:rsidRPr="00EB4575" w14:paraId="638F728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EE97A13" w14:textId="77777777" w:rsidR="00EB4575" w:rsidRPr="00287F71" w:rsidRDefault="00EB4575"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4DFCEABE" w14:textId="0B6641A8" w:rsidR="00EB4575" w:rsidRPr="0069669C" w:rsidRDefault="00EB4575"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EB4575">
              <w:rPr>
                <w:rFonts w:ascii="Times New Roman" w:eastAsia="Times New Roman" w:hAnsi="Times New Roman" w:cs="Times New Roman"/>
                <w:color w:val="000000"/>
                <w:sz w:val="24"/>
                <w:szCs w:val="24"/>
                <w:lang w:val="en-US"/>
              </w:rPr>
              <w:t xml:space="preserve">5 </w:t>
            </w:r>
            <w:r>
              <w:rPr>
                <w:rFonts w:ascii="Times New Roman" w:eastAsia="Times New Roman" w:hAnsi="Times New Roman" w:cs="Times New Roman"/>
                <w:color w:val="000000"/>
                <w:sz w:val="24"/>
                <w:szCs w:val="24"/>
                <w:lang w:val="en-US"/>
              </w:rPr>
              <w:t xml:space="preserve">h Train your brain. </w:t>
            </w:r>
            <w:r>
              <w:rPr>
                <w:rFonts w:ascii="Times New Roman" w:eastAsia="Times New Roman" w:hAnsi="Times New Roman" w:cs="Times New Roman"/>
                <w:color w:val="000000"/>
                <w:sz w:val="24"/>
                <w:szCs w:val="24"/>
              </w:rPr>
              <w:t>Тренируем</w:t>
            </w:r>
            <w:r w:rsidRPr="0069669C">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память</w:t>
            </w:r>
            <w:r w:rsidRPr="0069669C">
              <w:rPr>
                <w:rFonts w:ascii="Times New Roman" w:eastAsia="Times New Roman" w:hAnsi="Times New Roman" w:cs="Times New Roman"/>
                <w:color w:val="000000"/>
                <w:sz w:val="24"/>
                <w:szCs w:val="24"/>
                <w:lang w:val="en-US"/>
              </w:rPr>
              <w:t>.</w:t>
            </w:r>
          </w:p>
        </w:tc>
        <w:tc>
          <w:tcPr>
            <w:tcW w:w="1871" w:type="dxa"/>
            <w:tcBorders>
              <w:top w:val="nil"/>
              <w:left w:val="nil"/>
              <w:bottom w:val="single" w:sz="4" w:space="0" w:color="auto"/>
              <w:right w:val="single" w:sz="4" w:space="0" w:color="auto"/>
            </w:tcBorders>
            <w:shd w:val="clear" w:color="auto" w:fill="auto"/>
            <w:noWrap/>
            <w:vAlign w:val="bottom"/>
          </w:tcPr>
          <w:p w14:paraId="7AC64B91" w14:textId="23E5DA51" w:rsidR="00EB4575" w:rsidRPr="00EB4575" w:rsidRDefault="00EB457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244E03FF" w14:textId="77777777" w:rsidR="00EB4575" w:rsidRPr="002727B5" w:rsidRDefault="00EB4575"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FFC0D19" w14:textId="77777777" w:rsidR="00EB4575" w:rsidRPr="002727B5" w:rsidRDefault="00EB4575"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F7F7483"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5AA26D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BA0D095" w14:textId="0896A45B"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 xml:space="preserve">5i Writing. A for-and-against essay. </w:t>
            </w:r>
            <w:r w:rsidRPr="002727B5">
              <w:rPr>
                <w:rFonts w:ascii="Times New Roman" w:eastAsia="Times New Roman" w:hAnsi="Times New Roman" w:cs="Times New Roman"/>
                <w:color w:val="000000"/>
                <w:sz w:val="24"/>
                <w:szCs w:val="24"/>
              </w:rPr>
              <w:t>Письменная</w:t>
            </w:r>
            <w:r w:rsidRPr="00EB457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речь</w:t>
            </w:r>
            <w:r w:rsidRPr="00EB457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эссе</w:t>
            </w:r>
            <w:r w:rsidRPr="00EB457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За</w:t>
            </w:r>
            <w:r w:rsidRPr="00EB457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и</w:t>
            </w:r>
            <w:r w:rsidRPr="00EB457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rPr>
              <w:t>против</w:t>
            </w:r>
            <w:r w:rsidRPr="00EB457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Средства логической связи.</w:t>
            </w:r>
          </w:p>
        </w:tc>
        <w:tc>
          <w:tcPr>
            <w:tcW w:w="1871" w:type="dxa"/>
            <w:tcBorders>
              <w:top w:val="nil"/>
              <w:left w:val="nil"/>
              <w:bottom w:val="single" w:sz="4" w:space="0" w:color="auto"/>
              <w:right w:val="single" w:sz="4" w:space="0" w:color="auto"/>
            </w:tcBorders>
            <w:shd w:val="clear" w:color="auto" w:fill="auto"/>
            <w:noWrap/>
            <w:vAlign w:val="bottom"/>
            <w:hideMark/>
          </w:tcPr>
          <w:p w14:paraId="136ED31A" w14:textId="162BE47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DA5405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67A351A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D62295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7A5BC6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0C3A7EBD" w14:textId="19575CF8"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WB 5</w:t>
            </w:r>
            <w:r w:rsidR="00EB4575" w:rsidRPr="0069669C">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 xml:space="preserve">Writing Bank. For-and-against essays. </w:t>
            </w:r>
            <w:r w:rsidRPr="002727B5">
              <w:rPr>
                <w:rFonts w:ascii="Times New Roman" w:eastAsia="Times New Roman" w:hAnsi="Times New Roman" w:cs="Times New Roman"/>
                <w:color w:val="000000"/>
                <w:sz w:val="24"/>
                <w:szCs w:val="24"/>
              </w:rPr>
              <w:t>Банк письменной речи: эссе «"За" и "против"».</w:t>
            </w:r>
          </w:p>
        </w:tc>
        <w:tc>
          <w:tcPr>
            <w:tcW w:w="1871" w:type="dxa"/>
            <w:tcBorders>
              <w:top w:val="nil"/>
              <w:left w:val="nil"/>
              <w:bottom w:val="single" w:sz="4" w:space="0" w:color="auto"/>
              <w:right w:val="single" w:sz="4" w:space="0" w:color="auto"/>
            </w:tcBorders>
            <w:shd w:val="clear" w:color="auto" w:fill="auto"/>
            <w:noWrap/>
            <w:vAlign w:val="bottom"/>
            <w:hideMark/>
          </w:tcPr>
          <w:p w14:paraId="3B1CC3AB" w14:textId="2CE885EB"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598B5B0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22EEDB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86316BB"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9D9FB93"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A951D20" w14:textId="6F66564B"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 xml:space="preserve">Language in Use. </w:t>
            </w:r>
            <w:r w:rsidRPr="002727B5">
              <w:rPr>
                <w:rFonts w:ascii="Times New Roman" w:eastAsia="Times New Roman" w:hAnsi="Times New Roman" w:cs="Times New Roman"/>
                <w:color w:val="000000"/>
                <w:sz w:val="24"/>
                <w:szCs w:val="24"/>
              </w:rPr>
              <w:t>Языковые</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навыки</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Фразовые</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глаголы</w:t>
            </w:r>
            <w:r w:rsidRPr="002727B5">
              <w:rPr>
                <w:rFonts w:ascii="Times New Roman" w:eastAsia="Times New Roman" w:hAnsi="Times New Roman" w:cs="Times New Roman"/>
                <w:color w:val="000000"/>
                <w:sz w:val="24"/>
                <w:szCs w:val="24"/>
                <w:lang w:val="en-US"/>
              </w:rPr>
              <w:t xml:space="preserve"> «pass, stick, think… Слова близкие по значению: took/ held, opportunity/ occasion ...</w:t>
            </w:r>
          </w:p>
        </w:tc>
        <w:tc>
          <w:tcPr>
            <w:tcW w:w="1871" w:type="dxa"/>
            <w:tcBorders>
              <w:top w:val="nil"/>
              <w:left w:val="nil"/>
              <w:bottom w:val="single" w:sz="4" w:space="0" w:color="auto"/>
              <w:right w:val="single" w:sz="4" w:space="0" w:color="auto"/>
            </w:tcBorders>
            <w:shd w:val="clear" w:color="auto" w:fill="auto"/>
            <w:noWrap/>
            <w:vAlign w:val="bottom"/>
            <w:hideMark/>
          </w:tcPr>
          <w:p w14:paraId="758B55F3" w14:textId="440977D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D6D38B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6226DFC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5A60867"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C6BC41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2D4DD2F6"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Revision</w:t>
            </w:r>
            <w:r w:rsidRPr="002727B5">
              <w:rPr>
                <w:rFonts w:ascii="Times New Roman" w:eastAsia="Times New Roman" w:hAnsi="Times New Roman" w:cs="Times New Roman"/>
                <w:color w:val="000000"/>
                <w:sz w:val="24"/>
                <w:szCs w:val="24"/>
              </w:rPr>
              <w:t xml:space="preserve"> 5. Обобщающее повторение. Косвенная речь.</w:t>
            </w:r>
          </w:p>
        </w:tc>
        <w:tc>
          <w:tcPr>
            <w:tcW w:w="1871" w:type="dxa"/>
            <w:tcBorders>
              <w:top w:val="nil"/>
              <w:left w:val="nil"/>
              <w:bottom w:val="single" w:sz="4" w:space="0" w:color="auto"/>
              <w:right w:val="single" w:sz="4" w:space="0" w:color="auto"/>
            </w:tcBorders>
            <w:shd w:val="clear" w:color="auto" w:fill="auto"/>
            <w:noWrap/>
            <w:vAlign w:val="bottom"/>
            <w:hideMark/>
          </w:tcPr>
          <w:p w14:paraId="1DA2FAD7" w14:textId="3A47C2BC"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07DCAEC"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44DE77C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8F5AAE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36EA73D"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47127BF8" w14:textId="64F308F0" w:rsidR="00595E4A" w:rsidRPr="00AE3675" w:rsidRDefault="00AE3675" w:rsidP="002928F5">
            <w:pPr>
              <w:shd w:val="clear" w:color="auto" w:fill="FFFFFF"/>
              <w:spacing w:after="0" w:line="240" w:lineRule="auto"/>
              <w:rPr>
                <w:rFonts w:ascii="Times New Roman" w:eastAsia="Times New Roman" w:hAnsi="Times New Roman" w:cs="Times New Roman"/>
                <w:b/>
                <w:color w:val="000000"/>
                <w:sz w:val="24"/>
                <w:szCs w:val="24"/>
              </w:rPr>
            </w:pPr>
            <w:r w:rsidRPr="00AE3675">
              <w:rPr>
                <w:rFonts w:ascii="Times New Roman" w:eastAsia="Times New Roman" w:hAnsi="Times New Roman" w:cs="Times New Roman"/>
                <w:b/>
                <w:color w:val="000000"/>
                <w:sz w:val="24"/>
                <w:szCs w:val="24"/>
              </w:rPr>
              <w:t>Итоговая контрольная работа</w:t>
            </w:r>
            <w:r w:rsidR="00595E4A" w:rsidRPr="00AE3675">
              <w:rPr>
                <w:rFonts w:ascii="Times New Roman" w:eastAsia="Times New Roman" w:hAnsi="Times New Roman" w:cs="Times New Roman"/>
                <w:b/>
                <w:color w:val="000000"/>
                <w:sz w:val="24"/>
                <w:szCs w:val="24"/>
              </w:rPr>
              <w:t xml:space="preserve"> </w:t>
            </w:r>
          </w:p>
        </w:tc>
        <w:tc>
          <w:tcPr>
            <w:tcW w:w="1871" w:type="dxa"/>
            <w:tcBorders>
              <w:top w:val="nil"/>
              <w:left w:val="nil"/>
              <w:bottom w:val="single" w:sz="4" w:space="0" w:color="auto"/>
              <w:right w:val="single" w:sz="4" w:space="0" w:color="auto"/>
            </w:tcBorders>
            <w:shd w:val="clear" w:color="auto" w:fill="auto"/>
            <w:noWrap/>
            <w:vAlign w:val="bottom"/>
          </w:tcPr>
          <w:p w14:paraId="2B2AA466" w14:textId="77777777" w:rsidR="00595E4A" w:rsidRPr="00AE3675" w:rsidRDefault="00595E4A"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E3675">
              <w:rPr>
                <w:rFonts w:ascii="Times New Roman" w:eastAsia="Times New Roman" w:hAnsi="Times New Roman" w:cs="Times New Roman"/>
                <w:b/>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DF1A596" w14:textId="77777777" w:rsidR="00595E4A" w:rsidRPr="00AE3675" w:rsidRDefault="00595E4A"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E3675">
              <w:rPr>
                <w:rFonts w:ascii="Times New Roman" w:eastAsia="Times New Roman" w:hAnsi="Times New Roman" w:cs="Times New Roman"/>
                <w:b/>
                <w:color w:val="000000"/>
                <w:sz w:val="24"/>
                <w:szCs w:val="24"/>
                <w:lang w:eastAsia="ru-RU"/>
              </w:rPr>
              <w:t>1</w:t>
            </w:r>
          </w:p>
        </w:tc>
        <w:tc>
          <w:tcPr>
            <w:tcW w:w="1599" w:type="dxa"/>
            <w:tcBorders>
              <w:top w:val="nil"/>
              <w:left w:val="nil"/>
              <w:bottom w:val="single" w:sz="4" w:space="0" w:color="auto"/>
              <w:right w:val="single" w:sz="4" w:space="0" w:color="auto"/>
            </w:tcBorders>
            <w:shd w:val="clear" w:color="auto" w:fill="auto"/>
            <w:vAlign w:val="bottom"/>
          </w:tcPr>
          <w:p w14:paraId="5A6A3EBC" w14:textId="05EF22D0" w:rsidR="00595E4A" w:rsidRPr="00AE3675" w:rsidRDefault="00AE3675" w:rsidP="002727B5">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AE3675">
              <w:rPr>
                <w:rFonts w:ascii="Times New Roman" w:eastAsia="Times New Roman" w:hAnsi="Times New Roman" w:cs="Times New Roman"/>
                <w:b/>
                <w:color w:val="000000"/>
                <w:sz w:val="24"/>
                <w:szCs w:val="24"/>
                <w:lang w:eastAsia="ru-RU"/>
              </w:rPr>
              <w:t>т</w:t>
            </w:r>
            <w:r w:rsidR="00595E4A" w:rsidRPr="00AE3675">
              <w:rPr>
                <w:rFonts w:ascii="Times New Roman" w:eastAsia="Times New Roman" w:hAnsi="Times New Roman" w:cs="Times New Roman"/>
                <w:b/>
                <w:color w:val="000000"/>
                <w:sz w:val="24"/>
                <w:szCs w:val="24"/>
                <w:lang w:eastAsia="ru-RU"/>
              </w:rPr>
              <w:t>ест</w:t>
            </w:r>
          </w:p>
        </w:tc>
      </w:tr>
      <w:tr w:rsidR="00595E4A" w:rsidRPr="002F7635" w14:paraId="40DAA795"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B00F88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6F4BC73B" w14:textId="77777777" w:rsidR="00595E4A" w:rsidRPr="002727B5" w:rsidRDefault="00595E4A" w:rsidP="002727B5">
            <w:pPr>
              <w:shd w:val="clear" w:color="auto" w:fill="FFFFFF"/>
              <w:spacing w:after="0" w:line="240" w:lineRule="auto"/>
              <w:rPr>
                <w:rFonts w:ascii="Times New Roman" w:eastAsia="Times New Roman" w:hAnsi="Times New Roman" w:cs="Times New Roman"/>
                <w:sz w:val="24"/>
                <w:szCs w:val="24"/>
              </w:rPr>
            </w:pPr>
            <w:r w:rsidRPr="002727B5">
              <w:rPr>
                <w:rFonts w:ascii="Times New Roman" w:eastAsia="Times New Roman" w:hAnsi="Times New Roman" w:cs="Times New Roman"/>
                <w:sz w:val="24"/>
                <w:szCs w:val="24"/>
              </w:rPr>
              <w:t>Работа над ошибками. Обобщающее повторение</w:t>
            </w:r>
          </w:p>
        </w:tc>
        <w:tc>
          <w:tcPr>
            <w:tcW w:w="1871" w:type="dxa"/>
            <w:tcBorders>
              <w:top w:val="nil"/>
              <w:left w:val="nil"/>
              <w:bottom w:val="single" w:sz="4" w:space="0" w:color="auto"/>
              <w:right w:val="single" w:sz="4" w:space="0" w:color="auto"/>
            </w:tcBorders>
            <w:shd w:val="clear" w:color="auto" w:fill="auto"/>
            <w:noWrap/>
            <w:vAlign w:val="bottom"/>
            <w:hideMark/>
          </w:tcPr>
          <w:p w14:paraId="4927217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D3A9B0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4C5A577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5D5A4C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F5BC4D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noWrap/>
            <w:vAlign w:val="bottom"/>
          </w:tcPr>
          <w:p w14:paraId="1E9A368E"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rPr>
              <w:t>МОДУЛЬ</w:t>
            </w:r>
            <w:r w:rsidRPr="002727B5">
              <w:rPr>
                <w:rFonts w:ascii="Times New Roman" w:eastAsia="Times New Roman" w:hAnsi="Times New Roman" w:cs="Times New Roman"/>
                <w:color w:val="000000"/>
                <w:sz w:val="24"/>
                <w:szCs w:val="24"/>
                <w:lang w:val="en-US"/>
              </w:rPr>
              <w:t xml:space="preserve"> 6. Getting to Know You. </w:t>
            </w:r>
            <w:r w:rsidRPr="002727B5">
              <w:rPr>
                <w:rFonts w:ascii="Times New Roman" w:eastAsia="Times New Roman" w:hAnsi="Times New Roman" w:cs="Times New Roman"/>
                <w:color w:val="000000"/>
                <w:sz w:val="24"/>
                <w:szCs w:val="24"/>
              </w:rPr>
              <w:t>Узнать</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тебя</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поближе</w:t>
            </w:r>
            <w:r w:rsidRPr="002727B5">
              <w:rPr>
                <w:rFonts w:ascii="Times New Roman" w:eastAsia="Times New Roman" w:hAnsi="Times New Roman" w:cs="Times New Roman"/>
                <w:color w:val="000000"/>
                <w:sz w:val="24"/>
                <w:szCs w:val="24"/>
                <w:lang w:val="en-US"/>
              </w:rPr>
              <w:t>.</w:t>
            </w:r>
          </w:p>
        </w:tc>
        <w:tc>
          <w:tcPr>
            <w:tcW w:w="1871" w:type="dxa"/>
            <w:tcBorders>
              <w:top w:val="nil"/>
              <w:left w:val="nil"/>
              <w:bottom w:val="single" w:sz="4" w:space="0" w:color="auto"/>
              <w:right w:val="single" w:sz="4" w:space="0" w:color="auto"/>
            </w:tcBorders>
            <w:shd w:val="clear" w:color="auto" w:fill="auto"/>
            <w:noWrap/>
            <w:vAlign w:val="bottom"/>
            <w:hideMark/>
          </w:tcPr>
          <w:p w14:paraId="1D2BBB02" w14:textId="6E06664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31B1F1E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1299EAE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2EA7BD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01ECEE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noWrap/>
            <w:vAlign w:val="bottom"/>
          </w:tcPr>
          <w:p w14:paraId="18F4CD70" w14:textId="068EDD02"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6</w:t>
            </w:r>
            <w:r w:rsidRPr="002727B5">
              <w:rPr>
                <w:rFonts w:ascii="Times New Roman" w:eastAsia="Times New Roman" w:hAnsi="Times New Roman" w:cs="Times New Roman"/>
                <w:color w:val="000000"/>
                <w:sz w:val="24"/>
                <w:szCs w:val="24"/>
                <w:lang w:val="en-US"/>
              </w:rPr>
              <w:t>a</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Changes</w:t>
            </w:r>
            <w:r w:rsidRPr="002727B5">
              <w:rPr>
                <w:rFonts w:ascii="Times New Roman" w:eastAsia="Times New Roman" w:hAnsi="Times New Roman" w:cs="Times New Roman"/>
                <w:color w:val="000000"/>
                <w:sz w:val="24"/>
                <w:szCs w:val="24"/>
              </w:rPr>
              <w:t>. Изменения. Работа с текстом "Ты есть то, что ты думаешь о себе".</w:t>
            </w:r>
          </w:p>
        </w:tc>
        <w:tc>
          <w:tcPr>
            <w:tcW w:w="1871" w:type="dxa"/>
            <w:tcBorders>
              <w:top w:val="nil"/>
              <w:left w:val="nil"/>
              <w:bottom w:val="single" w:sz="4" w:space="0" w:color="auto"/>
              <w:right w:val="single" w:sz="4" w:space="0" w:color="auto"/>
            </w:tcBorders>
            <w:shd w:val="clear" w:color="auto" w:fill="auto"/>
            <w:noWrap/>
            <w:vAlign w:val="bottom"/>
            <w:hideMark/>
          </w:tcPr>
          <w:p w14:paraId="027A00C8" w14:textId="31C14B2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D7CA9E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28E29E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5F81374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89E3A7A"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193643D2" w14:textId="5F6CDE33"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6</w:t>
            </w:r>
            <w:r w:rsidRPr="002727B5">
              <w:rPr>
                <w:rFonts w:ascii="Times New Roman" w:eastAsia="Times New Roman" w:hAnsi="Times New Roman" w:cs="Times New Roman"/>
                <w:color w:val="000000"/>
                <w:sz w:val="24"/>
                <w:szCs w:val="24"/>
                <w:lang w:val="en-US"/>
              </w:rPr>
              <w:t>a</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Changes</w:t>
            </w:r>
            <w:r w:rsidRPr="002727B5">
              <w:rPr>
                <w:rFonts w:ascii="Times New Roman" w:eastAsia="Times New Roman" w:hAnsi="Times New Roman" w:cs="Times New Roman"/>
                <w:color w:val="000000"/>
                <w:sz w:val="24"/>
                <w:szCs w:val="24"/>
              </w:rPr>
              <w:t>. Изменения. Каузативная форма.</w:t>
            </w:r>
          </w:p>
        </w:tc>
        <w:tc>
          <w:tcPr>
            <w:tcW w:w="1871" w:type="dxa"/>
            <w:tcBorders>
              <w:top w:val="nil"/>
              <w:left w:val="nil"/>
              <w:bottom w:val="single" w:sz="4" w:space="0" w:color="auto"/>
              <w:right w:val="single" w:sz="4" w:space="0" w:color="auto"/>
            </w:tcBorders>
            <w:shd w:val="clear" w:color="auto" w:fill="auto"/>
            <w:noWrap/>
            <w:vAlign w:val="bottom"/>
            <w:hideMark/>
          </w:tcPr>
          <w:p w14:paraId="51D49F89" w14:textId="6E952BDB"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4F9393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4814C2C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4844F3C"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7B32FA6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6DBD5087" w14:textId="5C5E8323" w:rsidR="00595E4A" w:rsidRPr="00F0414A" w:rsidRDefault="00595E4A" w:rsidP="00F0414A">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Vocabulary</w:t>
            </w:r>
            <w:r w:rsidRPr="00432193">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Bank</w:t>
            </w:r>
            <w:r w:rsidRPr="00432193">
              <w:rPr>
                <w:rFonts w:ascii="Times New Roman" w:eastAsia="Times New Roman" w:hAnsi="Times New Roman" w:cs="Times New Roman"/>
                <w:color w:val="000000"/>
                <w:sz w:val="24"/>
                <w:szCs w:val="24"/>
              </w:rPr>
              <w:t xml:space="preserve"> 21. </w:t>
            </w:r>
            <w:r w:rsidR="00F0414A">
              <w:rPr>
                <w:rFonts w:ascii="Times New Roman" w:eastAsia="Times New Roman" w:hAnsi="Times New Roman" w:cs="Times New Roman"/>
                <w:color w:val="000000"/>
                <w:sz w:val="24"/>
                <w:szCs w:val="24"/>
              </w:rPr>
              <w:t>Внешность и характер</w:t>
            </w:r>
          </w:p>
        </w:tc>
        <w:tc>
          <w:tcPr>
            <w:tcW w:w="1871" w:type="dxa"/>
            <w:tcBorders>
              <w:top w:val="nil"/>
              <w:left w:val="nil"/>
              <w:bottom w:val="single" w:sz="4" w:space="0" w:color="auto"/>
              <w:right w:val="single" w:sz="4" w:space="0" w:color="auto"/>
            </w:tcBorders>
            <w:shd w:val="clear" w:color="auto" w:fill="auto"/>
            <w:noWrap/>
            <w:vAlign w:val="bottom"/>
            <w:hideMark/>
          </w:tcPr>
          <w:p w14:paraId="12C748DA" w14:textId="6BC06EE3"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24285C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4D12C7B5"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4F960D4D"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2E0918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3C3BD4FD"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6b Negative Personality Types. Негативные типы личности.</w:t>
            </w:r>
          </w:p>
        </w:tc>
        <w:tc>
          <w:tcPr>
            <w:tcW w:w="1871" w:type="dxa"/>
            <w:tcBorders>
              <w:top w:val="nil"/>
              <w:left w:val="nil"/>
              <w:bottom w:val="single" w:sz="4" w:space="0" w:color="auto"/>
              <w:right w:val="single" w:sz="4" w:space="0" w:color="auto"/>
            </w:tcBorders>
            <w:shd w:val="clear" w:color="auto" w:fill="auto"/>
            <w:noWrap/>
            <w:vAlign w:val="bottom"/>
            <w:hideMark/>
          </w:tcPr>
          <w:p w14:paraId="5E66CBCB" w14:textId="506ADDE5"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28A51B7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611A78B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284FF1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A89106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0745FEB5"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Придаточные предложения</w:t>
            </w:r>
          </w:p>
        </w:tc>
        <w:tc>
          <w:tcPr>
            <w:tcW w:w="1871" w:type="dxa"/>
            <w:tcBorders>
              <w:top w:val="nil"/>
              <w:left w:val="nil"/>
              <w:bottom w:val="single" w:sz="4" w:space="0" w:color="auto"/>
              <w:right w:val="single" w:sz="4" w:space="0" w:color="auto"/>
            </w:tcBorders>
            <w:shd w:val="clear" w:color="auto" w:fill="auto"/>
            <w:noWrap/>
            <w:vAlign w:val="bottom"/>
            <w:hideMark/>
          </w:tcPr>
          <w:p w14:paraId="23491257" w14:textId="2ECF758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45514A0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A90DD4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061A6100"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33B3EEB"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52E9993C"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Практика в монологическом высказывании "Типы личности".</w:t>
            </w:r>
          </w:p>
        </w:tc>
        <w:tc>
          <w:tcPr>
            <w:tcW w:w="1871" w:type="dxa"/>
            <w:tcBorders>
              <w:top w:val="nil"/>
              <w:left w:val="nil"/>
              <w:bottom w:val="single" w:sz="4" w:space="0" w:color="auto"/>
              <w:right w:val="single" w:sz="4" w:space="0" w:color="auto"/>
            </w:tcBorders>
            <w:shd w:val="clear" w:color="auto" w:fill="auto"/>
            <w:noWrap/>
            <w:vAlign w:val="bottom"/>
            <w:hideMark/>
          </w:tcPr>
          <w:p w14:paraId="66A877CC" w14:textId="67DCA5F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808C79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33DED19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7A9815E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D07EEC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745F2CF7"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Vocabulary Bank 22 Appearance and Character. Антонимы.</w:t>
            </w:r>
          </w:p>
        </w:tc>
        <w:tc>
          <w:tcPr>
            <w:tcW w:w="1871" w:type="dxa"/>
            <w:tcBorders>
              <w:top w:val="nil"/>
              <w:left w:val="nil"/>
              <w:bottom w:val="single" w:sz="4" w:space="0" w:color="auto"/>
              <w:right w:val="single" w:sz="4" w:space="0" w:color="auto"/>
            </w:tcBorders>
            <w:shd w:val="clear" w:color="auto" w:fill="auto"/>
            <w:noWrap/>
            <w:vAlign w:val="bottom"/>
            <w:hideMark/>
          </w:tcPr>
          <w:p w14:paraId="024CEB2F" w14:textId="16D8D4F9"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5BE7097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49631E8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339B071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78C794F"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2316AF6E" w14:textId="176F03D1"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6c Culture Corner. Уголок культуры. Что такое «хака»?</w:t>
            </w:r>
          </w:p>
        </w:tc>
        <w:tc>
          <w:tcPr>
            <w:tcW w:w="1871" w:type="dxa"/>
            <w:tcBorders>
              <w:top w:val="nil"/>
              <w:left w:val="nil"/>
              <w:bottom w:val="single" w:sz="4" w:space="0" w:color="auto"/>
              <w:right w:val="single" w:sz="4" w:space="0" w:color="auto"/>
            </w:tcBorders>
            <w:shd w:val="clear" w:color="auto" w:fill="auto"/>
            <w:noWrap/>
            <w:vAlign w:val="bottom"/>
            <w:hideMark/>
          </w:tcPr>
          <w:p w14:paraId="3854DFBC" w14:textId="18F2149D"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2B1801C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309A20F"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6679136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5D6B0D6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6EEE671C" w14:textId="18280DBD" w:rsidR="00595E4A" w:rsidRPr="00F0414A" w:rsidRDefault="00595E4A" w:rsidP="00F0414A">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rPr>
              <w:t>6</w:t>
            </w:r>
            <w:r w:rsidRPr="002727B5">
              <w:rPr>
                <w:rFonts w:ascii="Times New Roman" w:eastAsia="Times New Roman" w:hAnsi="Times New Roman" w:cs="Times New Roman"/>
                <w:color w:val="000000"/>
                <w:sz w:val="24"/>
                <w:szCs w:val="24"/>
                <w:lang w:val="en-US"/>
              </w:rPr>
              <w:t>d</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Everyday</w:t>
            </w:r>
            <w:r w:rsidRPr="002727B5">
              <w:rPr>
                <w:rFonts w:ascii="Times New Roman" w:eastAsia="Times New Roman" w:hAnsi="Times New Roman" w:cs="Times New Roman"/>
                <w:color w:val="000000"/>
                <w:sz w:val="24"/>
                <w:szCs w:val="24"/>
              </w:rPr>
              <w:t xml:space="preserve"> </w:t>
            </w:r>
            <w:r w:rsidRPr="002727B5">
              <w:rPr>
                <w:rFonts w:ascii="Times New Roman" w:eastAsia="Times New Roman" w:hAnsi="Times New Roman" w:cs="Times New Roman"/>
                <w:color w:val="000000"/>
                <w:sz w:val="24"/>
                <w:szCs w:val="24"/>
                <w:lang w:val="en-US"/>
              </w:rPr>
              <w:t>English</w:t>
            </w:r>
            <w:r w:rsidRPr="002727B5">
              <w:rPr>
                <w:rFonts w:ascii="Times New Roman" w:eastAsia="Times New Roman" w:hAnsi="Times New Roman" w:cs="Times New Roman"/>
                <w:color w:val="000000"/>
                <w:sz w:val="24"/>
                <w:szCs w:val="24"/>
              </w:rPr>
              <w:t xml:space="preserve">. Повседневный английский. </w:t>
            </w:r>
            <w:r w:rsidR="00F0414A">
              <w:rPr>
                <w:rFonts w:ascii="Times New Roman" w:eastAsia="Times New Roman" w:hAnsi="Times New Roman" w:cs="Times New Roman"/>
                <w:color w:val="000000"/>
                <w:sz w:val="24"/>
                <w:szCs w:val="24"/>
              </w:rPr>
              <w:t>Записываемся на прием</w:t>
            </w:r>
          </w:p>
        </w:tc>
        <w:tc>
          <w:tcPr>
            <w:tcW w:w="1871" w:type="dxa"/>
            <w:tcBorders>
              <w:top w:val="nil"/>
              <w:left w:val="nil"/>
              <w:bottom w:val="single" w:sz="4" w:space="0" w:color="auto"/>
              <w:right w:val="single" w:sz="4" w:space="0" w:color="auto"/>
            </w:tcBorders>
            <w:shd w:val="clear" w:color="auto" w:fill="auto"/>
            <w:noWrap/>
            <w:vAlign w:val="bottom"/>
            <w:hideMark/>
          </w:tcPr>
          <w:p w14:paraId="4AF68193" w14:textId="1A0D7A8B"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DD5CD8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3E3A87D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FBA58A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DEA0BEB"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26D80460"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6e Body Talk. Язык жестов. </w:t>
            </w:r>
            <w:r w:rsidRPr="002727B5">
              <w:rPr>
                <w:rFonts w:ascii="Times New Roman" w:eastAsia="Times New Roman" w:hAnsi="Times New Roman" w:cs="Times New Roman"/>
                <w:color w:val="000000"/>
                <w:sz w:val="24"/>
                <w:szCs w:val="24"/>
              </w:rPr>
              <w:t>Работа с лексикой к тексту.</w:t>
            </w:r>
          </w:p>
        </w:tc>
        <w:tc>
          <w:tcPr>
            <w:tcW w:w="1871" w:type="dxa"/>
            <w:tcBorders>
              <w:top w:val="nil"/>
              <w:left w:val="nil"/>
              <w:bottom w:val="single" w:sz="4" w:space="0" w:color="auto"/>
              <w:right w:val="single" w:sz="4" w:space="0" w:color="auto"/>
            </w:tcBorders>
            <w:shd w:val="clear" w:color="auto" w:fill="auto"/>
            <w:noWrap/>
            <w:vAlign w:val="bottom"/>
          </w:tcPr>
          <w:p w14:paraId="482C8DB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045CA8B"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40783C9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612DC452"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AE7138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5DE4B8E5"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6e Body Talk. Язык жестов. Работа с текстом.</w:t>
            </w:r>
          </w:p>
        </w:tc>
        <w:tc>
          <w:tcPr>
            <w:tcW w:w="1871" w:type="dxa"/>
            <w:tcBorders>
              <w:top w:val="nil"/>
              <w:left w:val="nil"/>
              <w:bottom w:val="single" w:sz="4" w:space="0" w:color="auto"/>
              <w:right w:val="single" w:sz="4" w:space="0" w:color="auto"/>
            </w:tcBorders>
            <w:shd w:val="clear" w:color="auto" w:fill="auto"/>
            <w:noWrap/>
            <w:vAlign w:val="bottom"/>
            <w:hideMark/>
          </w:tcPr>
          <w:p w14:paraId="2A961264" w14:textId="1222E01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5A4C611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3F34A1B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71854D0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3D176E0"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05CA373C"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Vocabulary Bank. Body Language. Язык жестов.</w:t>
            </w:r>
          </w:p>
        </w:tc>
        <w:tc>
          <w:tcPr>
            <w:tcW w:w="1871" w:type="dxa"/>
            <w:tcBorders>
              <w:top w:val="nil"/>
              <w:left w:val="nil"/>
              <w:bottom w:val="single" w:sz="4" w:space="0" w:color="auto"/>
              <w:right w:val="single" w:sz="4" w:space="0" w:color="auto"/>
            </w:tcBorders>
            <w:shd w:val="clear" w:color="auto" w:fill="auto"/>
            <w:noWrap/>
            <w:vAlign w:val="bottom"/>
          </w:tcPr>
          <w:p w14:paraId="39B5B3B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ABB5E4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11D710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56E0C4A8"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21E9676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122FB9B3"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6e Body Talk. </w:t>
            </w:r>
            <w:r w:rsidRPr="002727B5">
              <w:rPr>
                <w:rFonts w:ascii="Times New Roman" w:eastAsia="Times New Roman" w:hAnsi="Times New Roman" w:cs="Times New Roman"/>
                <w:color w:val="000000"/>
                <w:sz w:val="24"/>
                <w:szCs w:val="24"/>
              </w:rPr>
              <w:t>Язык</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жестов</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Коллективный проект</w:t>
            </w:r>
          </w:p>
        </w:tc>
        <w:tc>
          <w:tcPr>
            <w:tcW w:w="1871" w:type="dxa"/>
            <w:tcBorders>
              <w:top w:val="nil"/>
              <w:left w:val="nil"/>
              <w:bottom w:val="single" w:sz="4" w:space="0" w:color="auto"/>
              <w:right w:val="single" w:sz="4" w:space="0" w:color="auto"/>
            </w:tcBorders>
            <w:shd w:val="clear" w:color="auto" w:fill="auto"/>
            <w:noWrap/>
            <w:vAlign w:val="bottom"/>
          </w:tcPr>
          <w:p w14:paraId="4BF3CA1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29D9C5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382AAD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342D3B5F"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07E556F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4463E31"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6e Body Talk. Язык жестов. Защита коллективного проекта</w:t>
            </w:r>
          </w:p>
        </w:tc>
        <w:tc>
          <w:tcPr>
            <w:tcW w:w="1871" w:type="dxa"/>
            <w:tcBorders>
              <w:top w:val="nil"/>
              <w:left w:val="nil"/>
              <w:bottom w:val="single" w:sz="4" w:space="0" w:color="auto"/>
              <w:right w:val="single" w:sz="4" w:space="0" w:color="auto"/>
            </w:tcBorders>
            <w:shd w:val="clear" w:color="auto" w:fill="auto"/>
            <w:noWrap/>
            <w:vAlign w:val="bottom"/>
            <w:hideMark/>
          </w:tcPr>
          <w:p w14:paraId="15CC85F7" w14:textId="5EFCAC86"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623C15F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3624932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4EDB06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64B71F2"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noWrap/>
            <w:vAlign w:val="bottom"/>
          </w:tcPr>
          <w:p w14:paraId="575F20DD" w14:textId="1E73716A"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6f Animal Talk. </w:t>
            </w:r>
            <w:r w:rsidRPr="002727B5">
              <w:rPr>
                <w:rFonts w:ascii="Times New Roman" w:eastAsia="Times New Roman" w:hAnsi="Times New Roman" w:cs="Times New Roman"/>
                <w:color w:val="000000"/>
                <w:sz w:val="24"/>
                <w:szCs w:val="24"/>
              </w:rPr>
              <w:t>Язык</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животных</w:t>
            </w:r>
            <w:r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rPr>
              <w:t>Что вы знаете о дельфинах?</w:t>
            </w:r>
          </w:p>
        </w:tc>
        <w:tc>
          <w:tcPr>
            <w:tcW w:w="1871" w:type="dxa"/>
            <w:tcBorders>
              <w:top w:val="nil"/>
              <w:left w:val="nil"/>
              <w:bottom w:val="single" w:sz="4" w:space="0" w:color="auto"/>
              <w:right w:val="single" w:sz="4" w:space="0" w:color="auto"/>
            </w:tcBorders>
            <w:shd w:val="clear" w:color="auto" w:fill="auto"/>
            <w:noWrap/>
            <w:vAlign w:val="bottom"/>
            <w:hideMark/>
          </w:tcPr>
          <w:p w14:paraId="777C90DA" w14:textId="4DD2B61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00CE01D8"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7A297EAD"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3F30EB4"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4D963B76"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1773ECFF" w14:textId="7FA41C50" w:rsidR="00595E4A" w:rsidRPr="002727B5" w:rsidRDefault="00F0414A" w:rsidP="00F04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Взаимоотношения в семье и с друзьями</w:t>
            </w:r>
            <w:r w:rsidR="00595E4A" w:rsidRPr="002727B5">
              <w:rPr>
                <w:rFonts w:ascii="Times New Roman" w:eastAsia="Times New Roman" w:hAnsi="Times New Roman" w:cs="Times New Roman"/>
                <w:color w:val="000000"/>
                <w:sz w:val="24"/>
                <w:szCs w:val="24"/>
              </w:rPr>
              <w:t xml:space="preserve"> </w:t>
            </w:r>
          </w:p>
        </w:tc>
        <w:tc>
          <w:tcPr>
            <w:tcW w:w="1871" w:type="dxa"/>
            <w:tcBorders>
              <w:top w:val="nil"/>
              <w:left w:val="nil"/>
              <w:bottom w:val="single" w:sz="4" w:space="0" w:color="auto"/>
              <w:right w:val="single" w:sz="4" w:space="0" w:color="auto"/>
            </w:tcBorders>
            <w:shd w:val="clear" w:color="auto" w:fill="auto"/>
            <w:noWrap/>
            <w:vAlign w:val="bottom"/>
            <w:hideMark/>
          </w:tcPr>
          <w:p w14:paraId="55579EEB" w14:textId="27A06E3E"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D7884A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3384AD24"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01DFB46"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1E87D3F4"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5BDAF2D5"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 xml:space="preserve">6i Writing. An article describing a person. </w:t>
            </w:r>
            <w:r w:rsidRPr="002727B5">
              <w:rPr>
                <w:rFonts w:ascii="Times New Roman" w:eastAsia="Times New Roman" w:hAnsi="Times New Roman" w:cs="Times New Roman"/>
                <w:color w:val="000000"/>
                <w:sz w:val="24"/>
                <w:szCs w:val="24"/>
              </w:rPr>
              <w:t>Письменная речь. Описание человека. Обучение написанию статьи.</w:t>
            </w:r>
          </w:p>
        </w:tc>
        <w:tc>
          <w:tcPr>
            <w:tcW w:w="1871" w:type="dxa"/>
            <w:tcBorders>
              <w:top w:val="nil"/>
              <w:left w:val="nil"/>
              <w:bottom w:val="single" w:sz="4" w:space="0" w:color="auto"/>
              <w:right w:val="single" w:sz="4" w:space="0" w:color="auto"/>
            </w:tcBorders>
            <w:shd w:val="clear" w:color="auto" w:fill="auto"/>
            <w:noWrap/>
            <w:vAlign w:val="bottom"/>
            <w:hideMark/>
          </w:tcPr>
          <w:p w14:paraId="79A2C23F" w14:textId="50B20AD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402E82A"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2E91881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328C3EE"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93D7303"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6095" w:type="dxa"/>
            <w:tcBorders>
              <w:top w:val="nil"/>
              <w:left w:val="nil"/>
              <w:bottom w:val="single" w:sz="4" w:space="0" w:color="auto"/>
              <w:right w:val="single" w:sz="4" w:space="0" w:color="auto"/>
            </w:tcBorders>
            <w:shd w:val="clear" w:color="auto" w:fill="auto"/>
            <w:vAlign w:val="bottom"/>
          </w:tcPr>
          <w:p w14:paraId="057217FB"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lang w:val="en-US"/>
              </w:rPr>
            </w:pPr>
            <w:r w:rsidRPr="002727B5">
              <w:rPr>
                <w:rFonts w:ascii="Times New Roman" w:eastAsia="Times New Roman" w:hAnsi="Times New Roman" w:cs="Times New Roman"/>
                <w:color w:val="000000"/>
                <w:sz w:val="24"/>
                <w:szCs w:val="24"/>
                <w:lang w:val="en-US"/>
              </w:rPr>
              <w:t>Writing Bank: Description of a person. Практика в написании статьи.</w:t>
            </w:r>
          </w:p>
        </w:tc>
        <w:tc>
          <w:tcPr>
            <w:tcW w:w="1871" w:type="dxa"/>
            <w:tcBorders>
              <w:top w:val="nil"/>
              <w:left w:val="nil"/>
              <w:bottom w:val="single" w:sz="4" w:space="0" w:color="auto"/>
              <w:right w:val="single" w:sz="4" w:space="0" w:color="auto"/>
            </w:tcBorders>
            <w:shd w:val="clear" w:color="auto" w:fill="auto"/>
            <w:noWrap/>
            <w:vAlign w:val="bottom"/>
            <w:hideMark/>
          </w:tcPr>
          <w:p w14:paraId="050E9C27" w14:textId="59572E3A"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1C893ED7"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c>
          <w:tcPr>
            <w:tcW w:w="1599" w:type="dxa"/>
            <w:tcBorders>
              <w:top w:val="nil"/>
              <w:left w:val="nil"/>
              <w:bottom w:val="single" w:sz="4" w:space="0" w:color="auto"/>
              <w:right w:val="single" w:sz="4" w:space="0" w:color="auto"/>
            </w:tcBorders>
            <w:shd w:val="clear" w:color="auto" w:fill="auto"/>
            <w:vAlign w:val="bottom"/>
          </w:tcPr>
          <w:p w14:paraId="583C7A32"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val="en-US" w:eastAsia="ru-RU"/>
              </w:rPr>
            </w:pPr>
          </w:p>
        </w:tc>
      </w:tr>
      <w:tr w:rsidR="00595E4A" w:rsidRPr="002F7635" w14:paraId="20C97811"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DF14D49"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center"/>
          </w:tcPr>
          <w:p w14:paraId="5D2EE2D4" w14:textId="309B8F2D" w:rsidR="00595E4A" w:rsidRPr="00F0414A" w:rsidRDefault="00F0414A" w:rsidP="002727B5">
            <w:pPr>
              <w:shd w:val="clear" w:color="auto" w:fill="FFFFFF"/>
              <w:spacing w:after="0" w:line="240" w:lineRule="auto"/>
              <w:rPr>
                <w:rFonts w:ascii="Times New Roman" w:eastAsia="Times New Roman" w:hAnsi="Times New Roman" w:cs="Times New Roman"/>
                <w:sz w:val="24"/>
                <w:szCs w:val="24"/>
              </w:rPr>
            </w:pPr>
            <w:r w:rsidRPr="00F0414A">
              <w:rPr>
                <w:rFonts w:ascii="Times New Roman" w:eastAsia="Times New Roman" w:hAnsi="Times New Roman" w:cs="Times New Roman"/>
                <w:sz w:val="24"/>
                <w:szCs w:val="24"/>
                <w:lang w:val="en-US"/>
              </w:rPr>
              <w:t>Curricular</w:t>
            </w:r>
            <w:r w:rsidRPr="00F0414A">
              <w:rPr>
                <w:rFonts w:ascii="Times New Roman" w:eastAsia="Times New Roman" w:hAnsi="Times New Roman" w:cs="Times New Roman"/>
                <w:sz w:val="24"/>
                <w:szCs w:val="24"/>
              </w:rPr>
              <w:t xml:space="preserve"> Говорит природа, здоровый образ жизни</w:t>
            </w:r>
          </w:p>
        </w:tc>
        <w:tc>
          <w:tcPr>
            <w:tcW w:w="1871" w:type="dxa"/>
            <w:tcBorders>
              <w:top w:val="nil"/>
              <w:left w:val="nil"/>
              <w:bottom w:val="single" w:sz="4" w:space="0" w:color="auto"/>
              <w:right w:val="single" w:sz="4" w:space="0" w:color="auto"/>
            </w:tcBorders>
            <w:shd w:val="clear" w:color="auto" w:fill="auto"/>
            <w:noWrap/>
            <w:vAlign w:val="bottom"/>
            <w:hideMark/>
          </w:tcPr>
          <w:p w14:paraId="6AC0BBD9" w14:textId="00954988"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7EF3760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5D04EB7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2D6262BA"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6C0FDD1E"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center"/>
          </w:tcPr>
          <w:p w14:paraId="37A2C9E6" w14:textId="7A328D71" w:rsidR="00595E4A" w:rsidRPr="002727B5" w:rsidRDefault="00595E4A" w:rsidP="002727B5">
            <w:pPr>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Language in Use.</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Фразовые глаголы «fill, hold, try».</w:t>
            </w:r>
            <w:r w:rsidR="00315B18" w:rsidRPr="002727B5">
              <w:rPr>
                <w:rFonts w:ascii="Times New Roman" w:eastAsia="Times New Roman" w:hAnsi="Times New Roman" w:cs="Times New Roman"/>
                <w:color w:val="000000"/>
                <w:sz w:val="24"/>
                <w:szCs w:val="24"/>
                <w:lang w:val="en-US"/>
              </w:rPr>
              <w:t xml:space="preserve"> </w:t>
            </w:r>
            <w:r w:rsidRPr="002727B5">
              <w:rPr>
                <w:rFonts w:ascii="Times New Roman" w:eastAsia="Times New Roman" w:hAnsi="Times New Roman" w:cs="Times New Roman"/>
                <w:color w:val="000000"/>
                <w:sz w:val="24"/>
                <w:szCs w:val="24"/>
                <w:lang w:val="en-US"/>
              </w:rPr>
              <w:t xml:space="preserve">Слова, близкие по значению: regret / deny, admitted </w:t>
            </w:r>
            <w:r w:rsidRPr="002727B5">
              <w:rPr>
                <w:rFonts w:ascii="Times New Roman" w:eastAsia="Times New Roman" w:hAnsi="Times New Roman" w:cs="Times New Roman"/>
                <w:color w:val="000000"/>
                <w:sz w:val="24"/>
                <w:szCs w:val="24"/>
                <w:lang w:val="en-US"/>
              </w:rPr>
              <w:lastRenderedPageBreak/>
              <w:t>/agreed...</w:t>
            </w:r>
          </w:p>
        </w:tc>
        <w:tc>
          <w:tcPr>
            <w:tcW w:w="1871" w:type="dxa"/>
            <w:tcBorders>
              <w:top w:val="nil"/>
              <w:left w:val="nil"/>
              <w:bottom w:val="single" w:sz="4" w:space="0" w:color="auto"/>
              <w:right w:val="single" w:sz="4" w:space="0" w:color="auto"/>
            </w:tcBorders>
            <w:shd w:val="clear" w:color="auto" w:fill="auto"/>
            <w:noWrap/>
            <w:vAlign w:val="bottom"/>
          </w:tcPr>
          <w:p w14:paraId="7B285C16"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537" w:type="dxa"/>
            <w:tcBorders>
              <w:top w:val="nil"/>
              <w:left w:val="nil"/>
              <w:bottom w:val="single" w:sz="4" w:space="0" w:color="auto"/>
              <w:right w:val="single" w:sz="4" w:space="0" w:color="auto"/>
            </w:tcBorders>
            <w:shd w:val="clear" w:color="auto" w:fill="auto"/>
            <w:vAlign w:val="bottom"/>
          </w:tcPr>
          <w:p w14:paraId="5661A889"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7B8B630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F600FC9" w14:textId="77777777" w:rsidTr="002928F5">
        <w:tc>
          <w:tcPr>
            <w:tcW w:w="959" w:type="dxa"/>
            <w:tcBorders>
              <w:top w:val="nil"/>
              <w:left w:val="single" w:sz="4" w:space="0" w:color="auto"/>
              <w:bottom w:val="single" w:sz="4" w:space="0" w:color="auto"/>
              <w:right w:val="single" w:sz="4" w:space="0" w:color="auto"/>
            </w:tcBorders>
            <w:shd w:val="clear" w:color="auto" w:fill="FFFFFF"/>
            <w:noWrap/>
          </w:tcPr>
          <w:p w14:paraId="32723E21"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nil"/>
              <w:left w:val="nil"/>
              <w:bottom w:val="single" w:sz="4" w:space="0" w:color="auto"/>
              <w:right w:val="single" w:sz="4" w:space="0" w:color="auto"/>
            </w:tcBorders>
            <w:shd w:val="clear" w:color="auto" w:fill="auto"/>
            <w:vAlign w:val="bottom"/>
          </w:tcPr>
          <w:p w14:paraId="63C6598B" w14:textId="77777777" w:rsidR="00595E4A" w:rsidRPr="002727B5" w:rsidRDefault="00595E4A" w:rsidP="002727B5">
            <w:pPr>
              <w:shd w:val="clear" w:color="auto" w:fill="FFFFFF"/>
              <w:spacing w:after="0" w:line="240" w:lineRule="auto"/>
              <w:rPr>
                <w:rFonts w:ascii="Times New Roman" w:eastAsia="Times New Roman" w:hAnsi="Times New Roman" w:cs="Times New Roman"/>
                <w:color w:val="000000"/>
                <w:sz w:val="24"/>
                <w:szCs w:val="24"/>
              </w:rPr>
            </w:pPr>
            <w:r w:rsidRPr="002727B5">
              <w:rPr>
                <w:rFonts w:ascii="Times New Roman" w:eastAsia="Times New Roman" w:hAnsi="Times New Roman" w:cs="Times New Roman"/>
                <w:color w:val="000000"/>
                <w:sz w:val="24"/>
                <w:szCs w:val="24"/>
                <w:lang w:val="en-US"/>
              </w:rPr>
              <w:t>Russia</w:t>
            </w:r>
            <w:r w:rsidRPr="002727B5">
              <w:rPr>
                <w:rFonts w:ascii="Times New Roman" w:eastAsia="Times New Roman" w:hAnsi="Times New Roman" w:cs="Times New Roman"/>
                <w:color w:val="000000"/>
                <w:sz w:val="24"/>
                <w:szCs w:val="24"/>
              </w:rPr>
              <w:t xml:space="preserve"> 6. Россия: Что вы знаете о Пушкине?</w:t>
            </w:r>
          </w:p>
        </w:tc>
        <w:tc>
          <w:tcPr>
            <w:tcW w:w="1871" w:type="dxa"/>
            <w:tcBorders>
              <w:top w:val="nil"/>
              <w:left w:val="nil"/>
              <w:bottom w:val="single" w:sz="4" w:space="0" w:color="auto"/>
              <w:right w:val="single" w:sz="4" w:space="0" w:color="auto"/>
            </w:tcBorders>
            <w:shd w:val="clear" w:color="auto" w:fill="auto"/>
            <w:noWrap/>
            <w:vAlign w:val="bottom"/>
            <w:hideMark/>
          </w:tcPr>
          <w:p w14:paraId="4B66165E" w14:textId="00691A3F"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727B5">
              <w:rPr>
                <w:rFonts w:ascii="Times New Roman" w:eastAsia="Times New Roman" w:hAnsi="Times New Roman" w:cs="Times New Roman"/>
                <w:color w:val="000000"/>
                <w:sz w:val="24"/>
                <w:szCs w:val="24"/>
                <w:lang w:eastAsia="ru-RU"/>
              </w:rPr>
              <w:t>1</w:t>
            </w:r>
          </w:p>
        </w:tc>
        <w:tc>
          <w:tcPr>
            <w:tcW w:w="537" w:type="dxa"/>
            <w:tcBorders>
              <w:top w:val="nil"/>
              <w:left w:val="nil"/>
              <w:bottom w:val="single" w:sz="4" w:space="0" w:color="auto"/>
              <w:right w:val="single" w:sz="4" w:space="0" w:color="auto"/>
            </w:tcBorders>
            <w:shd w:val="clear" w:color="auto" w:fill="auto"/>
            <w:vAlign w:val="bottom"/>
          </w:tcPr>
          <w:p w14:paraId="2674EB11"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nil"/>
              <w:left w:val="nil"/>
              <w:bottom w:val="single" w:sz="4" w:space="0" w:color="auto"/>
              <w:right w:val="single" w:sz="4" w:space="0" w:color="auto"/>
            </w:tcBorders>
            <w:shd w:val="clear" w:color="auto" w:fill="auto"/>
            <w:vAlign w:val="bottom"/>
          </w:tcPr>
          <w:p w14:paraId="6E6AB9A0"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595E4A" w:rsidRPr="002F7635" w14:paraId="07950CB8" w14:textId="77777777" w:rsidTr="002928F5">
        <w:tc>
          <w:tcPr>
            <w:tcW w:w="959" w:type="dxa"/>
            <w:tcBorders>
              <w:top w:val="single" w:sz="4" w:space="0" w:color="auto"/>
              <w:left w:val="single" w:sz="4" w:space="0" w:color="auto"/>
              <w:bottom w:val="single" w:sz="4" w:space="0" w:color="auto"/>
              <w:right w:val="single" w:sz="4" w:space="0" w:color="auto"/>
            </w:tcBorders>
            <w:shd w:val="clear" w:color="auto" w:fill="FFFFFF"/>
            <w:noWrap/>
          </w:tcPr>
          <w:p w14:paraId="734A51C8" w14:textId="77777777" w:rsidR="00595E4A" w:rsidRPr="00287F71" w:rsidRDefault="00595E4A" w:rsidP="00287F71">
            <w:pPr>
              <w:pStyle w:val="ae"/>
              <w:numPr>
                <w:ilvl w:val="0"/>
                <w:numId w:val="33"/>
              </w:numPr>
              <w:shd w:val="clear" w:color="auto" w:fill="FFFFFF"/>
              <w:spacing w:after="0" w:line="240" w:lineRule="auto"/>
              <w:jc w:val="center"/>
              <w:rPr>
                <w:rFonts w:ascii="Times New Roman" w:eastAsia="Times New Roman" w:hAnsi="Times New Roman" w:cs="Times New Roman"/>
                <w:sz w:val="24"/>
                <w:szCs w:val="24"/>
                <w:lang w:eastAsia="ru-RU"/>
              </w:rPr>
            </w:pPr>
          </w:p>
        </w:tc>
        <w:tc>
          <w:tcPr>
            <w:tcW w:w="6095" w:type="dxa"/>
            <w:tcBorders>
              <w:top w:val="single" w:sz="4" w:space="0" w:color="auto"/>
              <w:left w:val="nil"/>
              <w:bottom w:val="single" w:sz="4" w:space="0" w:color="auto"/>
              <w:right w:val="single" w:sz="4" w:space="0" w:color="auto"/>
            </w:tcBorders>
            <w:shd w:val="clear" w:color="auto" w:fill="auto"/>
            <w:vAlign w:val="bottom"/>
          </w:tcPr>
          <w:p w14:paraId="0530559A" w14:textId="5D5A49BE" w:rsidR="00595E4A" w:rsidRPr="002727B5" w:rsidRDefault="00AE3675" w:rsidP="002727B5">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Обобщающее повторение</w:t>
            </w:r>
          </w:p>
        </w:tc>
        <w:tc>
          <w:tcPr>
            <w:tcW w:w="1871" w:type="dxa"/>
            <w:tcBorders>
              <w:top w:val="single" w:sz="4" w:space="0" w:color="auto"/>
              <w:left w:val="nil"/>
              <w:bottom w:val="single" w:sz="4" w:space="0" w:color="auto"/>
              <w:right w:val="single" w:sz="4" w:space="0" w:color="auto"/>
            </w:tcBorders>
            <w:shd w:val="clear" w:color="auto" w:fill="auto"/>
            <w:noWrap/>
            <w:vAlign w:val="bottom"/>
          </w:tcPr>
          <w:p w14:paraId="2A50B6CF" w14:textId="6BC63F2E" w:rsidR="00595E4A" w:rsidRPr="00AE3675" w:rsidRDefault="00AE3675"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537" w:type="dxa"/>
            <w:tcBorders>
              <w:top w:val="single" w:sz="4" w:space="0" w:color="auto"/>
              <w:left w:val="nil"/>
              <w:bottom w:val="single" w:sz="4" w:space="0" w:color="auto"/>
              <w:right w:val="single" w:sz="4" w:space="0" w:color="auto"/>
            </w:tcBorders>
            <w:shd w:val="clear" w:color="auto" w:fill="auto"/>
            <w:vAlign w:val="bottom"/>
          </w:tcPr>
          <w:p w14:paraId="7581F013"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99" w:type="dxa"/>
            <w:tcBorders>
              <w:top w:val="single" w:sz="4" w:space="0" w:color="auto"/>
              <w:left w:val="nil"/>
              <w:bottom w:val="single" w:sz="4" w:space="0" w:color="auto"/>
              <w:right w:val="single" w:sz="4" w:space="0" w:color="auto"/>
            </w:tcBorders>
            <w:shd w:val="clear" w:color="auto" w:fill="auto"/>
            <w:vAlign w:val="bottom"/>
          </w:tcPr>
          <w:p w14:paraId="14E3F0AE" w14:textId="77777777" w:rsidR="00595E4A" w:rsidRPr="002727B5" w:rsidRDefault="00595E4A" w:rsidP="002727B5">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bl>
    <w:p w14:paraId="7BCF71E7" w14:textId="77777777" w:rsidR="002727B5" w:rsidRDefault="002727B5">
      <w:pPr>
        <w:rPr>
          <w:rFonts w:ascii="Times New Roman" w:eastAsia="Calibri" w:hAnsi="Times New Roman" w:cs="Times New Roman"/>
          <w:b/>
          <w:caps/>
          <w:color w:val="000000" w:themeColor="text1"/>
          <w:sz w:val="28"/>
          <w:szCs w:val="24"/>
          <w:lang w:val="x-none"/>
        </w:rPr>
      </w:pPr>
      <w:bookmarkStart w:id="97" w:name="_Toc138412923"/>
      <w:bookmarkStart w:id="98" w:name="_Toc149647039"/>
      <w:r>
        <w:br w:type="page"/>
      </w:r>
    </w:p>
    <w:p w14:paraId="4B64DC8A" w14:textId="70014560" w:rsidR="00595E4A" w:rsidRPr="002F7635" w:rsidRDefault="00595E4A" w:rsidP="008C718A">
      <w:pPr>
        <w:pStyle w:val="affff1"/>
      </w:pPr>
      <w:bookmarkStart w:id="99" w:name="_Toc150046083"/>
      <w:bookmarkStart w:id="100" w:name="_Toc150047343"/>
      <w:r w:rsidRPr="002F7635">
        <w:lastRenderedPageBreak/>
        <w:t>9 класс</w:t>
      </w:r>
      <w:bookmarkEnd w:id="97"/>
      <w:bookmarkEnd w:id="98"/>
      <w:bookmarkEnd w:id="99"/>
      <w:bookmarkEnd w:id="100"/>
    </w:p>
    <w:tbl>
      <w:tblPr>
        <w:tblW w:w="10805" w:type="dxa"/>
        <w:tblLayout w:type="fixed"/>
        <w:tblCellMar>
          <w:left w:w="0" w:type="dxa"/>
          <w:right w:w="0" w:type="dxa"/>
        </w:tblCellMar>
        <w:tblLook w:val="04A0" w:firstRow="1" w:lastRow="0" w:firstColumn="1" w:lastColumn="0" w:noHBand="0" w:noVBand="1"/>
      </w:tblPr>
      <w:tblGrid>
        <w:gridCol w:w="558"/>
        <w:gridCol w:w="6390"/>
        <w:gridCol w:w="850"/>
        <w:gridCol w:w="1277"/>
        <w:gridCol w:w="1730"/>
      </w:tblGrid>
      <w:tr w:rsidR="00595E4A" w:rsidRPr="002F7635" w14:paraId="4619C23F" w14:textId="77777777" w:rsidTr="009A1C81">
        <w:trPr>
          <w:tblHeader/>
        </w:trPr>
        <w:tc>
          <w:tcPr>
            <w:tcW w:w="558" w:type="dxa"/>
            <w:vMerge w:val="restart"/>
            <w:tcBorders>
              <w:top w:val="single" w:sz="4" w:space="0" w:color="auto"/>
              <w:left w:val="single" w:sz="4" w:space="0" w:color="auto"/>
              <w:right w:val="single" w:sz="4" w:space="0" w:color="auto"/>
            </w:tcBorders>
            <w:shd w:val="clear" w:color="auto" w:fill="auto"/>
            <w:noWrap/>
            <w:tcMar>
              <w:left w:w="144" w:type="dxa"/>
              <w:right w:w="144" w:type="dxa"/>
            </w:tcMar>
            <w:vAlign w:val="center"/>
          </w:tcPr>
          <w:p w14:paraId="776D6DC0" w14:textId="77777777" w:rsidR="00595E4A" w:rsidRPr="002F7635" w:rsidRDefault="00595E4A" w:rsidP="00BA1579">
            <w:pPr>
              <w:spacing w:after="0" w:line="240" w:lineRule="auto"/>
              <w:jc w:val="center"/>
              <w:rPr>
                <w:rFonts w:ascii="Times New Roman" w:eastAsia="Times New Roman" w:hAnsi="Times New Roman" w:cs="Times New Roman"/>
                <w:b/>
                <w:color w:val="000000"/>
                <w:sz w:val="24"/>
                <w:szCs w:val="24"/>
                <w:lang w:val="en-US"/>
              </w:rPr>
            </w:pPr>
            <w:r w:rsidRPr="002F7635">
              <w:rPr>
                <w:rFonts w:ascii="Times New Roman" w:eastAsia="Times New Roman" w:hAnsi="Times New Roman" w:cs="Times New Roman"/>
                <w:b/>
                <w:color w:val="000000"/>
                <w:sz w:val="24"/>
                <w:szCs w:val="24"/>
                <w:lang w:val="en-US"/>
              </w:rPr>
              <w:t>№</w:t>
            </w:r>
          </w:p>
        </w:tc>
        <w:tc>
          <w:tcPr>
            <w:tcW w:w="6390" w:type="dxa"/>
            <w:vMerge w:val="restart"/>
            <w:tcBorders>
              <w:top w:val="single" w:sz="4" w:space="0" w:color="auto"/>
              <w:left w:val="nil"/>
              <w:right w:val="single" w:sz="4" w:space="0" w:color="auto"/>
            </w:tcBorders>
            <w:shd w:val="clear" w:color="auto" w:fill="auto"/>
            <w:tcMar>
              <w:left w:w="115" w:type="dxa"/>
              <w:right w:w="0" w:type="dxa"/>
            </w:tcMar>
            <w:vAlign w:val="center"/>
          </w:tcPr>
          <w:p w14:paraId="3C1853DD" w14:textId="77777777" w:rsidR="00595E4A" w:rsidRPr="002F7635" w:rsidRDefault="00595E4A" w:rsidP="001117C6">
            <w:pPr>
              <w:spacing w:after="0" w:line="240" w:lineRule="auto"/>
              <w:jc w:val="center"/>
              <w:rPr>
                <w:rFonts w:ascii="Times New Roman" w:eastAsia="Times New Roman" w:hAnsi="Times New Roman" w:cs="Times New Roman"/>
                <w:b/>
                <w:color w:val="000000"/>
                <w:sz w:val="24"/>
                <w:szCs w:val="24"/>
                <w:lang w:val="en-US"/>
              </w:rPr>
            </w:pPr>
            <w:r w:rsidRPr="002F7635">
              <w:rPr>
                <w:rFonts w:ascii="Times New Roman" w:eastAsia="Times New Roman" w:hAnsi="Times New Roman" w:cs="Times New Roman"/>
                <w:b/>
                <w:color w:val="000000"/>
                <w:sz w:val="24"/>
                <w:szCs w:val="24"/>
                <w:lang w:val="en-US"/>
              </w:rPr>
              <w:t>Тема урока</w:t>
            </w:r>
          </w:p>
        </w:tc>
        <w:tc>
          <w:tcPr>
            <w:tcW w:w="2127" w:type="dxa"/>
            <w:gridSpan w:val="2"/>
            <w:tcBorders>
              <w:top w:val="single" w:sz="4" w:space="0" w:color="auto"/>
              <w:left w:val="nil"/>
              <w:bottom w:val="single" w:sz="4" w:space="0" w:color="auto"/>
              <w:right w:val="single" w:sz="4" w:space="0" w:color="auto"/>
            </w:tcBorders>
            <w:shd w:val="clear" w:color="auto" w:fill="auto"/>
            <w:vAlign w:val="center"/>
          </w:tcPr>
          <w:p w14:paraId="0C561B88" w14:textId="46D119A8" w:rsidR="00595E4A" w:rsidRPr="002F7635" w:rsidRDefault="00595E4A" w:rsidP="001117C6">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color w:val="000000"/>
                <w:sz w:val="24"/>
                <w:szCs w:val="24"/>
              </w:rPr>
              <w:t>Количество часов</w:t>
            </w:r>
          </w:p>
        </w:tc>
        <w:tc>
          <w:tcPr>
            <w:tcW w:w="1730" w:type="dxa"/>
            <w:vMerge w:val="restart"/>
            <w:tcBorders>
              <w:top w:val="single" w:sz="4" w:space="0" w:color="auto"/>
              <w:left w:val="nil"/>
              <w:right w:val="single" w:sz="4" w:space="0" w:color="auto"/>
            </w:tcBorders>
            <w:shd w:val="clear" w:color="auto" w:fill="auto"/>
            <w:vAlign w:val="center"/>
          </w:tcPr>
          <w:p w14:paraId="5E6AE681" w14:textId="4946DCFF" w:rsidR="00595E4A" w:rsidRPr="002F7635" w:rsidRDefault="00595E4A" w:rsidP="001117C6">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bCs/>
                <w:color w:val="000000"/>
                <w:sz w:val="24"/>
                <w:szCs w:val="24"/>
                <w:shd w:val="clear" w:color="auto" w:fill="FFFFFF"/>
              </w:rPr>
              <w:t xml:space="preserve">Виды </w:t>
            </w:r>
            <w:r w:rsidR="001117C6">
              <w:rPr>
                <w:rFonts w:ascii="Times New Roman" w:eastAsia="Times New Roman" w:hAnsi="Times New Roman" w:cs="Times New Roman"/>
                <w:b/>
                <w:bCs/>
                <w:color w:val="000000"/>
                <w:sz w:val="24"/>
                <w:szCs w:val="24"/>
                <w:shd w:val="clear" w:color="auto" w:fill="FFFFFF"/>
              </w:rPr>
              <w:br/>
            </w:r>
            <w:r w:rsidRPr="002F7635">
              <w:rPr>
                <w:rFonts w:ascii="Times New Roman" w:eastAsia="Times New Roman" w:hAnsi="Times New Roman" w:cs="Times New Roman"/>
                <w:b/>
                <w:bCs/>
                <w:color w:val="000000"/>
                <w:sz w:val="24"/>
                <w:szCs w:val="24"/>
                <w:shd w:val="clear" w:color="auto" w:fill="FFFFFF"/>
              </w:rPr>
              <w:t>и формы</w:t>
            </w:r>
            <w:r w:rsidR="001117C6">
              <w:rPr>
                <w:rFonts w:ascii="Times New Roman" w:eastAsia="Times New Roman" w:hAnsi="Times New Roman" w:cs="Times New Roman"/>
                <w:b/>
                <w:bCs/>
                <w:color w:val="000000"/>
                <w:sz w:val="24"/>
                <w:szCs w:val="24"/>
                <w:shd w:val="clear" w:color="auto" w:fill="FFFFFF"/>
              </w:rPr>
              <w:br/>
            </w:r>
            <w:r w:rsidRPr="002F7635">
              <w:rPr>
                <w:rFonts w:ascii="Times New Roman" w:eastAsia="Times New Roman" w:hAnsi="Times New Roman" w:cs="Times New Roman"/>
                <w:b/>
                <w:bCs/>
                <w:color w:val="000000"/>
                <w:sz w:val="24"/>
                <w:szCs w:val="24"/>
                <w:shd w:val="clear" w:color="auto" w:fill="FFFFFF"/>
              </w:rPr>
              <w:t xml:space="preserve"> контроля</w:t>
            </w:r>
          </w:p>
        </w:tc>
      </w:tr>
      <w:tr w:rsidR="00595E4A" w:rsidRPr="002F7635" w14:paraId="7B2C4140" w14:textId="77777777" w:rsidTr="009A1C81">
        <w:trPr>
          <w:tblHeader/>
        </w:trPr>
        <w:tc>
          <w:tcPr>
            <w:tcW w:w="558" w:type="dxa"/>
            <w:vMerge/>
            <w:tcBorders>
              <w:left w:val="single" w:sz="4" w:space="0" w:color="auto"/>
              <w:bottom w:val="single" w:sz="4" w:space="0" w:color="auto"/>
              <w:right w:val="single" w:sz="4" w:space="0" w:color="auto"/>
            </w:tcBorders>
            <w:shd w:val="clear" w:color="auto" w:fill="C5E0B3"/>
            <w:noWrap/>
            <w:tcMar>
              <w:left w:w="144" w:type="dxa"/>
              <w:right w:w="144" w:type="dxa"/>
            </w:tcMar>
            <w:hideMark/>
          </w:tcPr>
          <w:p w14:paraId="653DCD7E" w14:textId="77777777" w:rsidR="00595E4A" w:rsidRPr="002F7635" w:rsidRDefault="00595E4A" w:rsidP="00BA1579">
            <w:pPr>
              <w:spacing w:after="0" w:line="240" w:lineRule="auto"/>
              <w:jc w:val="center"/>
              <w:rPr>
                <w:rFonts w:ascii="Times New Roman" w:eastAsia="Times New Roman" w:hAnsi="Times New Roman" w:cs="Times New Roman"/>
                <w:b/>
                <w:color w:val="002060"/>
                <w:sz w:val="24"/>
                <w:szCs w:val="24"/>
                <w:lang w:val="en-US"/>
              </w:rPr>
            </w:pPr>
          </w:p>
        </w:tc>
        <w:tc>
          <w:tcPr>
            <w:tcW w:w="6390" w:type="dxa"/>
            <w:vMerge/>
            <w:tcBorders>
              <w:left w:val="nil"/>
              <w:bottom w:val="single" w:sz="4" w:space="0" w:color="auto"/>
              <w:right w:val="single" w:sz="4" w:space="0" w:color="auto"/>
            </w:tcBorders>
            <w:shd w:val="clear" w:color="auto" w:fill="C5E0B3"/>
            <w:tcMar>
              <w:left w:w="115" w:type="dxa"/>
              <w:right w:w="0" w:type="dxa"/>
            </w:tcMar>
            <w:hideMark/>
          </w:tcPr>
          <w:p w14:paraId="0F01361D" w14:textId="77777777" w:rsidR="00595E4A" w:rsidRPr="002F7635" w:rsidRDefault="00595E4A" w:rsidP="001117C6">
            <w:pPr>
              <w:spacing w:after="0" w:line="240" w:lineRule="auto"/>
              <w:rPr>
                <w:rFonts w:ascii="Times New Roman" w:eastAsia="Times New Roman" w:hAnsi="Times New Roman" w:cs="Times New Roman"/>
                <w:b/>
                <w:color w:val="002060"/>
                <w:sz w:val="24"/>
                <w:szCs w:val="24"/>
                <w:lang w:val="en-US"/>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C85BA1F" w14:textId="77777777" w:rsidR="00595E4A" w:rsidRPr="002F7635" w:rsidRDefault="00595E4A" w:rsidP="001117C6">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color w:val="000000"/>
                <w:sz w:val="24"/>
                <w:szCs w:val="24"/>
              </w:rPr>
              <w:t>Всего</w:t>
            </w:r>
          </w:p>
        </w:tc>
        <w:tc>
          <w:tcPr>
            <w:tcW w:w="1277" w:type="dxa"/>
            <w:tcBorders>
              <w:top w:val="single" w:sz="4" w:space="0" w:color="auto"/>
              <w:left w:val="nil"/>
              <w:bottom w:val="single" w:sz="4" w:space="0" w:color="auto"/>
              <w:right w:val="single" w:sz="4" w:space="0" w:color="auto"/>
            </w:tcBorders>
            <w:shd w:val="clear" w:color="auto" w:fill="auto"/>
            <w:vAlign w:val="center"/>
          </w:tcPr>
          <w:p w14:paraId="71420AF4" w14:textId="3E9911D5" w:rsidR="00595E4A" w:rsidRPr="002F7635" w:rsidRDefault="00595E4A" w:rsidP="001117C6">
            <w:pPr>
              <w:spacing w:after="0" w:line="240" w:lineRule="auto"/>
              <w:jc w:val="center"/>
              <w:rPr>
                <w:rFonts w:ascii="Times New Roman" w:eastAsia="Times New Roman" w:hAnsi="Times New Roman" w:cs="Times New Roman"/>
                <w:b/>
                <w:color w:val="000000"/>
                <w:sz w:val="24"/>
                <w:szCs w:val="24"/>
              </w:rPr>
            </w:pPr>
            <w:r w:rsidRPr="002F7635">
              <w:rPr>
                <w:rFonts w:ascii="Times New Roman" w:eastAsia="Times New Roman" w:hAnsi="Times New Roman" w:cs="Times New Roman"/>
                <w:b/>
                <w:color w:val="000000"/>
                <w:sz w:val="24"/>
                <w:szCs w:val="24"/>
              </w:rPr>
              <w:t xml:space="preserve">Контрольные </w:t>
            </w:r>
            <w:r w:rsidR="001117C6">
              <w:rPr>
                <w:rFonts w:ascii="Times New Roman" w:eastAsia="Times New Roman" w:hAnsi="Times New Roman" w:cs="Times New Roman"/>
                <w:b/>
                <w:color w:val="000000"/>
                <w:sz w:val="24"/>
                <w:szCs w:val="24"/>
              </w:rPr>
              <w:br/>
            </w:r>
            <w:r w:rsidRPr="002F7635">
              <w:rPr>
                <w:rFonts w:ascii="Times New Roman" w:eastAsia="Times New Roman" w:hAnsi="Times New Roman" w:cs="Times New Roman"/>
                <w:b/>
                <w:color w:val="000000"/>
                <w:sz w:val="24"/>
                <w:szCs w:val="24"/>
              </w:rPr>
              <w:t>работы</w:t>
            </w:r>
          </w:p>
        </w:tc>
        <w:tc>
          <w:tcPr>
            <w:tcW w:w="1730" w:type="dxa"/>
            <w:vMerge/>
            <w:tcBorders>
              <w:left w:val="nil"/>
              <w:bottom w:val="single" w:sz="4" w:space="0" w:color="auto"/>
              <w:right w:val="single" w:sz="4" w:space="0" w:color="auto"/>
            </w:tcBorders>
            <w:shd w:val="clear" w:color="auto" w:fill="C5E0B3"/>
          </w:tcPr>
          <w:p w14:paraId="0DAB2EBA" w14:textId="77777777" w:rsidR="00595E4A" w:rsidRPr="002F7635" w:rsidRDefault="00595E4A" w:rsidP="001117C6">
            <w:pPr>
              <w:spacing w:after="0" w:line="240" w:lineRule="auto"/>
              <w:jc w:val="center"/>
              <w:rPr>
                <w:rFonts w:ascii="Times New Roman" w:eastAsia="Times New Roman" w:hAnsi="Times New Roman" w:cs="Times New Roman"/>
                <w:b/>
                <w:color w:val="002060"/>
                <w:sz w:val="24"/>
                <w:szCs w:val="24"/>
                <w:lang w:val="en-US"/>
              </w:rPr>
            </w:pPr>
          </w:p>
        </w:tc>
      </w:tr>
      <w:tr w:rsidR="00595E4A" w:rsidRPr="001117C6" w14:paraId="41DBD95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BD0307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CE0BED1" w14:textId="5ED22DDA"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rPr>
              <w:t>ИОТ № 047 – 2014.</w:t>
            </w:r>
            <w:r w:rsidRPr="001117C6">
              <w:rPr>
                <w:rFonts w:ascii="Times New Roman" w:eastAsia="Times New Roman" w:hAnsi="Times New Roman" w:cs="Times New Roman"/>
                <w:sz w:val="24"/>
                <w:szCs w:val="24"/>
                <w:lang w:val="en-US"/>
              </w:rPr>
              <w:t xml:space="preserve"> Вводный урок.</w:t>
            </w:r>
          </w:p>
        </w:tc>
        <w:tc>
          <w:tcPr>
            <w:tcW w:w="850" w:type="dxa"/>
            <w:tcBorders>
              <w:top w:val="nil"/>
              <w:left w:val="single" w:sz="4" w:space="0" w:color="auto"/>
              <w:bottom w:val="single" w:sz="4" w:space="0" w:color="auto"/>
              <w:right w:val="single" w:sz="4" w:space="0" w:color="auto"/>
            </w:tcBorders>
            <w:shd w:val="clear" w:color="auto" w:fill="auto"/>
            <w:noWrap/>
            <w:hideMark/>
          </w:tcPr>
          <w:p w14:paraId="45053390" w14:textId="4035ECA5"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397FAC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87C412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3A41C54C"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A2EDC71"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9D6784C" w14:textId="4FF9E2CA" w:rsidR="00595E4A" w:rsidRPr="00F021B7"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 xml:space="preserve">МОДУЛЬ 1. </w:t>
            </w:r>
            <w:r w:rsidRPr="001117C6">
              <w:rPr>
                <w:rFonts w:ascii="Times New Roman" w:eastAsia="Times New Roman" w:hAnsi="Times New Roman" w:cs="Times New Roman"/>
                <w:color w:val="000000"/>
                <w:sz w:val="24"/>
                <w:szCs w:val="24"/>
                <w:lang w:val="en-US" w:eastAsia="ru-RU"/>
              </w:rPr>
              <w:t>LIFESTYLES</w:t>
            </w:r>
            <w:r w:rsidR="00F021B7">
              <w:rPr>
                <w:rFonts w:ascii="Times New Roman" w:eastAsia="Times New Roman" w:hAnsi="Times New Roman" w:cs="Times New Roman"/>
                <w:color w:val="000000"/>
                <w:sz w:val="24"/>
                <w:szCs w:val="24"/>
                <w:lang w:eastAsia="ru-RU"/>
              </w:rPr>
              <w:t xml:space="preserve"> /Стили жизни.</w:t>
            </w:r>
            <w:r w:rsidRPr="001117C6">
              <w:rPr>
                <w:rFonts w:ascii="Times New Roman" w:eastAsia="Times New Roman" w:hAnsi="Times New Roman" w:cs="Times New Roman"/>
                <w:sz w:val="24"/>
                <w:szCs w:val="24"/>
              </w:rPr>
              <w:t>Лексика: социальные проблемы</w:t>
            </w:r>
          </w:p>
        </w:tc>
        <w:tc>
          <w:tcPr>
            <w:tcW w:w="850" w:type="dxa"/>
            <w:tcBorders>
              <w:top w:val="nil"/>
              <w:left w:val="single" w:sz="4" w:space="0" w:color="auto"/>
              <w:bottom w:val="single" w:sz="4" w:space="0" w:color="auto"/>
              <w:right w:val="single" w:sz="4" w:space="0" w:color="auto"/>
            </w:tcBorders>
            <w:shd w:val="clear" w:color="auto" w:fill="auto"/>
            <w:noWrap/>
            <w:hideMark/>
          </w:tcPr>
          <w:p w14:paraId="73D1CC0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28C3EB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94FECF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957F1AC"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83AD61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4341642"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Аудирование радио интервью с одним из кочевников. «Кочевой дом» (поиск информации).</w:t>
            </w:r>
          </w:p>
        </w:tc>
        <w:tc>
          <w:tcPr>
            <w:tcW w:w="850" w:type="dxa"/>
            <w:tcBorders>
              <w:top w:val="nil"/>
              <w:left w:val="single" w:sz="4" w:space="0" w:color="auto"/>
              <w:bottom w:val="single" w:sz="4" w:space="0" w:color="auto"/>
              <w:right w:val="single" w:sz="4" w:space="0" w:color="auto"/>
            </w:tcBorders>
            <w:shd w:val="clear" w:color="auto" w:fill="auto"/>
            <w:noWrap/>
          </w:tcPr>
          <w:p w14:paraId="6D46BD0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277" w:type="dxa"/>
            <w:tcBorders>
              <w:top w:val="nil"/>
              <w:left w:val="nil"/>
              <w:bottom w:val="single" w:sz="4" w:space="0" w:color="auto"/>
              <w:right w:val="single" w:sz="4" w:space="0" w:color="auto"/>
            </w:tcBorders>
          </w:tcPr>
          <w:p w14:paraId="4DCE108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55CEF5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58FC8F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DDF052A"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FD5E025"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People</w:t>
            </w:r>
            <w:r w:rsidRPr="001117C6">
              <w:rPr>
                <w:rFonts w:ascii="Times New Roman" w:eastAsia="Times New Roman" w:hAnsi="Times New Roman" w:cs="Times New Roman"/>
                <w:sz w:val="24"/>
                <w:szCs w:val="24"/>
              </w:rPr>
              <w:t xml:space="preserve">. /Люди. </w:t>
            </w:r>
            <w:r w:rsidRPr="001117C6">
              <w:rPr>
                <w:rFonts w:ascii="Times New Roman" w:eastAsia="Times New Roman" w:hAnsi="Times New Roman" w:cs="Times New Roman"/>
                <w:sz w:val="24"/>
                <w:szCs w:val="24"/>
                <w:lang w:val="en-US"/>
              </w:rPr>
              <w:t>Present Tenses</w:t>
            </w:r>
          </w:p>
        </w:tc>
        <w:tc>
          <w:tcPr>
            <w:tcW w:w="850" w:type="dxa"/>
            <w:tcBorders>
              <w:top w:val="nil"/>
              <w:left w:val="single" w:sz="4" w:space="0" w:color="auto"/>
              <w:bottom w:val="single" w:sz="4" w:space="0" w:color="auto"/>
              <w:right w:val="single" w:sz="4" w:space="0" w:color="auto"/>
            </w:tcBorders>
            <w:shd w:val="clear" w:color="auto" w:fill="auto"/>
            <w:noWrap/>
            <w:hideMark/>
          </w:tcPr>
          <w:p w14:paraId="0B04B4A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E93098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9E1C6A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4DE9D1A"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81E92B6"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7EF332D"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People</w:t>
            </w:r>
            <w:r w:rsidRPr="001117C6">
              <w:rPr>
                <w:rFonts w:ascii="Times New Roman" w:eastAsia="Times New Roman" w:hAnsi="Times New Roman" w:cs="Times New Roman"/>
                <w:sz w:val="24"/>
                <w:szCs w:val="24"/>
              </w:rPr>
              <w:t xml:space="preserve">. /Люди. </w:t>
            </w:r>
            <w:r w:rsidRPr="001117C6">
              <w:rPr>
                <w:rFonts w:ascii="Times New Roman" w:eastAsia="Times New Roman" w:hAnsi="Times New Roman" w:cs="Times New Roman"/>
                <w:sz w:val="24"/>
                <w:szCs w:val="24"/>
                <w:lang w:val="en-US"/>
              </w:rPr>
              <w:t>Present Tenses</w:t>
            </w:r>
          </w:p>
        </w:tc>
        <w:tc>
          <w:tcPr>
            <w:tcW w:w="850" w:type="dxa"/>
            <w:tcBorders>
              <w:top w:val="nil"/>
              <w:left w:val="single" w:sz="4" w:space="0" w:color="auto"/>
              <w:bottom w:val="single" w:sz="4" w:space="0" w:color="auto"/>
              <w:right w:val="single" w:sz="4" w:space="0" w:color="auto"/>
            </w:tcBorders>
            <w:shd w:val="clear" w:color="auto" w:fill="auto"/>
            <w:noWrap/>
          </w:tcPr>
          <w:p w14:paraId="1E8AFDC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eastAsia="ru-RU"/>
              </w:rPr>
              <w:t>1</w:t>
            </w:r>
          </w:p>
        </w:tc>
        <w:tc>
          <w:tcPr>
            <w:tcW w:w="1277" w:type="dxa"/>
            <w:tcBorders>
              <w:top w:val="nil"/>
              <w:left w:val="nil"/>
              <w:bottom w:val="single" w:sz="4" w:space="0" w:color="auto"/>
              <w:right w:val="single" w:sz="4" w:space="0" w:color="auto"/>
            </w:tcBorders>
          </w:tcPr>
          <w:p w14:paraId="55363FC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1D39FE5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24B2D31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B3DDE4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F86842C"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color w:val="000000"/>
                <w:sz w:val="24"/>
                <w:szCs w:val="24"/>
                <w:lang w:val="en-US" w:eastAsia="ru-RU"/>
              </w:rPr>
              <w:t>VB 1 Nomadic Lifestyle. Кочевой образ жизни</w:t>
            </w:r>
          </w:p>
        </w:tc>
        <w:tc>
          <w:tcPr>
            <w:tcW w:w="850" w:type="dxa"/>
            <w:tcBorders>
              <w:top w:val="nil"/>
              <w:left w:val="single" w:sz="4" w:space="0" w:color="auto"/>
              <w:bottom w:val="single" w:sz="4" w:space="0" w:color="auto"/>
              <w:right w:val="single" w:sz="4" w:space="0" w:color="auto"/>
            </w:tcBorders>
            <w:shd w:val="clear" w:color="auto" w:fill="auto"/>
            <w:noWrap/>
            <w:hideMark/>
          </w:tcPr>
          <w:p w14:paraId="36894F0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CAA48A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3BB187C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E91249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B5894C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1050B9CA"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eastAsia="ru-RU"/>
              </w:rPr>
              <w:t>VB</w:t>
            </w:r>
            <w:r w:rsidRPr="001117C6">
              <w:rPr>
                <w:rFonts w:ascii="Times New Roman" w:eastAsia="Times New Roman" w:hAnsi="Times New Roman" w:cs="Times New Roman"/>
                <w:color w:val="000000"/>
                <w:sz w:val="24"/>
                <w:szCs w:val="24"/>
                <w:lang w:eastAsia="ru-RU"/>
              </w:rPr>
              <w:t xml:space="preserve"> 2 </w:t>
            </w:r>
            <w:r w:rsidRPr="001117C6">
              <w:rPr>
                <w:rFonts w:ascii="Times New Roman" w:eastAsia="Times New Roman" w:hAnsi="Times New Roman" w:cs="Times New Roman"/>
                <w:color w:val="000000"/>
                <w:sz w:val="24"/>
                <w:szCs w:val="24"/>
                <w:lang w:val="en-US" w:eastAsia="ru-RU"/>
              </w:rPr>
              <w:t>People</w:t>
            </w:r>
            <w:r w:rsidRPr="001117C6">
              <w:rPr>
                <w:rFonts w:ascii="Times New Roman" w:eastAsia="Times New Roman" w:hAnsi="Times New Roman" w:cs="Times New Roman"/>
                <w:sz w:val="24"/>
                <w:szCs w:val="24"/>
              </w:rPr>
              <w:t xml:space="preserve">/Люди. Внешность. Характер. </w:t>
            </w:r>
            <w:r w:rsidRPr="001117C6">
              <w:rPr>
                <w:rFonts w:ascii="Times New Roman" w:eastAsia="Times New Roman" w:hAnsi="Times New Roman" w:cs="Times New Roman"/>
                <w:sz w:val="24"/>
                <w:szCs w:val="24"/>
                <w:lang w:val="en-US"/>
              </w:rPr>
              <w:t>Антонимы</w:t>
            </w:r>
          </w:p>
        </w:tc>
        <w:tc>
          <w:tcPr>
            <w:tcW w:w="850" w:type="dxa"/>
            <w:tcBorders>
              <w:top w:val="nil"/>
              <w:left w:val="single" w:sz="4" w:space="0" w:color="auto"/>
              <w:bottom w:val="single" w:sz="4" w:space="0" w:color="auto"/>
              <w:right w:val="single" w:sz="4" w:space="0" w:color="auto"/>
            </w:tcBorders>
            <w:shd w:val="clear" w:color="auto" w:fill="auto"/>
            <w:noWrap/>
            <w:hideMark/>
          </w:tcPr>
          <w:p w14:paraId="03F43B0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shd w:val="clear" w:color="auto" w:fill="auto"/>
          </w:tcPr>
          <w:p w14:paraId="4B8A0BD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shd w:val="clear" w:color="auto" w:fill="auto"/>
          </w:tcPr>
          <w:p w14:paraId="09F4C75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1EBC8D2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135543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25EDF936"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1</w:t>
            </w:r>
            <w:r w:rsidRPr="001117C6">
              <w:rPr>
                <w:rFonts w:ascii="Times New Roman" w:eastAsia="Times New Roman" w:hAnsi="Times New Roman" w:cs="Times New Roman"/>
                <w:sz w:val="24"/>
                <w:szCs w:val="24"/>
                <w:lang w:val="en-US"/>
              </w:rPr>
              <w:t>b</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Culture</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Shock</w:t>
            </w:r>
            <w:r w:rsidRPr="001117C6">
              <w:rPr>
                <w:rFonts w:ascii="Times New Roman" w:eastAsia="Times New Roman" w:hAnsi="Times New Roman" w:cs="Times New Roman"/>
                <w:sz w:val="24"/>
                <w:szCs w:val="24"/>
              </w:rPr>
              <w:t xml:space="preserve">. Культурный шок. Описание человека на картинке и его стиль жизни. </w:t>
            </w:r>
            <w:r w:rsidRPr="001117C6">
              <w:rPr>
                <w:rFonts w:ascii="Times New Roman" w:eastAsia="Times New Roman" w:hAnsi="Times New Roman" w:cs="Times New Roman"/>
                <w:sz w:val="24"/>
                <w:szCs w:val="24"/>
                <w:lang w:val="en-US"/>
              </w:rPr>
              <w:t>Лексика по теме.</w:t>
            </w:r>
          </w:p>
        </w:tc>
        <w:tc>
          <w:tcPr>
            <w:tcW w:w="850" w:type="dxa"/>
            <w:tcBorders>
              <w:top w:val="nil"/>
              <w:left w:val="single" w:sz="4" w:space="0" w:color="auto"/>
              <w:bottom w:val="single" w:sz="4" w:space="0" w:color="auto"/>
              <w:right w:val="single" w:sz="4" w:space="0" w:color="auto"/>
            </w:tcBorders>
            <w:shd w:val="clear" w:color="auto" w:fill="auto"/>
            <w:noWrap/>
            <w:hideMark/>
          </w:tcPr>
          <w:p w14:paraId="357E5E1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BEB76A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3340BF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75495E8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280CDE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26775CC"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rPr>
              <w:t xml:space="preserve">Культурный шок. Жизнь в племени. </w:t>
            </w:r>
            <w:r w:rsidRPr="001117C6">
              <w:rPr>
                <w:rFonts w:ascii="Times New Roman" w:eastAsia="Times New Roman" w:hAnsi="Times New Roman" w:cs="Times New Roman"/>
                <w:sz w:val="24"/>
                <w:szCs w:val="24"/>
                <w:lang w:val="en-US"/>
              </w:rPr>
              <w:t>Stative verbs.</w:t>
            </w:r>
          </w:p>
        </w:tc>
        <w:tc>
          <w:tcPr>
            <w:tcW w:w="850" w:type="dxa"/>
            <w:tcBorders>
              <w:top w:val="nil"/>
              <w:left w:val="single" w:sz="4" w:space="0" w:color="auto"/>
              <w:bottom w:val="single" w:sz="4" w:space="0" w:color="auto"/>
              <w:right w:val="single" w:sz="4" w:space="0" w:color="auto"/>
            </w:tcBorders>
            <w:shd w:val="clear" w:color="auto" w:fill="auto"/>
            <w:noWrap/>
            <w:hideMark/>
          </w:tcPr>
          <w:p w14:paraId="361F086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F91089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A0462A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42787CD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ABD6F2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05D6DCD"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 xml:space="preserve">Культурный шок </w:t>
            </w:r>
            <w:r w:rsidRPr="001117C6">
              <w:rPr>
                <w:rFonts w:ascii="Times New Roman" w:eastAsia="Times New Roman" w:hAnsi="Times New Roman" w:cs="Times New Roman"/>
                <w:sz w:val="24"/>
                <w:szCs w:val="24"/>
                <w:lang w:val="en-US"/>
              </w:rPr>
              <w:t>Past tenses</w:t>
            </w:r>
          </w:p>
        </w:tc>
        <w:tc>
          <w:tcPr>
            <w:tcW w:w="850" w:type="dxa"/>
            <w:tcBorders>
              <w:top w:val="nil"/>
              <w:left w:val="single" w:sz="4" w:space="0" w:color="auto"/>
              <w:bottom w:val="single" w:sz="4" w:space="0" w:color="auto"/>
              <w:right w:val="single" w:sz="4" w:space="0" w:color="auto"/>
            </w:tcBorders>
            <w:shd w:val="clear" w:color="auto" w:fill="auto"/>
            <w:noWrap/>
            <w:hideMark/>
          </w:tcPr>
          <w:p w14:paraId="4B4A346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8C83E1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3502AB7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C8A2093"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35A6667"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E174187"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 xml:space="preserve">Культурный шок </w:t>
            </w:r>
            <w:r w:rsidRPr="001117C6">
              <w:rPr>
                <w:rFonts w:ascii="Times New Roman" w:eastAsia="Times New Roman" w:hAnsi="Times New Roman" w:cs="Times New Roman"/>
                <w:sz w:val="24"/>
                <w:szCs w:val="24"/>
                <w:lang w:val="en-US"/>
              </w:rPr>
              <w:t>Past tenses</w:t>
            </w:r>
          </w:p>
        </w:tc>
        <w:tc>
          <w:tcPr>
            <w:tcW w:w="850" w:type="dxa"/>
            <w:tcBorders>
              <w:top w:val="nil"/>
              <w:left w:val="single" w:sz="4" w:space="0" w:color="auto"/>
              <w:bottom w:val="single" w:sz="4" w:space="0" w:color="auto"/>
              <w:right w:val="single" w:sz="4" w:space="0" w:color="auto"/>
            </w:tcBorders>
            <w:shd w:val="clear" w:color="auto" w:fill="auto"/>
            <w:noWrap/>
          </w:tcPr>
          <w:p w14:paraId="3D39B62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277" w:type="dxa"/>
            <w:tcBorders>
              <w:top w:val="nil"/>
              <w:left w:val="nil"/>
              <w:bottom w:val="single" w:sz="4" w:space="0" w:color="auto"/>
              <w:right w:val="single" w:sz="4" w:space="0" w:color="auto"/>
            </w:tcBorders>
          </w:tcPr>
          <w:p w14:paraId="6A0DD56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FC0A51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A77E8B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601592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CC64366"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1</w:t>
            </w:r>
            <w:r w:rsidRPr="001117C6">
              <w:rPr>
                <w:rFonts w:ascii="Times New Roman" w:eastAsia="Times New Roman" w:hAnsi="Times New Roman" w:cs="Times New Roman"/>
                <w:sz w:val="24"/>
                <w:szCs w:val="24"/>
                <w:lang w:val="en-US"/>
              </w:rPr>
              <w:t>e</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Alternative</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Living</w:t>
            </w:r>
            <w:r w:rsidRPr="001117C6">
              <w:rPr>
                <w:rFonts w:ascii="Times New Roman" w:eastAsia="Times New Roman" w:hAnsi="Times New Roman" w:cs="Times New Roman"/>
                <w:sz w:val="24"/>
                <w:szCs w:val="24"/>
              </w:rPr>
              <w:t>. Альтернативный образ жизни. ИТ проект «Как уменьшить количество отходов?»</w:t>
            </w:r>
          </w:p>
        </w:tc>
        <w:tc>
          <w:tcPr>
            <w:tcW w:w="850" w:type="dxa"/>
            <w:tcBorders>
              <w:top w:val="nil"/>
              <w:left w:val="single" w:sz="4" w:space="0" w:color="auto"/>
              <w:bottom w:val="single" w:sz="4" w:space="0" w:color="auto"/>
              <w:right w:val="single" w:sz="4" w:space="0" w:color="auto"/>
            </w:tcBorders>
            <w:shd w:val="clear" w:color="auto" w:fill="auto"/>
            <w:noWrap/>
            <w:hideMark/>
          </w:tcPr>
          <w:p w14:paraId="1D14812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6ABEB5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7C6F721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DC38E8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5289086"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03D33CE"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 xml:space="preserve">1f A Home from Home. </w:t>
            </w:r>
            <w:r w:rsidRPr="001117C6">
              <w:rPr>
                <w:rFonts w:ascii="Times New Roman" w:eastAsia="Times New Roman" w:hAnsi="Times New Roman" w:cs="Times New Roman"/>
                <w:sz w:val="24"/>
                <w:szCs w:val="24"/>
              </w:rPr>
              <w:t>Дом не дома. Аэропорт Хитроу (Тест множественного выбора).</w:t>
            </w:r>
          </w:p>
        </w:tc>
        <w:tc>
          <w:tcPr>
            <w:tcW w:w="850" w:type="dxa"/>
            <w:tcBorders>
              <w:top w:val="nil"/>
              <w:left w:val="single" w:sz="4" w:space="0" w:color="auto"/>
              <w:bottom w:val="single" w:sz="4" w:space="0" w:color="auto"/>
              <w:right w:val="single" w:sz="4" w:space="0" w:color="auto"/>
            </w:tcBorders>
            <w:shd w:val="clear" w:color="auto" w:fill="auto"/>
            <w:noWrap/>
            <w:hideMark/>
          </w:tcPr>
          <w:p w14:paraId="06F9387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1F8ADF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C358F3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12A9E06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23F228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B1BDD25"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A</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Home</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from</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Home</w:t>
            </w:r>
            <w:r w:rsidRPr="001117C6">
              <w:rPr>
                <w:rFonts w:ascii="Times New Roman" w:eastAsia="Times New Roman" w:hAnsi="Times New Roman" w:cs="Times New Roman"/>
                <w:sz w:val="24"/>
                <w:szCs w:val="24"/>
              </w:rPr>
              <w:t>. Степени сравнения прилагательных и наречий. Сравнение своей жизни с жизнью жителя аэропорта.</w:t>
            </w:r>
          </w:p>
        </w:tc>
        <w:tc>
          <w:tcPr>
            <w:tcW w:w="850" w:type="dxa"/>
            <w:tcBorders>
              <w:top w:val="nil"/>
              <w:left w:val="single" w:sz="4" w:space="0" w:color="auto"/>
              <w:bottom w:val="single" w:sz="4" w:space="0" w:color="auto"/>
              <w:right w:val="single" w:sz="4" w:space="0" w:color="auto"/>
            </w:tcBorders>
            <w:shd w:val="clear" w:color="auto" w:fill="auto"/>
            <w:noWrap/>
            <w:hideMark/>
          </w:tcPr>
          <w:p w14:paraId="26FFC15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CA7F10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11D77B8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6FFAF462"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A128F6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5146744"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VB5 Airport. Словосочетания.</w:t>
            </w:r>
          </w:p>
        </w:tc>
        <w:tc>
          <w:tcPr>
            <w:tcW w:w="850" w:type="dxa"/>
            <w:tcBorders>
              <w:top w:val="nil"/>
              <w:left w:val="single" w:sz="4" w:space="0" w:color="auto"/>
              <w:bottom w:val="single" w:sz="4" w:space="0" w:color="auto"/>
              <w:right w:val="single" w:sz="4" w:space="0" w:color="auto"/>
            </w:tcBorders>
            <w:shd w:val="clear" w:color="auto" w:fill="auto"/>
            <w:noWrap/>
            <w:hideMark/>
          </w:tcPr>
          <w:p w14:paraId="0ACA776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45403F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627CD4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07B5F3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97E3A7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A96434B" w14:textId="06F55BC5" w:rsidR="00595E4A" w:rsidRPr="007A1091"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 xml:space="preserve">Повседневные проблемы и неприятности. Лексика. </w:t>
            </w:r>
            <w:r w:rsidR="007A1091">
              <w:rPr>
                <w:rFonts w:ascii="Times New Roman" w:eastAsia="Times New Roman" w:hAnsi="Times New Roman" w:cs="Times New Roman"/>
                <w:sz w:val="24"/>
                <w:szCs w:val="24"/>
              </w:rPr>
              <w:t>Диалогическая речь, обсуждение проблем в парах.</w:t>
            </w:r>
          </w:p>
        </w:tc>
        <w:tc>
          <w:tcPr>
            <w:tcW w:w="850" w:type="dxa"/>
            <w:tcBorders>
              <w:top w:val="nil"/>
              <w:left w:val="single" w:sz="4" w:space="0" w:color="auto"/>
              <w:bottom w:val="single" w:sz="4" w:space="0" w:color="auto"/>
              <w:right w:val="single" w:sz="4" w:space="0" w:color="auto"/>
            </w:tcBorders>
            <w:shd w:val="clear" w:color="auto" w:fill="auto"/>
            <w:noWrap/>
            <w:hideMark/>
          </w:tcPr>
          <w:p w14:paraId="01A0807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56C53F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7DE915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6F39D1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8003435"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ADF9D12" w14:textId="77777777" w:rsidR="00595E4A" w:rsidRPr="001117C6" w:rsidRDefault="00595E4A" w:rsidP="001117C6">
            <w:pPr>
              <w:spacing w:after="0" w:line="240" w:lineRule="auto"/>
              <w:rPr>
                <w:rFonts w:ascii="Times New Roman" w:eastAsia="Times New Roman" w:hAnsi="Times New Roman" w:cs="Times New Roman"/>
                <w:sz w:val="24"/>
                <w:szCs w:val="24"/>
                <w:highlight w:val="yellow"/>
                <w:lang w:val="en-US"/>
              </w:rPr>
            </w:pPr>
            <w:r w:rsidRPr="001117C6">
              <w:rPr>
                <w:rFonts w:ascii="Times New Roman" w:eastAsia="Times New Roman" w:hAnsi="Times New Roman" w:cs="Times New Roman"/>
                <w:sz w:val="24"/>
                <w:szCs w:val="24"/>
              </w:rPr>
              <w:t>1</w:t>
            </w:r>
            <w:r w:rsidRPr="001117C6">
              <w:rPr>
                <w:rFonts w:ascii="Times New Roman" w:eastAsia="Times New Roman" w:hAnsi="Times New Roman" w:cs="Times New Roman"/>
                <w:sz w:val="24"/>
                <w:szCs w:val="24"/>
                <w:lang w:val="en-US"/>
              </w:rPr>
              <w:t>i</w:t>
            </w:r>
            <w:r w:rsidRPr="001117C6">
              <w:rPr>
                <w:rFonts w:ascii="Times New Roman" w:eastAsia="Times New Roman" w:hAnsi="Times New Roman" w:cs="Times New Roman"/>
                <w:sz w:val="24"/>
                <w:szCs w:val="24"/>
              </w:rPr>
              <w:t xml:space="preserve"> Письмо. Эссе «за» и «против». </w:t>
            </w:r>
            <w:r w:rsidRPr="001117C6">
              <w:rPr>
                <w:rFonts w:ascii="Times New Roman" w:eastAsia="Times New Roman" w:hAnsi="Times New Roman" w:cs="Times New Roman"/>
                <w:sz w:val="24"/>
                <w:szCs w:val="24"/>
                <w:lang w:val="en-US"/>
              </w:rPr>
              <w:t>Средства логической связи.</w:t>
            </w:r>
          </w:p>
        </w:tc>
        <w:tc>
          <w:tcPr>
            <w:tcW w:w="850" w:type="dxa"/>
            <w:tcBorders>
              <w:top w:val="nil"/>
              <w:left w:val="single" w:sz="4" w:space="0" w:color="auto"/>
              <w:bottom w:val="single" w:sz="4" w:space="0" w:color="auto"/>
              <w:right w:val="single" w:sz="4" w:space="0" w:color="auto"/>
            </w:tcBorders>
            <w:shd w:val="clear" w:color="auto" w:fill="auto"/>
            <w:noWrap/>
            <w:hideMark/>
          </w:tcPr>
          <w:p w14:paraId="6F99AC8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57CB3F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4C10435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9BDD31C"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ADE88A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62DF7FC"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color w:val="000000"/>
                <w:sz w:val="24"/>
                <w:szCs w:val="24"/>
                <w:lang w:val="en-US" w:eastAsia="ru-RU"/>
              </w:rPr>
              <w:t>WB</w:t>
            </w:r>
            <w:r w:rsidRPr="001117C6">
              <w:rPr>
                <w:rFonts w:ascii="Times New Roman" w:eastAsia="Times New Roman" w:hAnsi="Times New Roman" w:cs="Times New Roman"/>
                <w:color w:val="000000"/>
                <w:sz w:val="24"/>
                <w:szCs w:val="24"/>
                <w:lang w:eastAsia="ru-RU"/>
              </w:rPr>
              <w:t xml:space="preserve"> 1 </w:t>
            </w:r>
            <w:r w:rsidRPr="001117C6">
              <w:rPr>
                <w:rFonts w:ascii="Times New Roman" w:eastAsia="Times New Roman" w:hAnsi="Times New Roman" w:cs="Times New Roman"/>
                <w:sz w:val="24"/>
                <w:szCs w:val="24"/>
                <w:lang w:val="en-US"/>
              </w:rPr>
              <w:t>For</w:t>
            </w:r>
            <w:r w:rsidRPr="001117C6">
              <w:rPr>
                <w:rFonts w:ascii="Times New Roman" w:eastAsia="Times New Roman" w:hAnsi="Times New Roman" w:cs="Times New Roman"/>
                <w:sz w:val="24"/>
                <w:szCs w:val="24"/>
              </w:rPr>
              <w:t xml:space="preserve"> &amp; </w:t>
            </w:r>
            <w:r w:rsidRPr="001117C6">
              <w:rPr>
                <w:rFonts w:ascii="Times New Roman" w:eastAsia="Times New Roman" w:hAnsi="Times New Roman" w:cs="Times New Roman"/>
                <w:sz w:val="24"/>
                <w:szCs w:val="24"/>
                <w:lang w:val="en-US"/>
              </w:rPr>
              <w:t>Against</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Essays</w:t>
            </w:r>
            <w:r w:rsidRPr="001117C6">
              <w:rPr>
                <w:rFonts w:ascii="Times New Roman" w:eastAsia="Times New Roman" w:hAnsi="Times New Roman" w:cs="Times New Roman"/>
                <w:sz w:val="24"/>
                <w:szCs w:val="24"/>
              </w:rPr>
              <w:t>. Эссе «за» и «против». Причины, примеры, аргументации.</w:t>
            </w:r>
          </w:p>
        </w:tc>
        <w:tc>
          <w:tcPr>
            <w:tcW w:w="850" w:type="dxa"/>
            <w:tcBorders>
              <w:top w:val="nil"/>
              <w:left w:val="single" w:sz="4" w:space="0" w:color="auto"/>
              <w:bottom w:val="single" w:sz="4" w:space="0" w:color="auto"/>
              <w:right w:val="single" w:sz="4" w:space="0" w:color="auto"/>
            </w:tcBorders>
            <w:shd w:val="clear" w:color="auto" w:fill="auto"/>
            <w:noWrap/>
            <w:hideMark/>
          </w:tcPr>
          <w:p w14:paraId="5C8F861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91810D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7B4A3AC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098A7B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258CBE3"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392A0D4"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lang w:val="en-US"/>
              </w:rPr>
              <w:t>Skill</w:t>
            </w:r>
            <w:r w:rsidRPr="001117C6">
              <w:rPr>
                <w:rFonts w:ascii="Times New Roman" w:eastAsia="Times New Roman" w:hAnsi="Times New Roman" w:cs="Times New Roman"/>
                <w:sz w:val="24"/>
                <w:szCs w:val="24"/>
              </w:rPr>
              <w:t xml:space="preserve"> 1 Речевые умения. Работа с моно лингвистическим словарем. </w:t>
            </w:r>
            <w:r w:rsidRPr="001117C6">
              <w:rPr>
                <w:rFonts w:ascii="Times New Roman" w:eastAsia="Times New Roman" w:hAnsi="Times New Roman" w:cs="Times New Roman"/>
                <w:sz w:val="24"/>
                <w:szCs w:val="24"/>
                <w:lang w:val="en-US"/>
              </w:rPr>
              <w:t>Аудирование ситуативных диалогов.</w:t>
            </w:r>
          </w:p>
        </w:tc>
        <w:tc>
          <w:tcPr>
            <w:tcW w:w="850" w:type="dxa"/>
            <w:tcBorders>
              <w:top w:val="nil"/>
              <w:left w:val="single" w:sz="4" w:space="0" w:color="auto"/>
              <w:bottom w:val="single" w:sz="4" w:space="0" w:color="auto"/>
              <w:right w:val="single" w:sz="4" w:space="0" w:color="auto"/>
            </w:tcBorders>
            <w:shd w:val="clear" w:color="auto" w:fill="auto"/>
            <w:noWrap/>
            <w:hideMark/>
          </w:tcPr>
          <w:p w14:paraId="7B30A4E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43415F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D3BF7A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707508A2"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B6726D2"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2F490C33"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 xml:space="preserve">Language in Use. Язык на практике. </w:t>
            </w:r>
            <w:r w:rsidRPr="001117C6">
              <w:rPr>
                <w:rFonts w:ascii="Times New Roman" w:eastAsia="Times New Roman" w:hAnsi="Times New Roman" w:cs="Times New Roman"/>
                <w:color w:val="000000"/>
                <w:sz w:val="24"/>
                <w:szCs w:val="24"/>
                <w:lang w:val="en-US" w:eastAsia="ru-RU"/>
              </w:rPr>
              <w:t>Фразовые глаголы – carry, pass, hold, get, catch, look.</w:t>
            </w:r>
          </w:p>
        </w:tc>
        <w:tc>
          <w:tcPr>
            <w:tcW w:w="850" w:type="dxa"/>
            <w:tcBorders>
              <w:top w:val="nil"/>
              <w:left w:val="single" w:sz="4" w:space="0" w:color="auto"/>
              <w:bottom w:val="single" w:sz="4" w:space="0" w:color="auto"/>
              <w:right w:val="single" w:sz="4" w:space="0" w:color="auto"/>
            </w:tcBorders>
            <w:shd w:val="clear" w:color="auto" w:fill="auto"/>
            <w:noWrap/>
            <w:hideMark/>
          </w:tcPr>
          <w:p w14:paraId="2065C61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B6C1CD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7D9C4E4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9F6CF1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8C039A3"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16FE0A1" w14:textId="0A3C1B99" w:rsidR="00595E4A" w:rsidRPr="007A1091" w:rsidRDefault="007A1091" w:rsidP="001117C6">
            <w:pPr>
              <w:spacing w:after="0" w:line="240" w:lineRule="auto"/>
              <w:rPr>
                <w:rFonts w:ascii="Times New Roman" w:eastAsia="Times New Roman" w:hAnsi="Times New Roman" w:cs="Times New Roman"/>
                <w:b/>
                <w:sz w:val="24"/>
                <w:szCs w:val="24"/>
              </w:rPr>
            </w:pPr>
            <w:r w:rsidRPr="007A1091">
              <w:rPr>
                <w:rFonts w:ascii="Times New Roman" w:eastAsia="Times New Roman" w:hAnsi="Times New Roman" w:cs="Times New Roman"/>
                <w:b/>
                <w:sz w:val="24"/>
                <w:szCs w:val="24"/>
              </w:rPr>
              <w:t>Контрольная работа №1</w:t>
            </w:r>
          </w:p>
        </w:tc>
        <w:tc>
          <w:tcPr>
            <w:tcW w:w="850" w:type="dxa"/>
            <w:tcBorders>
              <w:top w:val="nil"/>
              <w:left w:val="single" w:sz="4" w:space="0" w:color="auto"/>
              <w:bottom w:val="single" w:sz="4" w:space="0" w:color="auto"/>
              <w:right w:val="single" w:sz="4" w:space="0" w:color="auto"/>
            </w:tcBorders>
            <w:shd w:val="clear" w:color="auto" w:fill="auto"/>
            <w:noWrap/>
            <w:hideMark/>
          </w:tcPr>
          <w:p w14:paraId="4C09661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F9E65E3" w14:textId="104EB641" w:rsidR="00595E4A" w:rsidRPr="007A1091" w:rsidRDefault="007A1091" w:rsidP="001117C6">
            <w:pPr>
              <w:spacing w:after="0" w:line="240" w:lineRule="auto"/>
              <w:jc w:val="center"/>
              <w:rPr>
                <w:rFonts w:ascii="Times New Roman" w:eastAsia="Times New Roman" w:hAnsi="Times New Roman" w:cs="Times New Roman"/>
                <w:b/>
                <w:color w:val="000000"/>
                <w:sz w:val="24"/>
                <w:szCs w:val="24"/>
                <w:lang w:eastAsia="ru-RU"/>
              </w:rPr>
            </w:pPr>
            <w:r w:rsidRPr="007A1091">
              <w:rPr>
                <w:rFonts w:ascii="Times New Roman" w:eastAsia="Times New Roman" w:hAnsi="Times New Roman" w:cs="Times New Roman"/>
                <w:b/>
                <w:color w:val="000000"/>
                <w:sz w:val="24"/>
                <w:szCs w:val="24"/>
                <w:lang w:eastAsia="ru-RU"/>
              </w:rPr>
              <w:t>1</w:t>
            </w:r>
          </w:p>
        </w:tc>
        <w:tc>
          <w:tcPr>
            <w:tcW w:w="1730" w:type="dxa"/>
            <w:tcBorders>
              <w:top w:val="nil"/>
              <w:left w:val="nil"/>
              <w:bottom w:val="single" w:sz="4" w:space="0" w:color="auto"/>
              <w:right w:val="single" w:sz="4" w:space="0" w:color="auto"/>
            </w:tcBorders>
          </w:tcPr>
          <w:p w14:paraId="1AB76DAA" w14:textId="25460986" w:rsidR="00595E4A" w:rsidRPr="007A1091" w:rsidRDefault="007A1091" w:rsidP="001117C6">
            <w:pPr>
              <w:spacing w:after="0" w:line="240" w:lineRule="auto"/>
              <w:jc w:val="center"/>
              <w:rPr>
                <w:rFonts w:ascii="Times New Roman" w:eastAsia="Times New Roman" w:hAnsi="Times New Roman" w:cs="Times New Roman"/>
                <w:b/>
                <w:color w:val="000000"/>
                <w:sz w:val="24"/>
                <w:szCs w:val="24"/>
                <w:lang w:eastAsia="ru-RU"/>
              </w:rPr>
            </w:pPr>
            <w:r w:rsidRPr="007A1091">
              <w:rPr>
                <w:rFonts w:ascii="Times New Roman" w:eastAsia="Times New Roman" w:hAnsi="Times New Roman" w:cs="Times New Roman"/>
                <w:b/>
                <w:color w:val="000000"/>
                <w:sz w:val="24"/>
                <w:szCs w:val="24"/>
                <w:lang w:eastAsia="ru-RU"/>
              </w:rPr>
              <w:t>тест</w:t>
            </w:r>
          </w:p>
        </w:tc>
      </w:tr>
      <w:tr w:rsidR="00595E4A" w:rsidRPr="001117C6" w14:paraId="2EB9B65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C72EE35"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0294D15"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 xml:space="preserve">МОДУЛЬ 2. </w:t>
            </w:r>
            <w:r w:rsidRPr="001117C6">
              <w:rPr>
                <w:rFonts w:ascii="Times New Roman" w:eastAsia="Times New Roman" w:hAnsi="Times New Roman" w:cs="Times New Roman"/>
                <w:sz w:val="24"/>
                <w:szCs w:val="24"/>
                <w:lang w:val="en-US"/>
              </w:rPr>
              <w:t>EXTREME</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FACTS</w:t>
            </w:r>
            <w:r w:rsidRPr="001117C6">
              <w:rPr>
                <w:rFonts w:ascii="Times New Roman" w:eastAsia="Times New Roman" w:hAnsi="Times New Roman" w:cs="Times New Roman"/>
                <w:sz w:val="24"/>
                <w:szCs w:val="24"/>
              </w:rPr>
              <w:t>/Экстремальные факты. Лексика по теме</w:t>
            </w:r>
            <w:r w:rsidR="00315B18"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rPr>
              <w:t>к текстам.</w:t>
            </w:r>
          </w:p>
        </w:tc>
        <w:tc>
          <w:tcPr>
            <w:tcW w:w="850" w:type="dxa"/>
            <w:tcBorders>
              <w:top w:val="nil"/>
              <w:left w:val="single" w:sz="4" w:space="0" w:color="auto"/>
              <w:bottom w:val="single" w:sz="4" w:space="0" w:color="auto"/>
              <w:right w:val="single" w:sz="4" w:space="0" w:color="auto"/>
            </w:tcBorders>
            <w:shd w:val="clear" w:color="auto" w:fill="auto"/>
            <w:noWrap/>
            <w:hideMark/>
          </w:tcPr>
          <w:p w14:paraId="0B7EF2B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0318F3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2850618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24B066AA"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594A941"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532DFC4D"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 xml:space="preserve">2а </w:t>
            </w:r>
            <w:r w:rsidRPr="001117C6">
              <w:rPr>
                <w:rFonts w:ascii="Times New Roman" w:eastAsia="Times New Roman" w:hAnsi="Times New Roman" w:cs="Times New Roman"/>
                <w:sz w:val="24"/>
                <w:szCs w:val="24"/>
                <w:lang w:val="en-US"/>
              </w:rPr>
              <w:t>Would</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you</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dare</w:t>
            </w:r>
            <w:r w:rsidRPr="001117C6">
              <w:rPr>
                <w:rFonts w:ascii="Times New Roman" w:eastAsia="Times New Roman" w:hAnsi="Times New Roman" w:cs="Times New Roman"/>
                <w:sz w:val="24"/>
                <w:szCs w:val="24"/>
              </w:rPr>
              <w:t xml:space="preserve">? / А ты бы осмелился? Есть ли эти насекомые в России? </w:t>
            </w:r>
            <w:r w:rsidRPr="001117C6">
              <w:rPr>
                <w:rFonts w:ascii="Times New Roman" w:eastAsia="Times New Roman" w:hAnsi="Times New Roman" w:cs="Times New Roman"/>
                <w:sz w:val="24"/>
                <w:szCs w:val="24"/>
                <w:lang w:val="en-US"/>
              </w:rPr>
              <w:t>Чем они полезны?</w:t>
            </w:r>
          </w:p>
        </w:tc>
        <w:tc>
          <w:tcPr>
            <w:tcW w:w="850" w:type="dxa"/>
            <w:tcBorders>
              <w:top w:val="nil"/>
              <w:left w:val="single" w:sz="4" w:space="0" w:color="auto"/>
              <w:bottom w:val="single" w:sz="4" w:space="0" w:color="auto"/>
              <w:right w:val="single" w:sz="4" w:space="0" w:color="auto"/>
            </w:tcBorders>
            <w:shd w:val="clear" w:color="auto" w:fill="auto"/>
            <w:noWrap/>
            <w:hideMark/>
          </w:tcPr>
          <w:p w14:paraId="2635001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A50942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6051297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39B406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E5F5696"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A896F44" w14:textId="5A662F9E"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2а Способы приготовления еды.</w:t>
            </w:r>
          </w:p>
        </w:tc>
        <w:tc>
          <w:tcPr>
            <w:tcW w:w="850" w:type="dxa"/>
            <w:tcBorders>
              <w:top w:val="nil"/>
              <w:left w:val="single" w:sz="4" w:space="0" w:color="auto"/>
              <w:bottom w:val="single" w:sz="4" w:space="0" w:color="auto"/>
              <w:right w:val="single" w:sz="4" w:space="0" w:color="auto"/>
            </w:tcBorders>
            <w:shd w:val="clear" w:color="auto" w:fill="auto"/>
            <w:noWrap/>
            <w:hideMark/>
          </w:tcPr>
          <w:p w14:paraId="157E551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A929DC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5BBE05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09327B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602897C"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A611A42"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Future Tenses.</w:t>
            </w:r>
          </w:p>
        </w:tc>
        <w:tc>
          <w:tcPr>
            <w:tcW w:w="850" w:type="dxa"/>
            <w:tcBorders>
              <w:top w:val="nil"/>
              <w:left w:val="single" w:sz="4" w:space="0" w:color="auto"/>
              <w:bottom w:val="single" w:sz="4" w:space="0" w:color="auto"/>
              <w:right w:val="single" w:sz="4" w:space="0" w:color="auto"/>
            </w:tcBorders>
            <w:shd w:val="clear" w:color="auto" w:fill="auto"/>
            <w:noWrap/>
          </w:tcPr>
          <w:p w14:paraId="7A39495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2C06A8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AC271C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FE5242A"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866D10D"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B6E9D18"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VB</w:t>
            </w:r>
            <w:r w:rsidRPr="001117C6">
              <w:rPr>
                <w:rFonts w:ascii="Times New Roman" w:eastAsia="Times New Roman" w:hAnsi="Times New Roman" w:cs="Times New Roman"/>
                <w:sz w:val="24"/>
                <w:szCs w:val="24"/>
              </w:rPr>
              <w:t xml:space="preserve"> 6 </w:t>
            </w:r>
            <w:r w:rsidRPr="001117C6">
              <w:rPr>
                <w:rFonts w:ascii="Times New Roman" w:eastAsia="Times New Roman" w:hAnsi="Times New Roman" w:cs="Times New Roman"/>
                <w:sz w:val="24"/>
                <w:szCs w:val="24"/>
                <w:lang w:val="en-US"/>
              </w:rPr>
              <w:t>Would</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you</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dare</w:t>
            </w:r>
            <w:r w:rsidRPr="001117C6">
              <w:rPr>
                <w:rFonts w:ascii="Times New Roman" w:eastAsia="Times New Roman" w:hAnsi="Times New Roman" w:cs="Times New Roman"/>
                <w:sz w:val="24"/>
                <w:szCs w:val="24"/>
              </w:rPr>
              <w:t xml:space="preserve">? / А ты бы осмелился? </w:t>
            </w:r>
            <w:r w:rsidRPr="001117C6">
              <w:rPr>
                <w:rFonts w:ascii="Times New Roman" w:eastAsia="Times New Roman" w:hAnsi="Times New Roman" w:cs="Times New Roman"/>
                <w:sz w:val="24"/>
                <w:szCs w:val="24"/>
                <w:lang w:val="en-US"/>
              </w:rPr>
              <w:t>Future tenses</w:t>
            </w:r>
          </w:p>
        </w:tc>
        <w:tc>
          <w:tcPr>
            <w:tcW w:w="850" w:type="dxa"/>
            <w:tcBorders>
              <w:top w:val="nil"/>
              <w:left w:val="single" w:sz="4" w:space="0" w:color="auto"/>
              <w:bottom w:val="single" w:sz="4" w:space="0" w:color="auto"/>
              <w:right w:val="single" w:sz="4" w:space="0" w:color="auto"/>
            </w:tcBorders>
            <w:shd w:val="clear" w:color="auto" w:fill="auto"/>
            <w:noWrap/>
            <w:hideMark/>
          </w:tcPr>
          <w:p w14:paraId="2D8D57A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2679CA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7BF0CC9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415D77E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4A9521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EC05A90"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VB 7-8 Preparing Food. /</w:t>
            </w:r>
            <w:r w:rsidRPr="001117C6">
              <w:rPr>
                <w:rFonts w:ascii="Times New Roman" w:eastAsia="Times New Roman" w:hAnsi="Times New Roman" w:cs="Times New Roman"/>
                <w:sz w:val="24"/>
                <w:szCs w:val="24"/>
              </w:rPr>
              <w:t>Готовим</w:t>
            </w:r>
            <w:r w:rsidRPr="001117C6">
              <w:rPr>
                <w:rFonts w:ascii="Times New Roman" w:eastAsia="Times New Roman" w:hAnsi="Times New Roman" w:cs="Times New Roman"/>
                <w:sz w:val="24"/>
                <w:szCs w:val="24"/>
                <w:lang w:val="en-US"/>
              </w:rPr>
              <w:t xml:space="preserve"> </w:t>
            </w:r>
            <w:r w:rsidRPr="001117C6">
              <w:rPr>
                <w:rFonts w:ascii="Times New Roman" w:eastAsia="Times New Roman" w:hAnsi="Times New Roman" w:cs="Times New Roman"/>
                <w:sz w:val="24"/>
                <w:szCs w:val="24"/>
              </w:rPr>
              <w:t>еду</w:t>
            </w:r>
            <w:r w:rsidRPr="001117C6">
              <w:rPr>
                <w:rFonts w:ascii="Times New Roman" w:eastAsia="Times New Roman" w:hAnsi="Times New Roman" w:cs="Times New Roman"/>
                <w:sz w:val="24"/>
                <w:szCs w:val="24"/>
                <w:lang w:val="en-US"/>
              </w:rPr>
              <w:t xml:space="preserve">. </w:t>
            </w:r>
            <w:r w:rsidRPr="001117C6">
              <w:rPr>
                <w:rFonts w:ascii="Times New Roman" w:eastAsia="Times New Roman" w:hAnsi="Times New Roman" w:cs="Times New Roman"/>
                <w:sz w:val="24"/>
                <w:szCs w:val="24"/>
              </w:rPr>
              <w:t>Посуда и столовые приборы.</w:t>
            </w:r>
          </w:p>
        </w:tc>
        <w:tc>
          <w:tcPr>
            <w:tcW w:w="850" w:type="dxa"/>
            <w:tcBorders>
              <w:top w:val="nil"/>
              <w:left w:val="single" w:sz="4" w:space="0" w:color="auto"/>
              <w:bottom w:val="single" w:sz="4" w:space="0" w:color="auto"/>
              <w:right w:val="single" w:sz="4" w:space="0" w:color="auto"/>
            </w:tcBorders>
            <w:shd w:val="clear" w:color="auto" w:fill="auto"/>
            <w:noWrap/>
            <w:hideMark/>
          </w:tcPr>
          <w:p w14:paraId="545EFDF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B4284D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1EDF85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A10F6E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9CD9F47"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0642FC6" w14:textId="1D3DB151"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2</w:t>
            </w:r>
            <w:r w:rsidRPr="001117C6">
              <w:rPr>
                <w:rFonts w:ascii="Times New Roman" w:eastAsia="Times New Roman" w:hAnsi="Times New Roman" w:cs="Times New Roman"/>
                <w:sz w:val="24"/>
                <w:szCs w:val="24"/>
                <w:lang w:val="en-US"/>
              </w:rPr>
              <w:t>b</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Science</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fiction</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to</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fact</w:t>
            </w:r>
            <w:r w:rsidRPr="001117C6">
              <w:rPr>
                <w:rFonts w:ascii="Times New Roman" w:eastAsia="Times New Roman" w:hAnsi="Times New Roman" w:cs="Times New Roman"/>
                <w:sz w:val="24"/>
                <w:szCs w:val="24"/>
              </w:rPr>
              <w:t>. / От фантастики к реальности. «За пределами человеческих возможностей» (Поиск информации).</w:t>
            </w:r>
          </w:p>
        </w:tc>
        <w:tc>
          <w:tcPr>
            <w:tcW w:w="850" w:type="dxa"/>
            <w:tcBorders>
              <w:top w:val="nil"/>
              <w:left w:val="single" w:sz="4" w:space="0" w:color="auto"/>
              <w:bottom w:val="single" w:sz="4" w:space="0" w:color="auto"/>
              <w:right w:val="single" w:sz="4" w:space="0" w:color="auto"/>
            </w:tcBorders>
            <w:shd w:val="clear" w:color="auto" w:fill="auto"/>
            <w:noWrap/>
            <w:hideMark/>
          </w:tcPr>
          <w:p w14:paraId="3E89959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F3DD4A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4214912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38A15861"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7DDF50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C547CFF" w14:textId="6FF97B03" w:rsidR="00595E4A" w:rsidRPr="001117C6" w:rsidRDefault="00595E4A" w:rsidP="00BA1579">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lang w:val="en-US"/>
              </w:rPr>
              <w:t xml:space="preserve">2d Everyday English. / Inviting to an event. </w:t>
            </w:r>
            <w:r w:rsidRPr="001117C6">
              <w:rPr>
                <w:rFonts w:ascii="Times New Roman" w:eastAsia="Times New Roman" w:hAnsi="Times New Roman" w:cs="Times New Roman"/>
                <w:sz w:val="24"/>
                <w:szCs w:val="24"/>
              </w:rPr>
              <w:t>Интонация. Сомнения. Диалог «Приглашение на фестиваль страусов».</w:t>
            </w:r>
          </w:p>
        </w:tc>
        <w:tc>
          <w:tcPr>
            <w:tcW w:w="850" w:type="dxa"/>
            <w:tcBorders>
              <w:top w:val="nil"/>
              <w:left w:val="single" w:sz="4" w:space="0" w:color="auto"/>
              <w:bottom w:val="single" w:sz="4" w:space="0" w:color="auto"/>
              <w:right w:val="single" w:sz="4" w:space="0" w:color="auto"/>
            </w:tcBorders>
            <w:shd w:val="clear" w:color="auto" w:fill="auto"/>
            <w:noWrap/>
            <w:hideMark/>
          </w:tcPr>
          <w:p w14:paraId="104C21C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3B95CC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092A58E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4E46201"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0C85F8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204784F"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 xml:space="preserve">VB 9 </w:t>
            </w:r>
            <w:r w:rsidRPr="001117C6">
              <w:rPr>
                <w:rFonts w:ascii="Times New Roman" w:eastAsia="Times New Roman" w:hAnsi="Times New Roman" w:cs="Times New Roman"/>
                <w:sz w:val="24"/>
                <w:szCs w:val="24"/>
              </w:rPr>
              <w:t>За границей возможностей</w:t>
            </w:r>
          </w:p>
        </w:tc>
        <w:tc>
          <w:tcPr>
            <w:tcW w:w="850" w:type="dxa"/>
            <w:tcBorders>
              <w:top w:val="nil"/>
              <w:left w:val="single" w:sz="4" w:space="0" w:color="auto"/>
              <w:bottom w:val="single" w:sz="4" w:space="0" w:color="auto"/>
              <w:right w:val="single" w:sz="4" w:space="0" w:color="auto"/>
            </w:tcBorders>
            <w:shd w:val="clear" w:color="auto" w:fill="auto"/>
            <w:noWrap/>
            <w:hideMark/>
          </w:tcPr>
          <w:p w14:paraId="40883B2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5511EF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41D58C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4879B6F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890765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917AC82"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2</w:t>
            </w:r>
            <w:r w:rsidRPr="001117C6">
              <w:rPr>
                <w:rFonts w:ascii="Times New Roman" w:eastAsia="Times New Roman" w:hAnsi="Times New Roman" w:cs="Times New Roman"/>
                <w:sz w:val="24"/>
                <w:szCs w:val="24"/>
                <w:lang w:val="en-US"/>
              </w:rPr>
              <w:t>e</w:t>
            </w:r>
            <w:r w:rsidRPr="001117C6">
              <w:rPr>
                <w:rFonts w:ascii="Times New Roman" w:eastAsia="Times New Roman" w:hAnsi="Times New Roman" w:cs="Times New Roman"/>
                <w:sz w:val="24"/>
                <w:szCs w:val="24"/>
              </w:rPr>
              <w:t xml:space="preserve"> Экстремальные условия.</w:t>
            </w:r>
          </w:p>
        </w:tc>
        <w:tc>
          <w:tcPr>
            <w:tcW w:w="850" w:type="dxa"/>
            <w:tcBorders>
              <w:top w:val="nil"/>
              <w:left w:val="single" w:sz="4" w:space="0" w:color="auto"/>
              <w:bottom w:val="single" w:sz="4" w:space="0" w:color="auto"/>
              <w:right w:val="single" w:sz="4" w:space="0" w:color="auto"/>
            </w:tcBorders>
            <w:shd w:val="clear" w:color="auto" w:fill="auto"/>
            <w:noWrap/>
            <w:hideMark/>
          </w:tcPr>
          <w:p w14:paraId="4C41E21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68ACD7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5FA256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2151093B"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06CCD5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559A5F7" w14:textId="1504B0A6" w:rsidR="00595E4A" w:rsidRPr="001117C6" w:rsidRDefault="00595E4A" w:rsidP="00BA1579">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2</w:t>
            </w:r>
            <w:r w:rsidRPr="001117C6">
              <w:rPr>
                <w:rFonts w:ascii="Times New Roman" w:eastAsia="Times New Roman" w:hAnsi="Times New Roman" w:cs="Times New Roman"/>
                <w:sz w:val="24"/>
                <w:szCs w:val="24"/>
                <w:lang w:val="en-US"/>
              </w:rPr>
              <w:t>e</w:t>
            </w:r>
            <w:r w:rsidRPr="001117C6">
              <w:rPr>
                <w:rFonts w:ascii="Times New Roman" w:eastAsia="Times New Roman" w:hAnsi="Times New Roman" w:cs="Times New Roman"/>
                <w:sz w:val="24"/>
                <w:szCs w:val="24"/>
              </w:rPr>
              <w:t xml:space="preserve"> Экстремальные условия. Описать свои ощущения внутри пещеры</w:t>
            </w:r>
          </w:p>
        </w:tc>
        <w:tc>
          <w:tcPr>
            <w:tcW w:w="850" w:type="dxa"/>
            <w:tcBorders>
              <w:top w:val="nil"/>
              <w:left w:val="single" w:sz="4" w:space="0" w:color="auto"/>
              <w:bottom w:val="single" w:sz="4" w:space="0" w:color="auto"/>
              <w:right w:val="single" w:sz="4" w:space="0" w:color="auto"/>
            </w:tcBorders>
            <w:shd w:val="clear" w:color="auto" w:fill="auto"/>
            <w:noWrap/>
            <w:hideMark/>
          </w:tcPr>
          <w:p w14:paraId="3B40F3C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5D6287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43DA1B2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4E7DA3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CDBD04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7D24EAB"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 xml:space="preserve">2f Extraordinary Lifestyle. Необычный образ </w:t>
            </w:r>
            <w:r w:rsidRPr="001117C6">
              <w:rPr>
                <w:rFonts w:ascii="Times New Roman" w:eastAsia="Times New Roman" w:hAnsi="Times New Roman" w:cs="Times New Roman"/>
                <w:sz w:val="24"/>
                <w:szCs w:val="24"/>
              </w:rPr>
              <w:t>жизни</w:t>
            </w:r>
            <w:r w:rsidRPr="001117C6">
              <w:rPr>
                <w:rFonts w:ascii="Times New Roman" w:eastAsia="Times New Roman" w:hAnsi="Times New Roman" w:cs="Times New Roman"/>
                <w:sz w:val="24"/>
                <w:szCs w:val="24"/>
                <w:lang w:val="en-US"/>
              </w:rPr>
              <w:t>.</w:t>
            </w:r>
          </w:p>
        </w:tc>
        <w:tc>
          <w:tcPr>
            <w:tcW w:w="850" w:type="dxa"/>
            <w:tcBorders>
              <w:top w:val="nil"/>
              <w:left w:val="single" w:sz="4" w:space="0" w:color="auto"/>
              <w:bottom w:val="single" w:sz="4" w:space="0" w:color="auto"/>
              <w:right w:val="single" w:sz="4" w:space="0" w:color="auto"/>
            </w:tcBorders>
            <w:shd w:val="clear" w:color="auto" w:fill="auto"/>
            <w:noWrap/>
          </w:tcPr>
          <w:p w14:paraId="3A20E14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A6EE42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val="en-US" w:eastAsia="ru-RU"/>
              </w:rPr>
            </w:pPr>
          </w:p>
        </w:tc>
        <w:tc>
          <w:tcPr>
            <w:tcW w:w="1730" w:type="dxa"/>
            <w:tcBorders>
              <w:top w:val="nil"/>
              <w:left w:val="nil"/>
              <w:bottom w:val="single" w:sz="4" w:space="0" w:color="auto"/>
              <w:right w:val="single" w:sz="4" w:space="0" w:color="auto"/>
            </w:tcBorders>
          </w:tcPr>
          <w:p w14:paraId="2B33FFC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val="en-US" w:eastAsia="ru-RU"/>
              </w:rPr>
            </w:pPr>
          </w:p>
        </w:tc>
      </w:tr>
      <w:tr w:rsidR="00595E4A" w:rsidRPr="001117C6" w14:paraId="1505719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DAC66C5"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9EF8322"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Инфинитив/ герундий</w:t>
            </w:r>
          </w:p>
        </w:tc>
        <w:tc>
          <w:tcPr>
            <w:tcW w:w="850" w:type="dxa"/>
            <w:tcBorders>
              <w:top w:val="nil"/>
              <w:left w:val="single" w:sz="4" w:space="0" w:color="auto"/>
              <w:bottom w:val="single" w:sz="4" w:space="0" w:color="auto"/>
              <w:right w:val="single" w:sz="4" w:space="0" w:color="auto"/>
            </w:tcBorders>
            <w:shd w:val="clear" w:color="auto" w:fill="auto"/>
            <w:noWrap/>
            <w:hideMark/>
          </w:tcPr>
          <w:p w14:paraId="24869AF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AF32FD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val="en-US" w:eastAsia="ru-RU"/>
              </w:rPr>
            </w:pPr>
          </w:p>
        </w:tc>
        <w:tc>
          <w:tcPr>
            <w:tcW w:w="1730" w:type="dxa"/>
            <w:tcBorders>
              <w:top w:val="nil"/>
              <w:left w:val="nil"/>
              <w:bottom w:val="single" w:sz="4" w:space="0" w:color="auto"/>
              <w:right w:val="single" w:sz="4" w:space="0" w:color="auto"/>
            </w:tcBorders>
          </w:tcPr>
          <w:p w14:paraId="3E7E796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val="en-US" w:eastAsia="ru-RU"/>
              </w:rPr>
            </w:pPr>
          </w:p>
        </w:tc>
      </w:tr>
      <w:tr w:rsidR="00595E4A" w:rsidRPr="001117C6" w14:paraId="4A9BB64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CE4692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1A2E432"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Инфинитив/ герундий</w:t>
            </w:r>
          </w:p>
        </w:tc>
        <w:tc>
          <w:tcPr>
            <w:tcW w:w="850" w:type="dxa"/>
            <w:tcBorders>
              <w:top w:val="nil"/>
              <w:left w:val="single" w:sz="4" w:space="0" w:color="auto"/>
              <w:bottom w:val="single" w:sz="4" w:space="0" w:color="auto"/>
              <w:right w:val="single" w:sz="4" w:space="0" w:color="auto"/>
            </w:tcBorders>
            <w:shd w:val="clear" w:color="auto" w:fill="auto"/>
            <w:noWrap/>
          </w:tcPr>
          <w:p w14:paraId="511922A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C52A43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972225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50191B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2AC796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DB9C2A0" w14:textId="77777777" w:rsidR="00595E4A" w:rsidRPr="001117C6" w:rsidRDefault="00595E4A" w:rsidP="001117C6">
            <w:pPr>
              <w:spacing w:after="0" w:line="240" w:lineRule="auto"/>
              <w:rPr>
                <w:rFonts w:ascii="Times New Roman" w:eastAsia="Times New Roman" w:hAnsi="Times New Roman" w:cs="Times New Roman"/>
                <w:sz w:val="24"/>
                <w:szCs w:val="24"/>
                <w:highlight w:val="yellow"/>
              </w:rPr>
            </w:pPr>
            <w:r w:rsidRPr="001117C6">
              <w:rPr>
                <w:rFonts w:ascii="Times New Roman" w:eastAsia="Times New Roman" w:hAnsi="Times New Roman" w:cs="Times New Roman"/>
                <w:sz w:val="24"/>
                <w:szCs w:val="24"/>
              </w:rPr>
              <w:t xml:space="preserve">2 </w:t>
            </w:r>
            <w:r w:rsidRPr="001117C6">
              <w:rPr>
                <w:rFonts w:ascii="Times New Roman" w:eastAsia="Times New Roman" w:hAnsi="Times New Roman" w:cs="Times New Roman"/>
                <w:sz w:val="24"/>
                <w:szCs w:val="24"/>
                <w:lang w:val="en-US"/>
              </w:rPr>
              <w:t>g</w:t>
            </w:r>
            <w:r w:rsidRPr="001117C6">
              <w:rPr>
                <w:rFonts w:ascii="Times New Roman" w:eastAsia="Times New Roman" w:hAnsi="Times New Roman" w:cs="Times New Roman"/>
                <w:sz w:val="24"/>
                <w:szCs w:val="24"/>
              </w:rPr>
              <w:t xml:space="preserve"> Экстремальные виды спорта. Сравнение двух картинок</w:t>
            </w:r>
          </w:p>
        </w:tc>
        <w:tc>
          <w:tcPr>
            <w:tcW w:w="850" w:type="dxa"/>
            <w:tcBorders>
              <w:top w:val="nil"/>
              <w:left w:val="single" w:sz="4" w:space="0" w:color="auto"/>
              <w:bottom w:val="single" w:sz="4" w:space="0" w:color="auto"/>
              <w:right w:val="single" w:sz="4" w:space="0" w:color="auto"/>
            </w:tcBorders>
            <w:shd w:val="clear" w:color="auto" w:fill="auto"/>
            <w:noWrap/>
          </w:tcPr>
          <w:p w14:paraId="1A6C510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eastAsia="ru-RU"/>
              </w:rPr>
            </w:pPr>
            <w:r w:rsidRPr="001117C6">
              <w:rPr>
                <w:rFonts w:ascii="Times New Roman" w:eastAsia="Times New Roman" w:hAnsi="Times New Roman" w:cs="Times New Roman"/>
                <w:sz w:val="24"/>
                <w:szCs w:val="24"/>
                <w:lang w:eastAsia="ru-RU"/>
              </w:rPr>
              <w:t>1</w:t>
            </w:r>
          </w:p>
        </w:tc>
        <w:tc>
          <w:tcPr>
            <w:tcW w:w="1277" w:type="dxa"/>
            <w:tcBorders>
              <w:top w:val="nil"/>
              <w:left w:val="nil"/>
              <w:bottom w:val="single" w:sz="4" w:space="0" w:color="auto"/>
              <w:right w:val="single" w:sz="4" w:space="0" w:color="auto"/>
            </w:tcBorders>
          </w:tcPr>
          <w:p w14:paraId="486DA91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1730" w:type="dxa"/>
            <w:tcBorders>
              <w:top w:val="nil"/>
              <w:left w:val="nil"/>
              <w:bottom w:val="single" w:sz="4" w:space="0" w:color="auto"/>
              <w:right w:val="single" w:sz="4" w:space="0" w:color="auto"/>
            </w:tcBorders>
          </w:tcPr>
          <w:p w14:paraId="31FD145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eastAsia="ru-RU"/>
              </w:rPr>
            </w:pPr>
          </w:p>
        </w:tc>
      </w:tr>
      <w:tr w:rsidR="00595E4A" w:rsidRPr="001117C6" w14:paraId="735BCDC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840D47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A243DD7" w14:textId="77777777" w:rsidR="00595E4A" w:rsidRPr="001117C6" w:rsidRDefault="00595E4A" w:rsidP="001117C6">
            <w:pPr>
              <w:spacing w:after="0" w:line="240" w:lineRule="auto"/>
              <w:rPr>
                <w:rFonts w:ascii="Times New Roman" w:eastAsia="Times New Roman" w:hAnsi="Times New Roman" w:cs="Times New Roman"/>
                <w:sz w:val="24"/>
                <w:szCs w:val="24"/>
                <w:highlight w:val="yellow"/>
              </w:rPr>
            </w:pPr>
            <w:r w:rsidRPr="001117C6">
              <w:rPr>
                <w:rFonts w:ascii="Times New Roman" w:eastAsia="Times New Roman" w:hAnsi="Times New Roman" w:cs="Times New Roman"/>
                <w:sz w:val="24"/>
                <w:szCs w:val="24"/>
              </w:rPr>
              <w:t xml:space="preserve">2 </w:t>
            </w:r>
            <w:r w:rsidRPr="001117C6">
              <w:rPr>
                <w:rFonts w:ascii="Times New Roman" w:eastAsia="Times New Roman" w:hAnsi="Times New Roman" w:cs="Times New Roman"/>
                <w:sz w:val="24"/>
                <w:szCs w:val="24"/>
                <w:lang w:val="en-US"/>
              </w:rPr>
              <w:t>i</w:t>
            </w:r>
            <w:r w:rsidR="00315B18" w:rsidRPr="001117C6">
              <w:rPr>
                <w:rFonts w:ascii="Times New Roman" w:eastAsia="Times New Roman" w:hAnsi="Times New Roman" w:cs="Times New Roman"/>
                <w:sz w:val="24"/>
                <w:szCs w:val="24"/>
                <w:lang w:val="en-US"/>
              </w:rPr>
              <w:t xml:space="preserve"> </w:t>
            </w:r>
            <w:r w:rsidRPr="001117C6">
              <w:rPr>
                <w:rFonts w:ascii="Times New Roman" w:eastAsia="Times New Roman" w:hAnsi="Times New Roman" w:cs="Times New Roman"/>
                <w:sz w:val="24"/>
                <w:szCs w:val="24"/>
              </w:rPr>
              <w:t>Эссе</w:t>
            </w:r>
          </w:p>
        </w:tc>
        <w:tc>
          <w:tcPr>
            <w:tcW w:w="850" w:type="dxa"/>
            <w:tcBorders>
              <w:top w:val="nil"/>
              <w:left w:val="single" w:sz="4" w:space="0" w:color="auto"/>
              <w:bottom w:val="single" w:sz="4" w:space="0" w:color="auto"/>
              <w:right w:val="single" w:sz="4" w:space="0" w:color="auto"/>
            </w:tcBorders>
            <w:shd w:val="clear" w:color="auto" w:fill="auto"/>
            <w:noWrap/>
          </w:tcPr>
          <w:p w14:paraId="4B651BB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1277" w:type="dxa"/>
            <w:tcBorders>
              <w:top w:val="nil"/>
              <w:left w:val="nil"/>
              <w:bottom w:val="single" w:sz="4" w:space="0" w:color="auto"/>
              <w:right w:val="single" w:sz="4" w:space="0" w:color="auto"/>
            </w:tcBorders>
          </w:tcPr>
          <w:p w14:paraId="00E47D8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1730" w:type="dxa"/>
            <w:tcBorders>
              <w:top w:val="nil"/>
              <w:left w:val="nil"/>
              <w:bottom w:val="single" w:sz="4" w:space="0" w:color="auto"/>
              <w:right w:val="single" w:sz="4" w:space="0" w:color="auto"/>
            </w:tcBorders>
          </w:tcPr>
          <w:p w14:paraId="58B0027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highlight w:val="yellow"/>
                <w:lang w:eastAsia="ru-RU"/>
              </w:rPr>
            </w:pPr>
          </w:p>
        </w:tc>
      </w:tr>
      <w:tr w:rsidR="00595E4A" w:rsidRPr="001117C6" w14:paraId="1C288EA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3F206DD"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6FE0F59"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Эссе</w:t>
            </w:r>
          </w:p>
        </w:tc>
        <w:tc>
          <w:tcPr>
            <w:tcW w:w="850" w:type="dxa"/>
            <w:tcBorders>
              <w:top w:val="nil"/>
              <w:left w:val="single" w:sz="4" w:space="0" w:color="auto"/>
              <w:bottom w:val="single" w:sz="4" w:space="0" w:color="auto"/>
              <w:right w:val="single" w:sz="4" w:space="0" w:color="auto"/>
            </w:tcBorders>
            <w:shd w:val="clear" w:color="auto" w:fill="auto"/>
            <w:noWrap/>
          </w:tcPr>
          <w:p w14:paraId="2B9F929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3C85D3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8ADBC9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F179C1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AF54D12"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F9A926B"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Чтение и монологическая речь в формате ОГЭ</w:t>
            </w:r>
          </w:p>
        </w:tc>
        <w:tc>
          <w:tcPr>
            <w:tcW w:w="850" w:type="dxa"/>
            <w:tcBorders>
              <w:top w:val="nil"/>
              <w:left w:val="single" w:sz="4" w:space="0" w:color="auto"/>
              <w:bottom w:val="single" w:sz="4" w:space="0" w:color="auto"/>
              <w:right w:val="single" w:sz="4" w:space="0" w:color="auto"/>
            </w:tcBorders>
            <w:shd w:val="clear" w:color="auto" w:fill="auto"/>
            <w:noWrap/>
            <w:hideMark/>
          </w:tcPr>
          <w:p w14:paraId="37EFD56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6DADC0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153721C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9AA657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7CC2587"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7DC87997"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Повторение</w:t>
            </w:r>
          </w:p>
        </w:tc>
        <w:tc>
          <w:tcPr>
            <w:tcW w:w="850" w:type="dxa"/>
            <w:tcBorders>
              <w:top w:val="nil"/>
              <w:left w:val="single" w:sz="4" w:space="0" w:color="auto"/>
              <w:bottom w:val="single" w:sz="4" w:space="0" w:color="auto"/>
              <w:right w:val="single" w:sz="4" w:space="0" w:color="auto"/>
            </w:tcBorders>
            <w:shd w:val="clear" w:color="auto" w:fill="auto"/>
            <w:noWrap/>
            <w:hideMark/>
          </w:tcPr>
          <w:p w14:paraId="0EED95F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B9FAF6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4818C78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AFC811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903A2FC"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3B9050B9" w14:textId="5E8C82CB" w:rsidR="00595E4A" w:rsidRPr="007A1091" w:rsidRDefault="007A1091" w:rsidP="00537FB6">
            <w:pPr>
              <w:spacing w:after="0" w:line="240" w:lineRule="auto"/>
              <w:rPr>
                <w:rFonts w:ascii="Times New Roman" w:eastAsia="Times New Roman" w:hAnsi="Times New Roman" w:cs="Times New Roman"/>
                <w:sz w:val="24"/>
                <w:szCs w:val="24"/>
              </w:rPr>
            </w:pPr>
            <w:r w:rsidRPr="007A1091">
              <w:rPr>
                <w:rFonts w:ascii="Times New Roman" w:eastAsia="Times New Roman" w:hAnsi="Times New Roman" w:cs="Times New Roman"/>
                <w:sz w:val="24"/>
                <w:szCs w:val="24"/>
              </w:rPr>
              <w:t>Проверочная работа по модулю 2</w:t>
            </w:r>
          </w:p>
        </w:tc>
        <w:tc>
          <w:tcPr>
            <w:tcW w:w="850" w:type="dxa"/>
            <w:tcBorders>
              <w:top w:val="nil"/>
              <w:left w:val="single" w:sz="4" w:space="0" w:color="auto"/>
              <w:bottom w:val="single" w:sz="4" w:space="0" w:color="auto"/>
              <w:right w:val="single" w:sz="4" w:space="0" w:color="auto"/>
            </w:tcBorders>
            <w:shd w:val="clear" w:color="auto" w:fill="auto"/>
            <w:noWrap/>
          </w:tcPr>
          <w:p w14:paraId="2A75A55F" w14:textId="77777777" w:rsidR="00595E4A" w:rsidRPr="007A1091"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7A1091">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E55F105" w14:textId="79847B47" w:rsidR="00595E4A" w:rsidRPr="004F6A24" w:rsidRDefault="00595E4A" w:rsidP="001117C6">
            <w:pPr>
              <w:spacing w:after="0" w:line="240" w:lineRule="auto"/>
              <w:jc w:val="center"/>
              <w:rPr>
                <w:rFonts w:ascii="Times New Roman" w:eastAsia="Times New Roman" w:hAnsi="Times New Roman" w:cs="Times New Roman"/>
                <w:b/>
                <w:color w:val="000000"/>
                <w:sz w:val="24"/>
                <w:szCs w:val="24"/>
                <w:lang w:eastAsia="ru-RU"/>
              </w:rPr>
            </w:pPr>
          </w:p>
        </w:tc>
        <w:tc>
          <w:tcPr>
            <w:tcW w:w="1730" w:type="dxa"/>
            <w:tcBorders>
              <w:top w:val="nil"/>
              <w:left w:val="nil"/>
              <w:bottom w:val="single" w:sz="4" w:space="0" w:color="auto"/>
              <w:right w:val="single" w:sz="4" w:space="0" w:color="auto"/>
            </w:tcBorders>
          </w:tcPr>
          <w:p w14:paraId="420C3FE8" w14:textId="6BF80CD2" w:rsidR="00595E4A" w:rsidRPr="004F6A24" w:rsidRDefault="00595E4A" w:rsidP="001117C6">
            <w:pPr>
              <w:spacing w:after="0" w:line="240" w:lineRule="auto"/>
              <w:jc w:val="center"/>
              <w:rPr>
                <w:rFonts w:ascii="Times New Roman" w:eastAsia="Times New Roman" w:hAnsi="Times New Roman" w:cs="Times New Roman"/>
                <w:b/>
                <w:color w:val="000000"/>
                <w:sz w:val="24"/>
                <w:szCs w:val="24"/>
                <w:lang w:eastAsia="ru-RU"/>
              </w:rPr>
            </w:pPr>
          </w:p>
        </w:tc>
      </w:tr>
      <w:tr w:rsidR="00595E4A" w:rsidRPr="001117C6" w14:paraId="66961003"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A6CB322"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2720E423"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Работа над ошибками</w:t>
            </w:r>
          </w:p>
        </w:tc>
        <w:tc>
          <w:tcPr>
            <w:tcW w:w="850" w:type="dxa"/>
            <w:tcBorders>
              <w:top w:val="nil"/>
              <w:left w:val="single" w:sz="4" w:space="0" w:color="auto"/>
              <w:bottom w:val="single" w:sz="4" w:space="0" w:color="auto"/>
              <w:right w:val="single" w:sz="4" w:space="0" w:color="auto"/>
            </w:tcBorders>
            <w:shd w:val="clear" w:color="auto" w:fill="auto"/>
            <w:noWrap/>
          </w:tcPr>
          <w:p w14:paraId="33DCE2D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BF6261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D1F589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3B3AD60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5F132C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137025F"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МОДУЛЬ 3. Body and Soul. Вводный урок. Профессии.</w:t>
            </w:r>
          </w:p>
        </w:tc>
        <w:tc>
          <w:tcPr>
            <w:tcW w:w="850" w:type="dxa"/>
            <w:tcBorders>
              <w:top w:val="nil"/>
              <w:left w:val="single" w:sz="4" w:space="0" w:color="auto"/>
              <w:bottom w:val="single" w:sz="4" w:space="0" w:color="auto"/>
              <w:right w:val="single" w:sz="4" w:space="0" w:color="auto"/>
            </w:tcBorders>
            <w:shd w:val="clear" w:color="auto" w:fill="auto"/>
            <w:noWrap/>
            <w:hideMark/>
          </w:tcPr>
          <w:p w14:paraId="2662C1D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5B2377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10656C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CE08C6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B316896"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1863C7B" w14:textId="7CF8653D"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3a Медицина. Модальные глаголы.</w:t>
            </w:r>
          </w:p>
        </w:tc>
        <w:tc>
          <w:tcPr>
            <w:tcW w:w="850" w:type="dxa"/>
            <w:tcBorders>
              <w:top w:val="nil"/>
              <w:left w:val="single" w:sz="4" w:space="0" w:color="auto"/>
              <w:bottom w:val="single" w:sz="4" w:space="0" w:color="auto"/>
              <w:right w:val="single" w:sz="4" w:space="0" w:color="auto"/>
            </w:tcBorders>
            <w:shd w:val="clear" w:color="auto" w:fill="auto"/>
            <w:noWrap/>
            <w:hideMark/>
          </w:tcPr>
          <w:p w14:paraId="65CAE31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375FFB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0DF983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00DC05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D76BA8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EDFDED0"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VB 12 Body and Soul. Душа и тело. Словосочетания. Нетрадиционная медицина.</w:t>
            </w:r>
          </w:p>
        </w:tc>
        <w:tc>
          <w:tcPr>
            <w:tcW w:w="850" w:type="dxa"/>
            <w:tcBorders>
              <w:top w:val="nil"/>
              <w:left w:val="single" w:sz="4" w:space="0" w:color="auto"/>
              <w:bottom w:val="single" w:sz="4" w:space="0" w:color="auto"/>
              <w:right w:val="single" w:sz="4" w:space="0" w:color="auto"/>
            </w:tcBorders>
            <w:shd w:val="clear" w:color="auto" w:fill="auto"/>
            <w:noWrap/>
            <w:hideMark/>
          </w:tcPr>
          <w:p w14:paraId="3D73836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384652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9294A2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A8EA81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A986FBE"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503B752"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Модальные глаголы</w:t>
            </w:r>
          </w:p>
        </w:tc>
        <w:tc>
          <w:tcPr>
            <w:tcW w:w="850" w:type="dxa"/>
            <w:tcBorders>
              <w:top w:val="nil"/>
              <w:left w:val="single" w:sz="4" w:space="0" w:color="auto"/>
              <w:bottom w:val="single" w:sz="4" w:space="0" w:color="auto"/>
              <w:right w:val="single" w:sz="4" w:space="0" w:color="auto"/>
            </w:tcBorders>
            <w:shd w:val="clear" w:color="auto" w:fill="auto"/>
            <w:noWrap/>
          </w:tcPr>
          <w:p w14:paraId="0A9CA2D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61F50E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6A70202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C1FBC51"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DD3B3CD"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DA5AED1" w14:textId="6050E326"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eastAsia="ru-RU"/>
              </w:rPr>
              <w:t xml:space="preserve">VB 13 </w:t>
            </w:r>
            <w:r w:rsidRPr="001117C6">
              <w:rPr>
                <w:rFonts w:ascii="Times New Roman" w:eastAsia="Times New Roman" w:hAnsi="Times New Roman" w:cs="Times New Roman"/>
                <w:sz w:val="24"/>
                <w:szCs w:val="24"/>
                <w:lang w:val="en-US"/>
              </w:rPr>
              <w:t>Health /Здоровье.</w:t>
            </w:r>
          </w:p>
        </w:tc>
        <w:tc>
          <w:tcPr>
            <w:tcW w:w="850" w:type="dxa"/>
            <w:tcBorders>
              <w:top w:val="nil"/>
              <w:left w:val="single" w:sz="4" w:space="0" w:color="auto"/>
              <w:bottom w:val="single" w:sz="4" w:space="0" w:color="auto"/>
              <w:right w:val="single" w:sz="4" w:space="0" w:color="auto"/>
            </w:tcBorders>
            <w:shd w:val="clear" w:color="auto" w:fill="auto"/>
            <w:noWrap/>
            <w:hideMark/>
          </w:tcPr>
          <w:p w14:paraId="18305EC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2B0730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63A782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47DE7E5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88854F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12FF334" w14:textId="1A270ABD"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3</w:t>
            </w:r>
            <w:r w:rsidRPr="001117C6">
              <w:rPr>
                <w:rFonts w:ascii="Times New Roman" w:eastAsia="Times New Roman" w:hAnsi="Times New Roman" w:cs="Times New Roman"/>
                <w:sz w:val="24"/>
                <w:szCs w:val="24"/>
                <w:lang w:val="en-US"/>
              </w:rPr>
              <w:t>b</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Health</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Crazies</w:t>
            </w:r>
            <w:r w:rsidRPr="001117C6">
              <w:rPr>
                <w:rFonts w:ascii="Times New Roman" w:eastAsia="Times New Roman" w:hAnsi="Times New Roman" w:cs="Times New Roman"/>
                <w:sz w:val="24"/>
                <w:szCs w:val="24"/>
              </w:rPr>
              <w:t xml:space="preserve">. Одержимые здоровьем. </w:t>
            </w:r>
            <w:r w:rsidRPr="001117C6">
              <w:rPr>
                <w:rFonts w:ascii="Times New Roman" w:eastAsia="Times New Roman" w:hAnsi="Times New Roman" w:cs="Times New Roman"/>
                <w:sz w:val="24"/>
                <w:szCs w:val="24"/>
                <w:lang w:val="en-US"/>
              </w:rPr>
              <w:t>Виды спорта.</w:t>
            </w:r>
          </w:p>
        </w:tc>
        <w:tc>
          <w:tcPr>
            <w:tcW w:w="850" w:type="dxa"/>
            <w:tcBorders>
              <w:top w:val="nil"/>
              <w:left w:val="single" w:sz="4" w:space="0" w:color="auto"/>
              <w:bottom w:val="single" w:sz="4" w:space="0" w:color="auto"/>
              <w:right w:val="single" w:sz="4" w:space="0" w:color="auto"/>
            </w:tcBorders>
            <w:shd w:val="clear" w:color="auto" w:fill="auto"/>
            <w:noWrap/>
            <w:hideMark/>
          </w:tcPr>
          <w:p w14:paraId="1791CE3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FA0A98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6195B8C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CA08F1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9407F1D"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A596F60"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VB</w:t>
            </w:r>
            <w:r w:rsidRPr="001117C6">
              <w:rPr>
                <w:rFonts w:ascii="Times New Roman" w:eastAsia="Times New Roman" w:hAnsi="Times New Roman" w:cs="Times New Roman"/>
                <w:sz w:val="24"/>
                <w:szCs w:val="24"/>
              </w:rPr>
              <w:t xml:space="preserve">14 </w:t>
            </w:r>
            <w:r w:rsidRPr="001117C6">
              <w:rPr>
                <w:rFonts w:ascii="Times New Roman" w:eastAsia="Times New Roman" w:hAnsi="Times New Roman" w:cs="Times New Roman"/>
                <w:sz w:val="24"/>
                <w:szCs w:val="24"/>
                <w:lang w:val="en-US"/>
              </w:rPr>
              <w:t>Health</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Crazies</w:t>
            </w:r>
            <w:r w:rsidRPr="001117C6">
              <w:rPr>
                <w:rFonts w:ascii="Times New Roman" w:eastAsia="Times New Roman" w:hAnsi="Times New Roman" w:cs="Times New Roman"/>
                <w:sz w:val="24"/>
                <w:szCs w:val="24"/>
              </w:rPr>
              <w:t xml:space="preserve">. / Одержимые здоровьем. </w:t>
            </w:r>
            <w:r w:rsidRPr="001117C6">
              <w:rPr>
                <w:rFonts w:ascii="Times New Roman" w:eastAsia="Times New Roman" w:hAnsi="Times New Roman" w:cs="Times New Roman"/>
                <w:sz w:val="24"/>
                <w:szCs w:val="24"/>
                <w:lang w:val="en-US"/>
              </w:rPr>
              <w:t>Confusable words:</w:t>
            </w:r>
            <w:r w:rsidRPr="001117C6">
              <w:rPr>
                <w:rFonts w:ascii="Times New Roman" w:eastAsia="Times New Roman" w:hAnsi="Times New Roman" w:cs="Times New Roman"/>
                <w:color w:val="0070C0"/>
                <w:sz w:val="24"/>
                <w:szCs w:val="24"/>
                <w:lang w:val="en-US"/>
              </w:rPr>
              <w:t xml:space="preserve"> </w:t>
            </w:r>
            <w:r w:rsidRPr="001117C6">
              <w:rPr>
                <w:rFonts w:ascii="Times New Roman" w:eastAsia="Times New Roman" w:hAnsi="Times New Roman" w:cs="Times New Roman"/>
                <w:sz w:val="24"/>
                <w:szCs w:val="24"/>
                <w:lang w:val="en-US"/>
              </w:rPr>
              <w:t>Recommended, advised, proposed.</w:t>
            </w:r>
          </w:p>
        </w:tc>
        <w:tc>
          <w:tcPr>
            <w:tcW w:w="850" w:type="dxa"/>
            <w:tcBorders>
              <w:top w:val="nil"/>
              <w:left w:val="single" w:sz="4" w:space="0" w:color="auto"/>
              <w:bottom w:val="single" w:sz="4" w:space="0" w:color="auto"/>
              <w:right w:val="single" w:sz="4" w:space="0" w:color="auto"/>
            </w:tcBorders>
            <w:shd w:val="clear" w:color="auto" w:fill="auto"/>
            <w:noWrap/>
            <w:hideMark/>
          </w:tcPr>
          <w:p w14:paraId="741288A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611FD5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B2F9CD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258718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69F2F9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3F0940A" w14:textId="66D3B7A5"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lang w:val="en-US"/>
              </w:rPr>
              <w:t xml:space="preserve">3c Culture Corner. </w:t>
            </w:r>
            <w:r w:rsidRPr="001117C6">
              <w:rPr>
                <w:rFonts w:ascii="Times New Roman" w:eastAsia="Times New Roman" w:hAnsi="Times New Roman" w:cs="Times New Roman"/>
                <w:sz w:val="24"/>
                <w:szCs w:val="24"/>
              </w:rPr>
              <w:t>Уголок</w:t>
            </w:r>
            <w:r w:rsidRPr="001117C6">
              <w:rPr>
                <w:rFonts w:ascii="Times New Roman" w:eastAsia="Times New Roman" w:hAnsi="Times New Roman" w:cs="Times New Roman"/>
                <w:sz w:val="24"/>
                <w:szCs w:val="24"/>
                <w:lang w:val="en-US"/>
              </w:rPr>
              <w:t xml:space="preserve"> </w:t>
            </w:r>
            <w:r w:rsidRPr="001117C6">
              <w:rPr>
                <w:rFonts w:ascii="Times New Roman" w:eastAsia="Times New Roman" w:hAnsi="Times New Roman" w:cs="Times New Roman"/>
                <w:sz w:val="24"/>
                <w:szCs w:val="24"/>
              </w:rPr>
              <w:t>культуры</w:t>
            </w:r>
            <w:r w:rsidRPr="001117C6">
              <w:rPr>
                <w:rFonts w:ascii="Times New Roman" w:eastAsia="Times New Roman" w:hAnsi="Times New Roman" w:cs="Times New Roman"/>
                <w:sz w:val="24"/>
                <w:szCs w:val="24"/>
                <w:lang w:val="en-US"/>
              </w:rPr>
              <w:t xml:space="preserve">. </w:t>
            </w:r>
            <w:r w:rsidRPr="001117C6">
              <w:rPr>
                <w:rFonts w:ascii="Times New Roman" w:eastAsia="Times New Roman" w:hAnsi="Times New Roman" w:cs="Times New Roman"/>
                <w:sz w:val="24"/>
                <w:szCs w:val="24"/>
              </w:rPr>
              <w:t>ИТ проект «Популярное оздоровительное место в России»</w:t>
            </w:r>
          </w:p>
        </w:tc>
        <w:tc>
          <w:tcPr>
            <w:tcW w:w="850" w:type="dxa"/>
            <w:tcBorders>
              <w:top w:val="nil"/>
              <w:left w:val="single" w:sz="4" w:space="0" w:color="auto"/>
              <w:bottom w:val="single" w:sz="4" w:space="0" w:color="auto"/>
              <w:right w:val="single" w:sz="4" w:space="0" w:color="auto"/>
            </w:tcBorders>
            <w:shd w:val="clear" w:color="auto" w:fill="auto"/>
            <w:noWrap/>
            <w:hideMark/>
          </w:tcPr>
          <w:p w14:paraId="3F6BE64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96CFBF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50A2C7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601814B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608068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CEF7BFB"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3</w:t>
            </w:r>
            <w:r w:rsidRPr="001117C6">
              <w:rPr>
                <w:rFonts w:ascii="Times New Roman" w:eastAsia="Times New Roman" w:hAnsi="Times New Roman" w:cs="Times New Roman"/>
                <w:sz w:val="24"/>
                <w:szCs w:val="24"/>
                <w:lang w:val="en-US"/>
              </w:rPr>
              <w:t>d</w:t>
            </w:r>
            <w:r w:rsidRPr="001117C6">
              <w:rPr>
                <w:rFonts w:ascii="Times New Roman" w:eastAsia="Times New Roman" w:hAnsi="Times New Roman" w:cs="Times New Roman"/>
                <w:sz w:val="24"/>
                <w:szCs w:val="24"/>
              </w:rPr>
              <w:t xml:space="preserve"> Повседневный английский. Симптомы и лекарства. Интонация. Полезные фразы. Микро диалоги.</w:t>
            </w:r>
          </w:p>
        </w:tc>
        <w:tc>
          <w:tcPr>
            <w:tcW w:w="850" w:type="dxa"/>
            <w:tcBorders>
              <w:top w:val="nil"/>
              <w:left w:val="single" w:sz="4" w:space="0" w:color="auto"/>
              <w:bottom w:val="single" w:sz="4" w:space="0" w:color="auto"/>
              <w:right w:val="single" w:sz="4" w:space="0" w:color="auto"/>
            </w:tcBorders>
            <w:shd w:val="clear" w:color="auto" w:fill="auto"/>
            <w:noWrap/>
            <w:hideMark/>
          </w:tcPr>
          <w:p w14:paraId="1A741E3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3B8934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0AF7D0F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5F42450"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6DF251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99ECC2F"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3</w:t>
            </w:r>
            <w:r w:rsidRPr="001117C6">
              <w:rPr>
                <w:rFonts w:ascii="Times New Roman" w:eastAsia="Times New Roman" w:hAnsi="Times New Roman" w:cs="Times New Roman"/>
                <w:sz w:val="24"/>
                <w:szCs w:val="24"/>
                <w:lang w:val="en-US"/>
              </w:rPr>
              <w:t>e</w:t>
            </w:r>
            <w:r w:rsidRPr="001117C6">
              <w:rPr>
                <w:rFonts w:ascii="Times New Roman" w:eastAsia="Times New Roman" w:hAnsi="Times New Roman" w:cs="Times New Roman"/>
                <w:sz w:val="24"/>
                <w:szCs w:val="24"/>
              </w:rPr>
              <w:t xml:space="preserve"> Эмоциональное здоровье. Как смехотерапия помогла.</w:t>
            </w:r>
          </w:p>
        </w:tc>
        <w:tc>
          <w:tcPr>
            <w:tcW w:w="850" w:type="dxa"/>
            <w:tcBorders>
              <w:top w:val="nil"/>
              <w:left w:val="single" w:sz="4" w:space="0" w:color="auto"/>
              <w:bottom w:val="single" w:sz="4" w:space="0" w:color="auto"/>
              <w:right w:val="single" w:sz="4" w:space="0" w:color="auto"/>
            </w:tcBorders>
            <w:shd w:val="clear" w:color="auto" w:fill="auto"/>
            <w:noWrap/>
            <w:hideMark/>
          </w:tcPr>
          <w:p w14:paraId="2C0BDEF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E75BD4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5EAA62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3D649250"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2221995"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13C412B"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3</w:t>
            </w:r>
            <w:r w:rsidRPr="001117C6">
              <w:rPr>
                <w:rFonts w:ascii="Times New Roman" w:eastAsia="Times New Roman" w:hAnsi="Times New Roman" w:cs="Times New Roman"/>
                <w:sz w:val="24"/>
                <w:szCs w:val="24"/>
                <w:lang w:val="en-US"/>
              </w:rPr>
              <w:t>f</w:t>
            </w:r>
            <w:r w:rsidRPr="001117C6">
              <w:rPr>
                <w:rFonts w:ascii="Times New Roman" w:eastAsia="Times New Roman" w:hAnsi="Times New Roman" w:cs="Times New Roman"/>
                <w:sz w:val="24"/>
                <w:szCs w:val="24"/>
              </w:rPr>
              <w:t xml:space="preserve"> Психическое здоровье. «Причины стресса в подростковом возрасте и способы борьбы со стрессом»</w:t>
            </w:r>
          </w:p>
        </w:tc>
        <w:tc>
          <w:tcPr>
            <w:tcW w:w="850" w:type="dxa"/>
            <w:tcBorders>
              <w:top w:val="nil"/>
              <w:left w:val="single" w:sz="4" w:space="0" w:color="auto"/>
              <w:bottom w:val="single" w:sz="4" w:space="0" w:color="auto"/>
              <w:right w:val="single" w:sz="4" w:space="0" w:color="auto"/>
            </w:tcBorders>
            <w:shd w:val="clear" w:color="auto" w:fill="auto"/>
            <w:noWrap/>
            <w:hideMark/>
          </w:tcPr>
          <w:p w14:paraId="5F9CF8D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4044C3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3ECC59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53CE4AC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64DCED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2050EC3"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3</w:t>
            </w:r>
            <w:r w:rsidRPr="001117C6">
              <w:rPr>
                <w:rFonts w:ascii="Times New Roman" w:eastAsia="Times New Roman" w:hAnsi="Times New Roman" w:cs="Times New Roman"/>
                <w:sz w:val="24"/>
                <w:szCs w:val="24"/>
                <w:lang w:val="en-US"/>
              </w:rPr>
              <w:t>f</w:t>
            </w:r>
            <w:r w:rsidRPr="001117C6">
              <w:rPr>
                <w:rFonts w:ascii="Times New Roman" w:eastAsia="Times New Roman" w:hAnsi="Times New Roman" w:cs="Times New Roman"/>
                <w:sz w:val="24"/>
                <w:szCs w:val="24"/>
              </w:rPr>
              <w:t xml:space="preserve"> Психическое здоровье. «Причины стресса в подростковом возрасте и способы борьбы со стрессом».</w:t>
            </w:r>
          </w:p>
        </w:tc>
        <w:tc>
          <w:tcPr>
            <w:tcW w:w="850" w:type="dxa"/>
            <w:tcBorders>
              <w:top w:val="nil"/>
              <w:left w:val="single" w:sz="4" w:space="0" w:color="auto"/>
              <w:bottom w:val="single" w:sz="4" w:space="0" w:color="auto"/>
              <w:right w:val="single" w:sz="4" w:space="0" w:color="auto"/>
            </w:tcBorders>
            <w:shd w:val="clear" w:color="auto" w:fill="auto"/>
            <w:noWrap/>
            <w:hideMark/>
          </w:tcPr>
          <w:p w14:paraId="1713FD9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4F4973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665B335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F485BD2"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C17A5E3"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243B707"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3</w:t>
            </w:r>
            <w:r w:rsidRPr="001117C6">
              <w:rPr>
                <w:rFonts w:ascii="Times New Roman" w:eastAsia="Times New Roman" w:hAnsi="Times New Roman" w:cs="Times New Roman"/>
                <w:sz w:val="24"/>
                <w:szCs w:val="24"/>
                <w:lang w:val="en-US"/>
              </w:rPr>
              <w:t>g</w:t>
            </w:r>
            <w:r w:rsidRPr="001117C6">
              <w:rPr>
                <w:rFonts w:ascii="Times New Roman" w:eastAsia="Times New Roman" w:hAnsi="Times New Roman" w:cs="Times New Roman"/>
                <w:sz w:val="24"/>
                <w:szCs w:val="24"/>
              </w:rPr>
              <w:t xml:space="preserve"> Монолог «Способы борьбы с экзаменационным стрессом».</w:t>
            </w:r>
          </w:p>
        </w:tc>
        <w:tc>
          <w:tcPr>
            <w:tcW w:w="850" w:type="dxa"/>
            <w:tcBorders>
              <w:top w:val="nil"/>
              <w:left w:val="single" w:sz="4" w:space="0" w:color="auto"/>
              <w:bottom w:val="single" w:sz="4" w:space="0" w:color="auto"/>
              <w:right w:val="single" w:sz="4" w:space="0" w:color="auto"/>
            </w:tcBorders>
            <w:shd w:val="clear" w:color="auto" w:fill="auto"/>
            <w:noWrap/>
            <w:hideMark/>
          </w:tcPr>
          <w:p w14:paraId="1AD15EE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6D32E28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429B66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6DA060C"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5F77A87"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322474D2"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Аудирование в формате ОГЭ</w:t>
            </w:r>
          </w:p>
        </w:tc>
        <w:tc>
          <w:tcPr>
            <w:tcW w:w="850" w:type="dxa"/>
            <w:tcBorders>
              <w:top w:val="nil"/>
              <w:left w:val="single" w:sz="4" w:space="0" w:color="auto"/>
              <w:bottom w:val="single" w:sz="4" w:space="0" w:color="auto"/>
              <w:right w:val="single" w:sz="4" w:space="0" w:color="auto"/>
            </w:tcBorders>
            <w:shd w:val="clear" w:color="auto" w:fill="auto"/>
            <w:noWrap/>
            <w:hideMark/>
          </w:tcPr>
          <w:p w14:paraId="3BA265C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6027FDD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9427D9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5F9A15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526A05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65E253B1"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Чтение в формате ОГЭ</w:t>
            </w:r>
          </w:p>
        </w:tc>
        <w:tc>
          <w:tcPr>
            <w:tcW w:w="850" w:type="dxa"/>
            <w:tcBorders>
              <w:top w:val="nil"/>
              <w:left w:val="single" w:sz="4" w:space="0" w:color="auto"/>
              <w:bottom w:val="single" w:sz="4" w:space="0" w:color="auto"/>
              <w:right w:val="single" w:sz="4" w:space="0" w:color="auto"/>
            </w:tcBorders>
            <w:shd w:val="clear" w:color="auto" w:fill="auto"/>
            <w:noWrap/>
            <w:hideMark/>
          </w:tcPr>
          <w:p w14:paraId="36B193B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57D2C0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3E0EB9C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140C1E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8E9483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884CEEF"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val="en-US" w:eastAsia="ru-RU"/>
              </w:rPr>
              <w:t>Skills</w:t>
            </w:r>
            <w:r w:rsidRPr="001117C6">
              <w:rPr>
                <w:rFonts w:ascii="Times New Roman" w:eastAsia="Times New Roman" w:hAnsi="Times New Roman" w:cs="Times New Roman"/>
                <w:color w:val="000000"/>
                <w:sz w:val="24"/>
                <w:szCs w:val="24"/>
                <w:lang w:eastAsia="ru-RU"/>
              </w:rPr>
              <w:t xml:space="preserve"> 3 </w:t>
            </w:r>
            <w:r w:rsidRPr="001117C6">
              <w:rPr>
                <w:rFonts w:ascii="Times New Roman" w:eastAsia="Times New Roman" w:hAnsi="Times New Roman" w:cs="Times New Roman"/>
                <w:sz w:val="24"/>
                <w:szCs w:val="24"/>
              </w:rPr>
              <w:t>Монологическое высказывание в формате ОГЭ</w:t>
            </w:r>
          </w:p>
        </w:tc>
        <w:tc>
          <w:tcPr>
            <w:tcW w:w="850" w:type="dxa"/>
            <w:tcBorders>
              <w:top w:val="nil"/>
              <w:left w:val="single" w:sz="4" w:space="0" w:color="auto"/>
              <w:bottom w:val="single" w:sz="4" w:space="0" w:color="auto"/>
              <w:right w:val="single" w:sz="4" w:space="0" w:color="auto"/>
            </w:tcBorders>
            <w:shd w:val="clear" w:color="auto" w:fill="auto"/>
            <w:noWrap/>
            <w:hideMark/>
          </w:tcPr>
          <w:p w14:paraId="5A0375F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1D0BDE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012EDF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0A52BC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C5C71B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1838AC4"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Обобщающее повторение.</w:t>
            </w:r>
          </w:p>
        </w:tc>
        <w:tc>
          <w:tcPr>
            <w:tcW w:w="850" w:type="dxa"/>
            <w:tcBorders>
              <w:top w:val="nil"/>
              <w:left w:val="single" w:sz="4" w:space="0" w:color="auto"/>
              <w:bottom w:val="single" w:sz="4" w:space="0" w:color="auto"/>
              <w:right w:val="single" w:sz="4" w:space="0" w:color="auto"/>
            </w:tcBorders>
            <w:shd w:val="clear" w:color="auto" w:fill="auto"/>
            <w:noWrap/>
          </w:tcPr>
          <w:p w14:paraId="5E6F6E4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3E5D58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33DB06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3FCA12F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B8D01ED"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B8FC760" w14:textId="3D92198C" w:rsidR="00595E4A" w:rsidRPr="007A1091" w:rsidRDefault="007A1091" w:rsidP="001117C6">
            <w:pPr>
              <w:spacing w:after="0" w:line="240" w:lineRule="auto"/>
              <w:rPr>
                <w:rFonts w:ascii="Times New Roman" w:eastAsia="Times New Roman" w:hAnsi="Times New Roman" w:cs="Times New Roman"/>
                <w:b/>
                <w:sz w:val="24"/>
                <w:szCs w:val="24"/>
              </w:rPr>
            </w:pPr>
            <w:r w:rsidRPr="007A1091">
              <w:rPr>
                <w:rFonts w:ascii="Times New Roman" w:eastAsia="Times New Roman" w:hAnsi="Times New Roman" w:cs="Times New Roman"/>
                <w:b/>
                <w:sz w:val="24"/>
                <w:szCs w:val="24"/>
              </w:rPr>
              <w:t>Контрольная работа №2</w:t>
            </w:r>
          </w:p>
        </w:tc>
        <w:tc>
          <w:tcPr>
            <w:tcW w:w="850" w:type="dxa"/>
            <w:tcBorders>
              <w:top w:val="nil"/>
              <w:left w:val="single" w:sz="4" w:space="0" w:color="auto"/>
              <w:bottom w:val="single" w:sz="4" w:space="0" w:color="auto"/>
              <w:right w:val="single" w:sz="4" w:space="0" w:color="auto"/>
            </w:tcBorders>
            <w:shd w:val="clear" w:color="auto" w:fill="auto"/>
            <w:noWrap/>
          </w:tcPr>
          <w:p w14:paraId="65E090DA" w14:textId="77777777" w:rsidR="00595E4A" w:rsidRPr="007A1091" w:rsidRDefault="00595E4A" w:rsidP="001117C6">
            <w:pPr>
              <w:spacing w:after="0" w:line="240" w:lineRule="auto"/>
              <w:jc w:val="center"/>
              <w:rPr>
                <w:rFonts w:ascii="Times New Roman" w:eastAsia="Times New Roman" w:hAnsi="Times New Roman" w:cs="Times New Roman"/>
                <w:b/>
                <w:color w:val="000000"/>
                <w:sz w:val="24"/>
                <w:szCs w:val="24"/>
                <w:lang w:eastAsia="ru-RU"/>
              </w:rPr>
            </w:pPr>
            <w:r w:rsidRPr="007A1091">
              <w:rPr>
                <w:rFonts w:ascii="Times New Roman" w:eastAsia="Times New Roman" w:hAnsi="Times New Roman" w:cs="Times New Roman"/>
                <w:b/>
                <w:color w:val="000000"/>
                <w:sz w:val="24"/>
                <w:szCs w:val="24"/>
                <w:lang w:eastAsia="ru-RU"/>
              </w:rPr>
              <w:t>1</w:t>
            </w:r>
          </w:p>
        </w:tc>
        <w:tc>
          <w:tcPr>
            <w:tcW w:w="1277" w:type="dxa"/>
            <w:tcBorders>
              <w:top w:val="nil"/>
              <w:left w:val="nil"/>
              <w:bottom w:val="single" w:sz="4" w:space="0" w:color="auto"/>
              <w:right w:val="single" w:sz="4" w:space="0" w:color="auto"/>
            </w:tcBorders>
          </w:tcPr>
          <w:p w14:paraId="7321F95F" w14:textId="5481AF24" w:rsidR="00595E4A" w:rsidRPr="007A1091" w:rsidRDefault="007A1091" w:rsidP="001117C6">
            <w:pPr>
              <w:spacing w:after="0" w:line="240" w:lineRule="auto"/>
              <w:jc w:val="center"/>
              <w:rPr>
                <w:rFonts w:ascii="Times New Roman" w:eastAsia="Times New Roman" w:hAnsi="Times New Roman" w:cs="Times New Roman"/>
                <w:b/>
                <w:color w:val="000000"/>
                <w:sz w:val="24"/>
                <w:szCs w:val="24"/>
                <w:lang w:eastAsia="ru-RU"/>
              </w:rPr>
            </w:pPr>
            <w:r w:rsidRPr="007A1091">
              <w:rPr>
                <w:rFonts w:ascii="Times New Roman" w:eastAsia="Times New Roman" w:hAnsi="Times New Roman" w:cs="Times New Roman"/>
                <w:b/>
                <w:color w:val="000000"/>
                <w:sz w:val="24"/>
                <w:szCs w:val="24"/>
                <w:lang w:eastAsia="ru-RU"/>
              </w:rPr>
              <w:t>1</w:t>
            </w:r>
          </w:p>
        </w:tc>
        <w:tc>
          <w:tcPr>
            <w:tcW w:w="1730" w:type="dxa"/>
            <w:tcBorders>
              <w:top w:val="nil"/>
              <w:left w:val="nil"/>
              <w:bottom w:val="single" w:sz="4" w:space="0" w:color="auto"/>
              <w:right w:val="single" w:sz="4" w:space="0" w:color="auto"/>
            </w:tcBorders>
          </w:tcPr>
          <w:p w14:paraId="7968AD37" w14:textId="47E689B7" w:rsidR="00595E4A" w:rsidRPr="007A1091" w:rsidRDefault="007A1091" w:rsidP="001117C6">
            <w:pPr>
              <w:spacing w:after="0" w:line="240" w:lineRule="auto"/>
              <w:jc w:val="center"/>
              <w:rPr>
                <w:rFonts w:ascii="Times New Roman" w:eastAsia="Times New Roman" w:hAnsi="Times New Roman" w:cs="Times New Roman"/>
                <w:b/>
                <w:color w:val="000000"/>
                <w:sz w:val="24"/>
                <w:szCs w:val="24"/>
                <w:lang w:eastAsia="ru-RU"/>
              </w:rPr>
            </w:pPr>
            <w:r w:rsidRPr="007A1091">
              <w:rPr>
                <w:rFonts w:ascii="Times New Roman" w:eastAsia="Times New Roman" w:hAnsi="Times New Roman" w:cs="Times New Roman"/>
                <w:b/>
                <w:color w:val="000000"/>
                <w:sz w:val="24"/>
                <w:szCs w:val="24"/>
                <w:lang w:eastAsia="ru-RU"/>
              </w:rPr>
              <w:t>тест</w:t>
            </w:r>
          </w:p>
        </w:tc>
      </w:tr>
      <w:tr w:rsidR="00595E4A" w:rsidRPr="001117C6" w14:paraId="74ACB62A"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6473F1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64B29C5" w14:textId="63391D9D"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МОДУЛЬ 4.</w:t>
            </w:r>
            <w:r w:rsidRPr="001117C6">
              <w:rPr>
                <w:rFonts w:ascii="Times New Roman" w:eastAsia="Times New Roman" w:hAnsi="Times New Roman" w:cs="Times New Roman"/>
                <w:sz w:val="24"/>
                <w:szCs w:val="24"/>
                <w:lang w:val="en-US"/>
              </w:rPr>
              <w:t>ART</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AND</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ENTERTAINMENT</w:t>
            </w:r>
            <w:r w:rsidRPr="001117C6">
              <w:rPr>
                <w:rFonts w:ascii="Times New Roman" w:eastAsia="Times New Roman" w:hAnsi="Times New Roman" w:cs="Times New Roman"/>
                <w:sz w:val="24"/>
                <w:szCs w:val="24"/>
              </w:rPr>
              <w:t xml:space="preserve"> (Искусство и развлечения). Фестивали мира и России. Описание фестивалей на картинках.</w:t>
            </w:r>
          </w:p>
        </w:tc>
        <w:tc>
          <w:tcPr>
            <w:tcW w:w="850" w:type="dxa"/>
            <w:tcBorders>
              <w:top w:val="nil"/>
              <w:left w:val="single" w:sz="4" w:space="0" w:color="auto"/>
              <w:bottom w:val="single" w:sz="4" w:space="0" w:color="auto"/>
              <w:right w:val="single" w:sz="4" w:space="0" w:color="auto"/>
            </w:tcBorders>
            <w:shd w:val="clear" w:color="auto" w:fill="auto"/>
            <w:noWrap/>
            <w:hideMark/>
          </w:tcPr>
          <w:p w14:paraId="7C8E460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922589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35AE242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BE85CA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0D5619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50DD345" w14:textId="213206B9"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rPr>
              <w:t xml:space="preserve">Зимние фестивали. Телекомментарий с фестивалей. </w:t>
            </w:r>
            <w:r w:rsidRPr="001117C6">
              <w:rPr>
                <w:rFonts w:ascii="Times New Roman" w:eastAsia="Times New Roman" w:hAnsi="Times New Roman" w:cs="Times New Roman"/>
                <w:sz w:val="24"/>
                <w:szCs w:val="24"/>
                <w:lang w:val="en-US"/>
              </w:rPr>
              <w:t>Лексика.</w:t>
            </w:r>
          </w:p>
        </w:tc>
        <w:tc>
          <w:tcPr>
            <w:tcW w:w="850" w:type="dxa"/>
            <w:tcBorders>
              <w:top w:val="nil"/>
              <w:left w:val="single" w:sz="4" w:space="0" w:color="auto"/>
              <w:bottom w:val="single" w:sz="4" w:space="0" w:color="auto"/>
              <w:right w:val="single" w:sz="4" w:space="0" w:color="auto"/>
            </w:tcBorders>
            <w:shd w:val="clear" w:color="auto" w:fill="auto"/>
            <w:noWrap/>
            <w:hideMark/>
          </w:tcPr>
          <w:p w14:paraId="6E6EC9B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B3E696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45E2CC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1FD20F6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C385442"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80521BF"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Пассивный залог.</w:t>
            </w:r>
          </w:p>
        </w:tc>
        <w:tc>
          <w:tcPr>
            <w:tcW w:w="850" w:type="dxa"/>
            <w:tcBorders>
              <w:top w:val="nil"/>
              <w:left w:val="single" w:sz="4" w:space="0" w:color="auto"/>
              <w:bottom w:val="single" w:sz="4" w:space="0" w:color="auto"/>
              <w:right w:val="single" w:sz="4" w:space="0" w:color="auto"/>
            </w:tcBorders>
            <w:shd w:val="clear" w:color="auto" w:fill="auto"/>
            <w:noWrap/>
          </w:tcPr>
          <w:p w14:paraId="37EC77F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5C27DC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15FB5E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4586BDC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8A5838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0B4038C" w14:textId="1738B642"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4 а Монологическое высказывание на тему Фестивали.</w:t>
            </w:r>
          </w:p>
        </w:tc>
        <w:tc>
          <w:tcPr>
            <w:tcW w:w="850" w:type="dxa"/>
            <w:tcBorders>
              <w:top w:val="nil"/>
              <w:left w:val="single" w:sz="4" w:space="0" w:color="auto"/>
              <w:bottom w:val="single" w:sz="4" w:space="0" w:color="auto"/>
              <w:right w:val="single" w:sz="4" w:space="0" w:color="auto"/>
            </w:tcBorders>
            <w:shd w:val="clear" w:color="auto" w:fill="auto"/>
            <w:noWrap/>
            <w:hideMark/>
          </w:tcPr>
          <w:p w14:paraId="74F8F77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E3A4F6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E04B45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33354C7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D2C3FCE"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598B5FB"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 xml:space="preserve">4b Life as a performer. </w:t>
            </w:r>
            <w:r w:rsidRPr="001117C6">
              <w:rPr>
                <w:rFonts w:ascii="Times New Roman" w:eastAsia="Times New Roman" w:hAnsi="Times New Roman" w:cs="Times New Roman"/>
                <w:sz w:val="24"/>
                <w:szCs w:val="24"/>
              </w:rPr>
              <w:t>Жизнь на сцене. Цирковые профессии.</w:t>
            </w:r>
          </w:p>
        </w:tc>
        <w:tc>
          <w:tcPr>
            <w:tcW w:w="850" w:type="dxa"/>
            <w:tcBorders>
              <w:top w:val="nil"/>
              <w:left w:val="single" w:sz="4" w:space="0" w:color="auto"/>
              <w:bottom w:val="single" w:sz="4" w:space="0" w:color="auto"/>
              <w:right w:val="single" w:sz="4" w:space="0" w:color="auto"/>
            </w:tcBorders>
            <w:shd w:val="clear" w:color="auto" w:fill="auto"/>
            <w:noWrap/>
            <w:hideMark/>
          </w:tcPr>
          <w:p w14:paraId="4E8A002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F33B05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1D00652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5D1F64F3"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EC2DC5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348B425B"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Диалогическая речь « Интервью с цирковым артистом»</w:t>
            </w:r>
          </w:p>
        </w:tc>
        <w:tc>
          <w:tcPr>
            <w:tcW w:w="850" w:type="dxa"/>
            <w:tcBorders>
              <w:top w:val="nil"/>
              <w:left w:val="single" w:sz="4" w:space="0" w:color="auto"/>
              <w:bottom w:val="single" w:sz="4" w:space="0" w:color="auto"/>
              <w:right w:val="single" w:sz="4" w:space="0" w:color="auto"/>
            </w:tcBorders>
            <w:shd w:val="clear" w:color="auto" w:fill="auto"/>
            <w:noWrap/>
            <w:hideMark/>
          </w:tcPr>
          <w:p w14:paraId="5D7D6D9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FE2B74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279D6B0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2E4E80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87098B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29F8789" w14:textId="75B4CDA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4d Everyday English. Диалогическая речь «Buying a formal outfit».</w:t>
            </w:r>
          </w:p>
        </w:tc>
        <w:tc>
          <w:tcPr>
            <w:tcW w:w="850" w:type="dxa"/>
            <w:tcBorders>
              <w:top w:val="nil"/>
              <w:left w:val="single" w:sz="4" w:space="0" w:color="auto"/>
              <w:bottom w:val="single" w:sz="4" w:space="0" w:color="auto"/>
              <w:right w:val="single" w:sz="4" w:space="0" w:color="auto"/>
            </w:tcBorders>
            <w:shd w:val="clear" w:color="auto" w:fill="auto"/>
            <w:noWrap/>
            <w:hideMark/>
          </w:tcPr>
          <w:p w14:paraId="2D1F718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A5425C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93B4C2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10C1F14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2A6448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FA11111"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4</w:t>
            </w:r>
            <w:r w:rsidRPr="001117C6">
              <w:rPr>
                <w:rFonts w:ascii="Times New Roman" w:eastAsia="Times New Roman" w:hAnsi="Times New Roman" w:cs="Times New Roman"/>
                <w:sz w:val="24"/>
                <w:szCs w:val="24"/>
                <w:lang w:val="en-US"/>
              </w:rPr>
              <w:t>e</w:t>
            </w:r>
            <w:r w:rsidRPr="001117C6">
              <w:rPr>
                <w:rFonts w:ascii="Times New Roman" w:eastAsia="Times New Roman" w:hAnsi="Times New Roman" w:cs="Times New Roman"/>
                <w:sz w:val="24"/>
                <w:szCs w:val="24"/>
              </w:rPr>
              <w:t xml:space="preserve"> Помогая людям с помощью искусства. </w:t>
            </w:r>
            <w:r w:rsidRPr="001117C6">
              <w:rPr>
                <w:rFonts w:ascii="Times New Roman" w:eastAsia="Times New Roman" w:hAnsi="Times New Roman" w:cs="Times New Roman"/>
                <w:sz w:val="24"/>
                <w:szCs w:val="24"/>
                <w:lang w:val="en-US"/>
              </w:rPr>
              <w:t>Вставление пропущенных фрагментов текста.</w:t>
            </w:r>
          </w:p>
        </w:tc>
        <w:tc>
          <w:tcPr>
            <w:tcW w:w="850" w:type="dxa"/>
            <w:tcBorders>
              <w:top w:val="nil"/>
              <w:left w:val="single" w:sz="4" w:space="0" w:color="auto"/>
              <w:bottom w:val="single" w:sz="4" w:space="0" w:color="auto"/>
              <w:right w:val="single" w:sz="4" w:space="0" w:color="auto"/>
            </w:tcBorders>
            <w:shd w:val="clear" w:color="auto" w:fill="auto"/>
            <w:noWrap/>
            <w:hideMark/>
          </w:tcPr>
          <w:p w14:paraId="7118A15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8F1D96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12EF03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93A59C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B520A5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5633B0B"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Помогая людям с помощью искусства. Сослагательное наклонение (Условные предложения 0,1,2,3 вида).</w:t>
            </w:r>
          </w:p>
        </w:tc>
        <w:tc>
          <w:tcPr>
            <w:tcW w:w="850" w:type="dxa"/>
            <w:tcBorders>
              <w:top w:val="nil"/>
              <w:left w:val="single" w:sz="4" w:space="0" w:color="auto"/>
              <w:bottom w:val="single" w:sz="4" w:space="0" w:color="auto"/>
              <w:right w:val="single" w:sz="4" w:space="0" w:color="auto"/>
            </w:tcBorders>
            <w:shd w:val="clear" w:color="auto" w:fill="auto"/>
            <w:noWrap/>
            <w:hideMark/>
          </w:tcPr>
          <w:p w14:paraId="1ADCD8A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5707FB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7DFA14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7BA2005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E92603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080DCD0"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Сослагательное наклонение (Условные предложения 0,1,2,3 вида).</w:t>
            </w:r>
          </w:p>
        </w:tc>
        <w:tc>
          <w:tcPr>
            <w:tcW w:w="850" w:type="dxa"/>
            <w:tcBorders>
              <w:top w:val="nil"/>
              <w:left w:val="single" w:sz="4" w:space="0" w:color="auto"/>
              <w:bottom w:val="single" w:sz="4" w:space="0" w:color="auto"/>
              <w:right w:val="single" w:sz="4" w:space="0" w:color="auto"/>
            </w:tcBorders>
            <w:shd w:val="clear" w:color="auto" w:fill="auto"/>
            <w:noWrap/>
            <w:hideMark/>
          </w:tcPr>
          <w:p w14:paraId="1AA40D6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2A3DDC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0380B4B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48757E1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0F3C8F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372ABE3"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rPr>
              <w:t>4</w:t>
            </w:r>
            <w:r w:rsidRPr="001117C6">
              <w:rPr>
                <w:rFonts w:ascii="Times New Roman" w:eastAsia="Times New Roman" w:hAnsi="Times New Roman" w:cs="Times New Roman"/>
                <w:sz w:val="24"/>
                <w:szCs w:val="24"/>
                <w:lang w:val="en-US"/>
              </w:rPr>
              <w:t>f</w:t>
            </w:r>
            <w:r w:rsidRPr="001117C6">
              <w:rPr>
                <w:rFonts w:ascii="Times New Roman" w:eastAsia="Times New Roman" w:hAnsi="Times New Roman" w:cs="Times New Roman"/>
                <w:sz w:val="24"/>
                <w:szCs w:val="24"/>
              </w:rPr>
              <w:t xml:space="preserve"> Фестиваль искусств. Смешанное сослагательное, </w:t>
            </w:r>
            <w:r w:rsidRPr="001117C6">
              <w:rPr>
                <w:rFonts w:ascii="Times New Roman" w:eastAsia="Times New Roman" w:hAnsi="Times New Roman" w:cs="Times New Roman"/>
                <w:sz w:val="24"/>
                <w:szCs w:val="24"/>
                <w:lang w:val="en-US"/>
              </w:rPr>
              <w:t>wish</w:t>
            </w:r>
            <w:r w:rsidRPr="001117C6">
              <w:rPr>
                <w:rFonts w:ascii="Times New Roman" w:eastAsia="Times New Roman" w:hAnsi="Times New Roman" w:cs="Times New Roman"/>
                <w:sz w:val="24"/>
                <w:szCs w:val="24"/>
              </w:rPr>
              <w:t xml:space="preserve"> .</w:t>
            </w:r>
          </w:p>
        </w:tc>
        <w:tc>
          <w:tcPr>
            <w:tcW w:w="850" w:type="dxa"/>
            <w:tcBorders>
              <w:top w:val="nil"/>
              <w:left w:val="single" w:sz="4" w:space="0" w:color="auto"/>
              <w:bottom w:val="single" w:sz="4" w:space="0" w:color="auto"/>
              <w:right w:val="single" w:sz="4" w:space="0" w:color="auto"/>
            </w:tcBorders>
            <w:shd w:val="clear" w:color="auto" w:fill="auto"/>
            <w:noWrap/>
            <w:hideMark/>
          </w:tcPr>
          <w:p w14:paraId="113907B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53E9F92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20943A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2DD0F93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E730E12"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EEFC0F2"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eastAsia="ru-RU"/>
              </w:rPr>
              <w:t>Конструкция I wish</w:t>
            </w:r>
          </w:p>
        </w:tc>
        <w:tc>
          <w:tcPr>
            <w:tcW w:w="850" w:type="dxa"/>
            <w:tcBorders>
              <w:top w:val="nil"/>
              <w:left w:val="single" w:sz="4" w:space="0" w:color="auto"/>
              <w:bottom w:val="single" w:sz="4" w:space="0" w:color="auto"/>
              <w:right w:val="single" w:sz="4" w:space="0" w:color="auto"/>
            </w:tcBorders>
            <w:shd w:val="clear" w:color="auto" w:fill="auto"/>
            <w:noWrap/>
            <w:hideMark/>
          </w:tcPr>
          <w:p w14:paraId="4ECA002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6746B9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B4FC1F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4F369DB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4F5C70A"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3E1A17A"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 xml:space="preserve">Конструкция </w:t>
            </w:r>
            <w:r w:rsidRPr="001117C6">
              <w:rPr>
                <w:rFonts w:ascii="Times New Roman" w:eastAsia="Times New Roman" w:hAnsi="Times New Roman" w:cs="Times New Roman"/>
                <w:sz w:val="24"/>
                <w:szCs w:val="24"/>
                <w:lang w:val="en-US"/>
              </w:rPr>
              <w:t>I wish</w:t>
            </w:r>
          </w:p>
        </w:tc>
        <w:tc>
          <w:tcPr>
            <w:tcW w:w="850" w:type="dxa"/>
            <w:tcBorders>
              <w:top w:val="nil"/>
              <w:left w:val="single" w:sz="4" w:space="0" w:color="auto"/>
              <w:bottom w:val="single" w:sz="4" w:space="0" w:color="auto"/>
              <w:right w:val="single" w:sz="4" w:space="0" w:color="auto"/>
            </w:tcBorders>
            <w:shd w:val="clear" w:color="auto" w:fill="auto"/>
            <w:noWrap/>
            <w:hideMark/>
          </w:tcPr>
          <w:p w14:paraId="21FC8CC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0B2794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09E271D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4D6D036C"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D4DA0C3"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261D61E3" w14:textId="34426B0B"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lang w:val="en-US"/>
              </w:rPr>
              <w:t>Skills</w:t>
            </w:r>
            <w:r w:rsidRPr="001117C6">
              <w:rPr>
                <w:rFonts w:ascii="Times New Roman" w:eastAsia="Times New Roman" w:hAnsi="Times New Roman" w:cs="Times New Roman"/>
                <w:sz w:val="24"/>
                <w:szCs w:val="24"/>
              </w:rPr>
              <w:t xml:space="preserve"> 4. Речевые умения и языковые навыки. </w:t>
            </w:r>
            <w:r w:rsidRPr="001117C6">
              <w:rPr>
                <w:rFonts w:ascii="Times New Roman" w:eastAsia="Times New Roman" w:hAnsi="Times New Roman" w:cs="Times New Roman"/>
                <w:sz w:val="24"/>
                <w:szCs w:val="24"/>
                <w:lang w:val="en-US"/>
              </w:rPr>
              <w:t>Словообразование. Грамматическая форма слов.</w:t>
            </w:r>
          </w:p>
        </w:tc>
        <w:tc>
          <w:tcPr>
            <w:tcW w:w="850" w:type="dxa"/>
            <w:tcBorders>
              <w:top w:val="nil"/>
              <w:left w:val="single" w:sz="4" w:space="0" w:color="auto"/>
              <w:bottom w:val="single" w:sz="4" w:space="0" w:color="auto"/>
              <w:right w:val="single" w:sz="4" w:space="0" w:color="auto"/>
            </w:tcBorders>
            <w:shd w:val="clear" w:color="auto" w:fill="auto"/>
            <w:noWrap/>
            <w:hideMark/>
          </w:tcPr>
          <w:p w14:paraId="5040FD7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6849447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DD4F2A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4B41149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A29268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7B77F74" w14:textId="0C2E9A66"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Revision</w:t>
            </w:r>
            <w:r w:rsidRPr="001117C6">
              <w:rPr>
                <w:rFonts w:ascii="Times New Roman" w:eastAsia="Times New Roman" w:hAnsi="Times New Roman" w:cs="Times New Roman"/>
                <w:sz w:val="24"/>
                <w:szCs w:val="24"/>
              </w:rPr>
              <w:t xml:space="preserve"> /Повторение. Лексика по теме.</w:t>
            </w:r>
          </w:p>
        </w:tc>
        <w:tc>
          <w:tcPr>
            <w:tcW w:w="850" w:type="dxa"/>
            <w:tcBorders>
              <w:top w:val="nil"/>
              <w:left w:val="single" w:sz="4" w:space="0" w:color="auto"/>
              <w:bottom w:val="single" w:sz="4" w:space="0" w:color="auto"/>
              <w:right w:val="single" w:sz="4" w:space="0" w:color="auto"/>
            </w:tcBorders>
            <w:shd w:val="clear" w:color="auto" w:fill="auto"/>
            <w:noWrap/>
            <w:hideMark/>
          </w:tcPr>
          <w:p w14:paraId="65A1556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955A56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5B77CF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3C131451"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AC10742"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A402D3D"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Revision</w:t>
            </w:r>
            <w:r w:rsidRPr="001117C6">
              <w:rPr>
                <w:rFonts w:ascii="Times New Roman" w:eastAsia="Times New Roman" w:hAnsi="Times New Roman" w:cs="Times New Roman"/>
                <w:sz w:val="24"/>
                <w:szCs w:val="24"/>
              </w:rPr>
              <w:t xml:space="preserve"> /Повторение. Пассивный залог.</w:t>
            </w:r>
          </w:p>
        </w:tc>
        <w:tc>
          <w:tcPr>
            <w:tcW w:w="850" w:type="dxa"/>
            <w:tcBorders>
              <w:top w:val="nil"/>
              <w:left w:val="single" w:sz="4" w:space="0" w:color="auto"/>
              <w:bottom w:val="single" w:sz="4" w:space="0" w:color="auto"/>
              <w:right w:val="single" w:sz="4" w:space="0" w:color="auto"/>
            </w:tcBorders>
            <w:shd w:val="clear" w:color="auto" w:fill="auto"/>
            <w:noWrap/>
          </w:tcPr>
          <w:p w14:paraId="0B147B3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BC6CE5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04E764C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02164E6"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2FF4D54"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FFFFFF"/>
            <w:tcMar>
              <w:left w:w="115" w:type="dxa"/>
              <w:right w:w="0" w:type="dxa"/>
            </w:tcMar>
            <w:vAlign w:val="bottom"/>
          </w:tcPr>
          <w:p w14:paraId="57466A8D" w14:textId="28D8504C" w:rsidR="00595E4A" w:rsidRPr="009A1C81" w:rsidRDefault="007A1091" w:rsidP="00537FB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Годовая контрольная работа</w:t>
            </w:r>
            <w:r w:rsidR="00595E4A" w:rsidRPr="009A1C81">
              <w:rPr>
                <w:rFonts w:ascii="Times New Roman" w:eastAsia="Times New Roman" w:hAnsi="Times New Roman" w:cs="Times New Roman"/>
                <w:b/>
                <w:color w:val="000000"/>
                <w:sz w:val="24"/>
                <w:szCs w:val="24"/>
                <w:lang w:eastAsia="ru-RU"/>
              </w:rPr>
              <w:t xml:space="preserve"> </w:t>
            </w:r>
          </w:p>
        </w:tc>
        <w:tc>
          <w:tcPr>
            <w:tcW w:w="850" w:type="dxa"/>
            <w:tcBorders>
              <w:top w:val="nil"/>
              <w:left w:val="single" w:sz="4" w:space="0" w:color="auto"/>
              <w:bottom w:val="single" w:sz="4" w:space="0" w:color="auto"/>
              <w:right w:val="single" w:sz="4" w:space="0" w:color="auto"/>
            </w:tcBorders>
            <w:shd w:val="clear" w:color="auto" w:fill="FFFFFF"/>
            <w:noWrap/>
            <w:hideMark/>
          </w:tcPr>
          <w:p w14:paraId="437297A9" w14:textId="77777777" w:rsidR="00595E4A" w:rsidRPr="009A1C81" w:rsidRDefault="00595E4A" w:rsidP="001117C6">
            <w:pPr>
              <w:spacing w:after="0" w:line="240" w:lineRule="auto"/>
              <w:jc w:val="center"/>
              <w:rPr>
                <w:rFonts w:ascii="Times New Roman" w:eastAsia="Times New Roman" w:hAnsi="Times New Roman" w:cs="Times New Roman"/>
                <w:b/>
                <w:color w:val="000000"/>
                <w:sz w:val="24"/>
                <w:szCs w:val="24"/>
                <w:lang w:eastAsia="ru-RU"/>
              </w:rPr>
            </w:pPr>
            <w:r w:rsidRPr="009A1C81">
              <w:rPr>
                <w:rFonts w:ascii="Times New Roman" w:eastAsia="Times New Roman" w:hAnsi="Times New Roman" w:cs="Times New Roman"/>
                <w:b/>
                <w:color w:val="000000"/>
                <w:sz w:val="24"/>
                <w:szCs w:val="24"/>
                <w:lang w:eastAsia="ru-RU"/>
              </w:rPr>
              <w:t>1</w:t>
            </w:r>
          </w:p>
        </w:tc>
        <w:tc>
          <w:tcPr>
            <w:tcW w:w="1277" w:type="dxa"/>
            <w:tcBorders>
              <w:top w:val="nil"/>
              <w:left w:val="nil"/>
              <w:bottom w:val="single" w:sz="4" w:space="0" w:color="auto"/>
              <w:right w:val="single" w:sz="4" w:space="0" w:color="auto"/>
            </w:tcBorders>
            <w:shd w:val="clear" w:color="auto" w:fill="FFFFFF"/>
          </w:tcPr>
          <w:p w14:paraId="1E311293" w14:textId="77777777" w:rsidR="00595E4A" w:rsidRPr="009A1C81" w:rsidRDefault="00595E4A" w:rsidP="001117C6">
            <w:pPr>
              <w:spacing w:after="0" w:line="240" w:lineRule="auto"/>
              <w:jc w:val="center"/>
              <w:rPr>
                <w:rFonts w:ascii="Times New Roman" w:eastAsia="Times New Roman" w:hAnsi="Times New Roman" w:cs="Times New Roman"/>
                <w:b/>
                <w:color w:val="000000"/>
                <w:sz w:val="24"/>
                <w:szCs w:val="24"/>
                <w:lang w:eastAsia="ru-RU"/>
              </w:rPr>
            </w:pPr>
            <w:r w:rsidRPr="009A1C81">
              <w:rPr>
                <w:rFonts w:ascii="Times New Roman" w:eastAsia="Times New Roman" w:hAnsi="Times New Roman" w:cs="Times New Roman"/>
                <w:b/>
                <w:color w:val="000000"/>
                <w:sz w:val="24"/>
                <w:szCs w:val="24"/>
                <w:lang w:eastAsia="ru-RU"/>
              </w:rPr>
              <w:t>1</w:t>
            </w:r>
          </w:p>
        </w:tc>
        <w:tc>
          <w:tcPr>
            <w:tcW w:w="1730" w:type="dxa"/>
            <w:tcBorders>
              <w:top w:val="nil"/>
              <w:left w:val="nil"/>
              <w:bottom w:val="single" w:sz="4" w:space="0" w:color="auto"/>
              <w:right w:val="single" w:sz="4" w:space="0" w:color="auto"/>
            </w:tcBorders>
            <w:shd w:val="clear" w:color="auto" w:fill="FFFFFF"/>
          </w:tcPr>
          <w:p w14:paraId="5BA2659F" w14:textId="2F02B83E" w:rsidR="00595E4A" w:rsidRPr="009A1C81" w:rsidRDefault="009A1C81" w:rsidP="001117C6">
            <w:pPr>
              <w:spacing w:after="0" w:line="240" w:lineRule="auto"/>
              <w:jc w:val="center"/>
              <w:rPr>
                <w:rFonts w:ascii="Times New Roman" w:eastAsia="Times New Roman" w:hAnsi="Times New Roman" w:cs="Times New Roman"/>
                <w:b/>
                <w:color w:val="000000"/>
                <w:sz w:val="24"/>
                <w:szCs w:val="24"/>
                <w:lang w:eastAsia="ru-RU"/>
              </w:rPr>
            </w:pPr>
            <w:r w:rsidRPr="009A1C81">
              <w:rPr>
                <w:rFonts w:ascii="Times New Roman" w:eastAsia="Times New Roman" w:hAnsi="Times New Roman" w:cs="Times New Roman"/>
                <w:b/>
                <w:color w:val="000000"/>
                <w:sz w:val="24"/>
                <w:szCs w:val="24"/>
                <w:lang w:eastAsia="ru-RU"/>
              </w:rPr>
              <w:t>т</w:t>
            </w:r>
            <w:r w:rsidR="00595E4A" w:rsidRPr="009A1C81">
              <w:rPr>
                <w:rFonts w:ascii="Times New Roman" w:eastAsia="Times New Roman" w:hAnsi="Times New Roman" w:cs="Times New Roman"/>
                <w:b/>
                <w:color w:val="000000"/>
                <w:sz w:val="24"/>
                <w:szCs w:val="24"/>
                <w:lang w:eastAsia="ru-RU"/>
              </w:rPr>
              <w:t>ест</w:t>
            </w:r>
          </w:p>
        </w:tc>
      </w:tr>
      <w:tr w:rsidR="00595E4A" w:rsidRPr="001117C6" w14:paraId="27B364B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9A4BA6D"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F90C854" w14:textId="77777777" w:rsidR="00595E4A" w:rsidRPr="001117C6" w:rsidRDefault="00595E4A" w:rsidP="001117C6">
            <w:pPr>
              <w:spacing w:after="0" w:line="240" w:lineRule="auto"/>
              <w:rPr>
                <w:rFonts w:ascii="Times New Roman" w:eastAsia="Times New Roman" w:hAnsi="Times New Roman" w:cs="Times New Roman"/>
                <w:sz w:val="24"/>
                <w:szCs w:val="24"/>
                <w:lang w:eastAsia="ru-RU"/>
              </w:rPr>
            </w:pPr>
            <w:r w:rsidRPr="001117C6">
              <w:rPr>
                <w:rFonts w:ascii="Times New Roman" w:eastAsia="Times New Roman" w:hAnsi="Times New Roman" w:cs="Times New Roman"/>
                <w:sz w:val="24"/>
                <w:szCs w:val="24"/>
              </w:rPr>
              <w:t>Работа над ошибками.</w:t>
            </w:r>
          </w:p>
        </w:tc>
        <w:tc>
          <w:tcPr>
            <w:tcW w:w="850" w:type="dxa"/>
            <w:tcBorders>
              <w:top w:val="nil"/>
              <w:left w:val="single" w:sz="4" w:space="0" w:color="auto"/>
              <w:bottom w:val="single" w:sz="4" w:space="0" w:color="auto"/>
              <w:right w:val="single" w:sz="4" w:space="0" w:color="auto"/>
            </w:tcBorders>
            <w:shd w:val="clear" w:color="auto" w:fill="auto"/>
            <w:noWrap/>
            <w:hideMark/>
          </w:tcPr>
          <w:p w14:paraId="70622B7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12A2BE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49E3154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587B638B"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82C6AD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B0BC58C"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Монологическая речь в формате ОГЭ</w:t>
            </w:r>
          </w:p>
        </w:tc>
        <w:tc>
          <w:tcPr>
            <w:tcW w:w="850" w:type="dxa"/>
            <w:tcBorders>
              <w:top w:val="nil"/>
              <w:left w:val="single" w:sz="4" w:space="0" w:color="auto"/>
              <w:bottom w:val="single" w:sz="4" w:space="0" w:color="auto"/>
              <w:right w:val="single" w:sz="4" w:space="0" w:color="auto"/>
            </w:tcBorders>
            <w:shd w:val="clear" w:color="auto" w:fill="auto"/>
            <w:noWrap/>
          </w:tcPr>
          <w:p w14:paraId="1DA666F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3C9338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28C9958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5649D92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0A6A81C"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48C0121"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 xml:space="preserve">Аудирование в формате </w:t>
            </w:r>
            <w:r w:rsidRPr="001117C6">
              <w:rPr>
                <w:rFonts w:ascii="Times New Roman" w:eastAsia="Times New Roman" w:hAnsi="Times New Roman" w:cs="Times New Roman"/>
                <w:sz w:val="24"/>
                <w:szCs w:val="24"/>
                <w:lang w:val="en-US"/>
              </w:rPr>
              <w:t>ОГЭ</w:t>
            </w:r>
          </w:p>
        </w:tc>
        <w:tc>
          <w:tcPr>
            <w:tcW w:w="850" w:type="dxa"/>
            <w:tcBorders>
              <w:top w:val="nil"/>
              <w:left w:val="single" w:sz="4" w:space="0" w:color="auto"/>
              <w:bottom w:val="single" w:sz="4" w:space="0" w:color="auto"/>
              <w:right w:val="single" w:sz="4" w:space="0" w:color="auto"/>
            </w:tcBorders>
            <w:shd w:val="clear" w:color="auto" w:fill="auto"/>
            <w:noWrap/>
          </w:tcPr>
          <w:p w14:paraId="6A14295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2833DC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FE6049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1559B65"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A1CD35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EE5459D"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Чтение в формате ОГЭ</w:t>
            </w:r>
          </w:p>
        </w:tc>
        <w:tc>
          <w:tcPr>
            <w:tcW w:w="850" w:type="dxa"/>
            <w:tcBorders>
              <w:top w:val="nil"/>
              <w:left w:val="single" w:sz="4" w:space="0" w:color="auto"/>
              <w:bottom w:val="single" w:sz="4" w:space="0" w:color="auto"/>
              <w:right w:val="single" w:sz="4" w:space="0" w:color="auto"/>
            </w:tcBorders>
            <w:shd w:val="clear" w:color="auto" w:fill="auto"/>
            <w:noWrap/>
          </w:tcPr>
          <w:p w14:paraId="6CAC860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19EAD42"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F699A6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4030670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C371EB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79A27F6A" w14:textId="731143B5"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 xml:space="preserve">МОДУЛЬ 5. </w:t>
            </w:r>
            <w:r w:rsidRPr="001117C6">
              <w:rPr>
                <w:rFonts w:ascii="Times New Roman" w:eastAsia="Times New Roman" w:hAnsi="Times New Roman" w:cs="Times New Roman"/>
                <w:sz w:val="24"/>
                <w:szCs w:val="24"/>
                <w:lang w:val="en-US"/>
              </w:rPr>
              <w:t>BREAKTHROUGHS</w:t>
            </w:r>
            <w:r w:rsidRPr="001117C6">
              <w:rPr>
                <w:rFonts w:ascii="Times New Roman" w:eastAsia="Times New Roman" w:hAnsi="Times New Roman" w:cs="Times New Roman"/>
                <w:sz w:val="24"/>
                <w:szCs w:val="24"/>
              </w:rPr>
              <w:t>. (Революционные открытия, прорывы). Главные революционные открытия.</w:t>
            </w:r>
          </w:p>
        </w:tc>
        <w:tc>
          <w:tcPr>
            <w:tcW w:w="850" w:type="dxa"/>
            <w:tcBorders>
              <w:top w:val="nil"/>
              <w:left w:val="single" w:sz="4" w:space="0" w:color="auto"/>
              <w:bottom w:val="single" w:sz="4" w:space="0" w:color="auto"/>
              <w:right w:val="single" w:sz="4" w:space="0" w:color="auto"/>
            </w:tcBorders>
            <w:shd w:val="clear" w:color="auto" w:fill="auto"/>
            <w:noWrap/>
            <w:hideMark/>
          </w:tcPr>
          <w:p w14:paraId="69FEF38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4D0683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A3AE35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20B9528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BED837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1D817E3" w14:textId="785F783A"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5</w:t>
            </w:r>
            <w:r w:rsidRPr="001117C6">
              <w:rPr>
                <w:rFonts w:ascii="Times New Roman" w:eastAsia="Times New Roman" w:hAnsi="Times New Roman" w:cs="Times New Roman"/>
                <w:sz w:val="24"/>
                <w:szCs w:val="24"/>
                <w:lang w:val="en-US"/>
              </w:rPr>
              <w:t>a</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Science</w:t>
            </w:r>
            <w:r w:rsidRPr="001117C6">
              <w:rPr>
                <w:rFonts w:ascii="Times New Roman" w:eastAsia="Times New Roman" w:hAnsi="Times New Roman" w:cs="Times New Roman"/>
                <w:sz w:val="24"/>
                <w:szCs w:val="24"/>
              </w:rPr>
              <w:t xml:space="preserve"> /Наука. Нано роботы.</w:t>
            </w:r>
          </w:p>
        </w:tc>
        <w:tc>
          <w:tcPr>
            <w:tcW w:w="850" w:type="dxa"/>
            <w:tcBorders>
              <w:top w:val="nil"/>
              <w:left w:val="single" w:sz="4" w:space="0" w:color="auto"/>
              <w:bottom w:val="single" w:sz="4" w:space="0" w:color="auto"/>
              <w:right w:val="single" w:sz="4" w:space="0" w:color="auto"/>
            </w:tcBorders>
            <w:shd w:val="clear" w:color="auto" w:fill="auto"/>
            <w:noWrap/>
            <w:hideMark/>
          </w:tcPr>
          <w:p w14:paraId="5A191BC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104BA9F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41C43F3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80D39F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09FFE6E"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4F07F55"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Косвенная речь.</w:t>
            </w:r>
          </w:p>
        </w:tc>
        <w:tc>
          <w:tcPr>
            <w:tcW w:w="850" w:type="dxa"/>
            <w:tcBorders>
              <w:top w:val="nil"/>
              <w:left w:val="single" w:sz="4" w:space="0" w:color="auto"/>
              <w:bottom w:val="single" w:sz="4" w:space="0" w:color="auto"/>
              <w:right w:val="single" w:sz="4" w:space="0" w:color="auto"/>
            </w:tcBorders>
            <w:shd w:val="clear" w:color="auto" w:fill="auto"/>
            <w:noWrap/>
          </w:tcPr>
          <w:p w14:paraId="69518A4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83316E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B019DB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34F24B04"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E76B96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BB3DFD1"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eastAsia="ru-RU"/>
              </w:rPr>
              <w:t>Science/Наука. Активизация лексики.</w:t>
            </w:r>
          </w:p>
        </w:tc>
        <w:tc>
          <w:tcPr>
            <w:tcW w:w="850" w:type="dxa"/>
            <w:tcBorders>
              <w:top w:val="nil"/>
              <w:left w:val="single" w:sz="4" w:space="0" w:color="auto"/>
              <w:bottom w:val="single" w:sz="4" w:space="0" w:color="auto"/>
              <w:right w:val="single" w:sz="4" w:space="0" w:color="auto"/>
            </w:tcBorders>
            <w:shd w:val="clear" w:color="auto" w:fill="auto"/>
            <w:noWrap/>
            <w:hideMark/>
          </w:tcPr>
          <w:p w14:paraId="0E9E134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6155F65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39D82AE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0E7167E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E34984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52C345CB" w14:textId="0194447B"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color w:val="000000"/>
                <w:sz w:val="24"/>
                <w:szCs w:val="24"/>
                <w:lang w:val="en-US" w:eastAsia="ru-RU"/>
              </w:rPr>
              <w:t>5b</w:t>
            </w:r>
            <w:r w:rsidRPr="001117C6">
              <w:rPr>
                <w:rFonts w:ascii="Times New Roman" w:eastAsia="Times New Roman" w:hAnsi="Times New Roman" w:cs="Times New Roman"/>
                <w:sz w:val="24"/>
                <w:szCs w:val="24"/>
                <w:lang w:val="en-US"/>
              </w:rPr>
              <w:t xml:space="preserve"> Big Ideas/ Великие идеи.</w:t>
            </w:r>
          </w:p>
        </w:tc>
        <w:tc>
          <w:tcPr>
            <w:tcW w:w="850" w:type="dxa"/>
            <w:tcBorders>
              <w:top w:val="nil"/>
              <w:left w:val="single" w:sz="4" w:space="0" w:color="auto"/>
              <w:bottom w:val="single" w:sz="4" w:space="0" w:color="auto"/>
              <w:right w:val="single" w:sz="4" w:space="0" w:color="auto"/>
            </w:tcBorders>
            <w:shd w:val="clear" w:color="auto" w:fill="auto"/>
            <w:noWrap/>
            <w:hideMark/>
          </w:tcPr>
          <w:p w14:paraId="285960B4"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7DF98B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7F21DE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501801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FABEBF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0" w:type="dxa"/>
            </w:tcMar>
            <w:vAlign w:val="bottom"/>
          </w:tcPr>
          <w:p w14:paraId="71888E3D"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Косвенные вопросы и приказания</w:t>
            </w:r>
          </w:p>
        </w:tc>
        <w:tc>
          <w:tcPr>
            <w:tcW w:w="850" w:type="dxa"/>
            <w:tcBorders>
              <w:top w:val="nil"/>
              <w:left w:val="single" w:sz="4" w:space="0" w:color="auto"/>
              <w:bottom w:val="single" w:sz="4" w:space="0" w:color="auto"/>
              <w:right w:val="single" w:sz="4" w:space="0" w:color="auto"/>
            </w:tcBorders>
            <w:shd w:val="clear" w:color="auto" w:fill="auto"/>
            <w:noWrap/>
          </w:tcPr>
          <w:p w14:paraId="1EC5B1C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140C25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4C6BF77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7C56914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59C2031"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18BBADC"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VB</w:t>
            </w:r>
            <w:r w:rsidRPr="001117C6">
              <w:rPr>
                <w:rFonts w:ascii="Times New Roman" w:eastAsia="Times New Roman" w:hAnsi="Times New Roman" w:cs="Times New Roman"/>
                <w:sz w:val="24"/>
                <w:szCs w:val="24"/>
              </w:rPr>
              <w:t xml:space="preserve"> 23 </w:t>
            </w:r>
            <w:r w:rsidRPr="001117C6">
              <w:rPr>
                <w:rFonts w:ascii="Times New Roman" w:eastAsia="Times New Roman" w:hAnsi="Times New Roman" w:cs="Times New Roman"/>
                <w:sz w:val="24"/>
                <w:szCs w:val="24"/>
                <w:lang w:val="en-US"/>
              </w:rPr>
              <w:t>Big</w:t>
            </w:r>
            <w:r w:rsidRPr="001117C6">
              <w:rPr>
                <w:rFonts w:ascii="Times New Roman" w:eastAsia="Times New Roman" w:hAnsi="Times New Roman" w:cs="Times New Roman"/>
                <w:sz w:val="24"/>
                <w:szCs w:val="24"/>
              </w:rPr>
              <w:t xml:space="preserve"> </w:t>
            </w:r>
            <w:r w:rsidRPr="001117C6">
              <w:rPr>
                <w:rFonts w:ascii="Times New Roman" w:eastAsia="Times New Roman" w:hAnsi="Times New Roman" w:cs="Times New Roman"/>
                <w:sz w:val="24"/>
                <w:szCs w:val="24"/>
                <w:lang w:val="en-US"/>
              </w:rPr>
              <w:t>Ideas</w:t>
            </w:r>
            <w:r w:rsidRPr="001117C6">
              <w:rPr>
                <w:rFonts w:ascii="Times New Roman" w:eastAsia="Times New Roman" w:hAnsi="Times New Roman" w:cs="Times New Roman"/>
                <w:sz w:val="24"/>
                <w:szCs w:val="24"/>
              </w:rPr>
              <w:t>/Великие идеи. Наука и здоровье.</w:t>
            </w:r>
          </w:p>
        </w:tc>
        <w:tc>
          <w:tcPr>
            <w:tcW w:w="850" w:type="dxa"/>
            <w:tcBorders>
              <w:top w:val="nil"/>
              <w:left w:val="single" w:sz="4" w:space="0" w:color="auto"/>
              <w:bottom w:val="single" w:sz="4" w:space="0" w:color="auto"/>
              <w:right w:val="single" w:sz="4" w:space="0" w:color="auto"/>
            </w:tcBorders>
            <w:shd w:val="clear" w:color="auto" w:fill="auto"/>
            <w:noWrap/>
            <w:hideMark/>
          </w:tcPr>
          <w:p w14:paraId="788C7990"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0207BE1"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393D363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0111C58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010702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1ABE296"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5</w:t>
            </w:r>
            <w:r w:rsidRPr="001117C6">
              <w:rPr>
                <w:rFonts w:ascii="Times New Roman" w:eastAsia="Times New Roman" w:hAnsi="Times New Roman" w:cs="Times New Roman"/>
                <w:sz w:val="24"/>
                <w:szCs w:val="24"/>
                <w:lang w:val="en-US"/>
              </w:rPr>
              <w:t>d</w:t>
            </w:r>
            <w:r w:rsidRPr="001117C6">
              <w:rPr>
                <w:rFonts w:ascii="Times New Roman" w:eastAsia="Times New Roman" w:hAnsi="Times New Roman" w:cs="Times New Roman"/>
                <w:sz w:val="24"/>
                <w:szCs w:val="24"/>
              </w:rPr>
              <w:t xml:space="preserve"> Повседневный английский. Уговоры. Интонация – проявляем интерес. </w:t>
            </w:r>
            <w:r w:rsidRPr="001117C6">
              <w:rPr>
                <w:rFonts w:ascii="Times New Roman" w:eastAsia="Times New Roman" w:hAnsi="Times New Roman" w:cs="Times New Roman"/>
                <w:sz w:val="24"/>
                <w:szCs w:val="24"/>
                <w:lang w:val="en-US"/>
              </w:rPr>
              <w:t>Диалог «Посещение музея науки».</w:t>
            </w:r>
          </w:p>
        </w:tc>
        <w:tc>
          <w:tcPr>
            <w:tcW w:w="850" w:type="dxa"/>
            <w:tcBorders>
              <w:top w:val="nil"/>
              <w:left w:val="single" w:sz="4" w:space="0" w:color="auto"/>
              <w:bottom w:val="single" w:sz="4" w:space="0" w:color="auto"/>
              <w:right w:val="single" w:sz="4" w:space="0" w:color="auto"/>
            </w:tcBorders>
            <w:shd w:val="clear" w:color="auto" w:fill="auto"/>
            <w:noWrap/>
            <w:hideMark/>
          </w:tcPr>
          <w:p w14:paraId="2A205A7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63BC6D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E475196"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075E460"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1D3A45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F53437D"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color w:val="000000"/>
                <w:sz w:val="24"/>
                <w:szCs w:val="24"/>
                <w:lang w:val="en-US" w:eastAsia="ru-RU"/>
              </w:rPr>
              <w:t>5 e Исследование неизвестного.VB 24</w:t>
            </w:r>
          </w:p>
        </w:tc>
        <w:tc>
          <w:tcPr>
            <w:tcW w:w="850" w:type="dxa"/>
            <w:tcBorders>
              <w:top w:val="nil"/>
              <w:left w:val="single" w:sz="4" w:space="0" w:color="auto"/>
              <w:bottom w:val="single" w:sz="4" w:space="0" w:color="auto"/>
              <w:right w:val="single" w:sz="4" w:space="0" w:color="auto"/>
            </w:tcBorders>
            <w:shd w:val="clear" w:color="auto" w:fill="auto"/>
            <w:noWrap/>
            <w:hideMark/>
          </w:tcPr>
          <w:p w14:paraId="4851011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66A4B0D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57220DB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7172F6D"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55C7131C"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1350A03" w14:textId="77777777" w:rsidR="00595E4A" w:rsidRPr="001117C6" w:rsidRDefault="00595E4A" w:rsidP="001117C6">
            <w:pPr>
              <w:spacing w:after="0" w:line="240" w:lineRule="auto"/>
              <w:rPr>
                <w:rFonts w:ascii="Times New Roman" w:eastAsia="Times New Roman" w:hAnsi="Times New Roman" w:cs="Times New Roman"/>
                <w:color w:val="000000"/>
                <w:sz w:val="24"/>
                <w:szCs w:val="24"/>
                <w:lang w:val="en-US" w:eastAsia="ru-RU"/>
              </w:rPr>
            </w:pPr>
            <w:r w:rsidRPr="001117C6">
              <w:rPr>
                <w:rFonts w:ascii="Times New Roman" w:eastAsia="Times New Roman" w:hAnsi="Times New Roman" w:cs="Times New Roman"/>
                <w:sz w:val="24"/>
                <w:szCs w:val="24"/>
                <w:lang w:val="en-US"/>
              </w:rPr>
              <w:t>The causative.</w:t>
            </w:r>
          </w:p>
        </w:tc>
        <w:tc>
          <w:tcPr>
            <w:tcW w:w="850" w:type="dxa"/>
            <w:tcBorders>
              <w:top w:val="nil"/>
              <w:left w:val="single" w:sz="4" w:space="0" w:color="auto"/>
              <w:bottom w:val="single" w:sz="4" w:space="0" w:color="auto"/>
              <w:right w:val="single" w:sz="4" w:space="0" w:color="auto"/>
            </w:tcBorders>
            <w:shd w:val="clear" w:color="auto" w:fill="auto"/>
            <w:noWrap/>
          </w:tcPr>
          <w:p w14:paraId="7ACE040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4C7E8DAA"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2E0D80E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F628CF3"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F835F1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5DE2A2F5" w14:textId="3013DC74"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Exploration</w:t>
            </w:r>
            <w:r w:rsidRPr="001117C6">
              <w:rPr>
                <w:rFonts w:ascii="Times New Roman" w:eastAsia="Times New Roman" w:hAnsi="Times New Roman" w:cs="Times New Roman"/>
                <w:sz w:val="24"/>
                <w:szCs w:val="24"/>
              </w:rPr>
              <w:t xml:space="preserve"> /Исследование неизвестного. Интервью с главным героем для радио.</w:t>
            </w:r>
          </w:p>
        </w:tc>
        <w:tc>
          <w:tcPr>
            <w:tcW w:w="850" w:type="dxa"/>
            <w:tcBorders>
              <w:top w:val="nil"/>
              <w:left w:val="single" w:sz="4" w:space="0" w:color="auto"/>
              <w:bottom w:val="single" w:sz="4" w:space="0" w:color="auto"/>
              <w:right w:val="single" w:sz="4" w:space="0" w:color="auto"/>
            </w:tcBorders>
            <w:shd w:val="clear" w:color="auto" w:fill="auto"/>
            <w:noWrap/>
            <w:hideMark/>
          </w:tcPr>
          <w:p w14:paraId="5A92690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DD4B53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2439FB1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4BB994C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62C6402F"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A993937"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rPr>
              <w:t>5</w:t>
            </w:r>
            <w:r w:rsidRPr="001117C6">
              <w:rPr>
                <w:rFonts w:ascii="Times New Roman" w:eastAsia="Times New Roman" w:hAnsi="Times New Roman" w:cs="Times New Roman"/>
                <w:sz w:val="24"/>
                <w:szCs w:val="24"/>
                <w:lang w:val="en-US"/>
              </w:rPr>
              <w:t>f</w:t>
            </w:r>
            <w:r w:rsidRPr="001117C6">
              <w:rPr>
                <w:rFonts w:ascii="Times New Roman" w:eastAsia="Times New Roman" w:hAnsi="Times New Roman" w:cs="Times New Roman"/>
                <w:sz w:val="24"/>
                <w:szCs w:val="24"/>
              </w:rPr>
              <w:t xml:space="preserve"> Путь к успеху. Черты характера. </w:t>
            </w:r>
            <w:r w:rsidRPr="001117C6">
              <w:rPr>
                <w:rFonts w:ascii="Times New Roman" w:eastAsia="Times New Roman" w:hAnsi="Times New Roman" w:cs="Times New Roman"/>
                <w:sz w:val="24"/>
                <w:szCs w:val="24"/>
                <w:lang w:val="en-US"/>
              </w:rPr>
              <w:t>VB 25</w:t>
            </w:r>
          </w:p>
        </w:tc>
        <w:tc>
          <w:tcPr>
            <w:tcW w:w="850" w:type="dxa"/>
            <w:tcBorders>
              <w:top w:val="nil"/>
              <w:left w:val="single" w:sz="4" w:space="0" w:color="auto"/>
              <w:bottom w:val="single" w:sz="4" w:space="0" w:color="auto"/>
              <w:right w:val="single" w:sz="4" w:space="0" w:color="auto"/>
            </w:tcBorders>
            <w:shd w:val="clear" w:color="auto" w:fill="auto"/>
            <w:noWrap/>
            <w:hideMark/>
          </w:tcPr>
          <w:p w14:paraId="1334F3A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17362F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2A8AB1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6743C889"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98EAD3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619876B7"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Quantifiers</w:t>
            </w:r>
            <w:r w:rsidRPr="001117C6">
              <w:rPr>
                <w:rFonts w:ascii="Times New Roman" w:eastAsia="Times New Roman" w:hAnsi="Times New Roman" w:cs="Times New Roman"/>
                <w:sz w:val="24"/>
                <w:szCs w:val="24"/>
              </w:rPr>
              <w:t>, исчисляемые и неисчисляемые существительные.</w:t>
            </w:r>
          </w:p>
        </w:tc>
        <w:tc>
          <w:tcPr>
            <w:tcW w:w="850" w:type="dxa"/>
            <w:tcBorders>
              <w:top w:val="nil"/>
              <w:left w:val="single" w:sz="4" w:space="0" w:color="auto"/>
              <w:bottom w:val="single" w:sz="4" w:space="0" w:color="auto"/>
              <w:right w:val="single" w:sz="4" w:space="0" w:color="auto"/>
            </w:tcBorders>
            <w:shd w:val="clear" w:color="auto" w:fill="auto"/>
            <w:noWrap/>
          </w:tcPr>
          <w:p w14:paraId="310F32D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2F1ED65F"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4D12DA0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5BAAB4F1"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E71293B"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464780C5" w14:textId="04FD29B5"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Монолог «Томас Эдисон»</w:t>
            </w:r>
          </w:p>
        </w:tc>
        <w:tc>
          <w:tcPr>
            <w:tcW w:w="850" w:type="dxa"/>
            <w:tcBorders>
              <w:top w:val="nil"/>
              <w:left w:val="single" w:sz="4" w:space="0" w:color="auto"/>
              <w:bottom w:val="single" w:sz="4" w:space="0" w:color="auto"/>
              <w:right w:val="single" w:sz="4" w:space="0" w:color="auto"/>
            </w:tcBorders>
            <w:shd w:val="clear" w:color="auto" w:fill="auto"/>
            <w:noWrap/>
            <w:hideMark/>
          </w:tcPr>
          <w:p w14:paraId="4023D23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944813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141DF0C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74A396DB"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3EEC79A9"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10428C1" w14:textId="77777777" w:rsidR="00595E4A" w:rsidRPr="001117C6" w:rsidRDefault="00595E4A" w:rsidP="001117C6">
            <w:pPr>
              <w:spacing w:after="0" w:line="240" w:lineRule="auto"/>
              <w:rPr>
                <w:rFonts w:ascii="Times New Roman" w:eastAsia="Times New Roman" w:hAnsi="Times New Roman" w:cs="Times New Roman"/>
                <w:sz w:val="24"/>
                <w:szCs w:val="24"/>
                <w:lang w:val="en-US"/>
              </w:rPr>
            </w:pPr>
            <w:r w:rsidRPr="001117C6">
              <w:rPr>
                <w:rFonts w:ascii="Times New Roman" w:eastAsia="Times New Roman" w:hAnsi="Times New Roman" w:cs="Times New Roman"/>
                <w:sz w:val="24"/>
                <w:szCs w:val="24"/>
                <w:lang w:val="en-US"/>
              </w:rPr>
              <w:t xml:space="preserve">5g Career success. Речевые умения. </w:t>
            </w:r>
            <w:r w:rsidRPr="001117C6">
              <w:rPr>
                <w:rFonts w:ascii="Times New Roman" w:eastAsia="Times New Roman" w:hAnsi="Times New Roman" w:cs="Times New Roman"/>
                <w:sz w:val="24"/>
                <w:szCs w:val="24"/>
              </w:rPr>
              <w:t xml:space="preserve">Успех в карьере. Профессии и категории. </w:t>
            </w:r>
            <w:r w:rsidRPr="001117C6">
              <w:rPr>
                <w:rFonts w:ascii="Times New Roman" w:eastAsia="Times New Roman" w:hAnsi="Times New Roman" w:cs="Times New Roman"/>
                <w:sz w:val="24"/>
                <w:szCs w:val="24"/>
                <w:lang w:val="en-US"/>
              </w:rPr>
              <w:t>Самые важные факторы для успеха в карьере.</w:t>
            </w:r>
          </w:p>
        </w:tc>
        <w:tc>
          <w:tcPr>
            <w:tcW w:w="850" w:type="dxa"/>
            <w:tcBorders>
              <w:top w:val="nil"/>
              <w:left w:val="single" w:sz="4" w:space="0" w:color="auto"/>
              <w:bottom w:val="single" w:sz="4" w:space="0" w:color="auto"/>
              <w:right w:val="single" w:sz="4" w:space="0" w:color="auto"/>
            </w:tcBorders>
            <w:shd w:val="clear" w:color="auto" w:fill="auto"/>
            <w:noWrap/>
            <w:hideMark/>
          </w:tcPr>
          <w:p w14:paraId="679C3E37"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00BB67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0C64086B"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563DF7D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42DF5348"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C8AD796"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rPr>
              <w:t xml:space="preserve">5 </w:t>
            </w:r>
            <w:r w:rsidRPr="001117C6">
              <w:rPr>
                <w:rFonts w:ascii="Times New Roman" w:eastAsia="Times New Roman" w:hAnsi="Times New Roman" w:cs="Times New Roman"/>
                <w:sz w:val="24"/>
                <w:szCs w:val="24"/>
                <w:lang w:val="en-US"/>
              </w:rPr>
              <w:t>h</w:t>
            </w:r>
            <w:r w:rsidRPr="001117C6">
              <w:rPr>
                <w:rFonts w:ascii="Times New Roman" w:eastAsia="Times New Roman" w:hAnsi="Times New Roman" w:cs="Times New Roman"/>
                <w:sz w:val="24"/>
                <w:szCs w:val="24"/>
              </w:rPr>
              <w:t xml:space="preserve"> Практика в чтении в формате ОГЭ. Подбор заголовков к тексту.</w:t>
            </w:r>
          </w:p>
        </w:tc>
        <w:tc>
          <w:tcPr>
            <w:tcW w:w="850" w:type="dxa"/>
            <w:tcBorders>
              <w:top w:val="nil"/>
              <w:left w:val="single" w:sz="4" w:space="0" w:color="auto"/>
              <w:bottom w:val="single" w:sz="4" w:space="0" w:color="auto"/>
              <w:right w:val="single" w:sz="4" w:space="0" w:color="auto"/>
            </w:tcBorders>
            <w:shd w:val="clear" w:color="auto" w:fill="auto"/>
            <w:noWrap/>
            <w:hideMark/>
          </w:tcPr>
          <w:p w14:paraId="457D549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422AFB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c>
          <w:tcPr>
            <w:tcW w:w="1730" w:type="dxa"/>
            <w:tcBorders>
              <w:top w:val="nil"/>
              <w:left w:val="nil"/>
              <w:bottom w:val="single" w:sz="4" w:space="0" w:color="auto"/>
              <w:right w:val="single" w:sz="4" w:space="0" w:color="auto"/>
            </w:tcBorders>
          </w:tcPr>
          <w:p w14:paraId="71BC0CA5"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val="en-US" w:eastAsia="ru-RU"/>
              </w:rPr>
            </w:pPr>
          </w:p>
        </w:tc>
      </w:tr>
      <w:tr w:rsidR="00595E4A" w:rsidRPr="001117C6" w14:paraId="12C1465E"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25B0F70"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A6C04F8" w14:textId="7F35C261" w:rsidR="00595E4A" w:rsidRPr="001117C6" w:rsidRDefault="00595E4A" w:rsidP="001117C6">
            <w:pPr>
              <w:spacing w:after="0" w:line="240" w:lineRule="auto"/>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sz w:val="24"/>
                <w:szCs w:val="24"/>
                <w:lang w:val="en-US"/>
              </w:rPr>
              <w:t>Skills</w:t>
            </w:r>
            <w:r w:rsidRPr="001117C6">
              <w:rPr>
                <w:rFonts w:ascii="Times New Roman" w:eastAsia="Times New Roman" w:hAnsi="Times New Roman" w:cs="Times New Roman"/>
                <w:sz w:val="24"/>
                <w:szCs w:val="24"/>
              </w:rPr>
              <w:t>/Языковые навыки. Словообразование. Трансформация по ключевому слову.</w:t>
            </w:r>
          </w:p>
        </w:tc>
        <w:tc>
          <w:tcPr>
            <w:tcW w:w="850" w:type="dxa"/>
            <w:tcBorders>
              <w:top w:val="nil"/>
              <w:left w:val="single" w:sz="4" w:space="0" w:color="auto"/>
              <w:bottom w:val="single" w:sz="4" w:space="0" w:color="auto"/>
              <w:right w:val="single" w:sz="4" w:space="0" w:color="auto"/>
            </w:tcBorders>
            <w:shd w:val="clear" w:color="auto" w:fill="auto"/>
            <w:noWrap/>
            <w:hideMark/>
          </w:tcPr>
          <w:p w14:paraId="3D076A4C"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6085B508"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047EE26E"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3D412D98"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1BB544AA"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417F04C" w14:textId="77777777" w:rsidR="00595E4A" w:rsidRPr="001117C6" w:rsidRDefault="00595E4A" w:rsidP="001117C6">
            <w:pPr>
              <w:spacing w:after="0" w:line="240" w:lineRule="auto"/>
              <w:rPr>
                <w:rFonts w:ascii="Times New Roman" w:eastAsia="Times New Roman" w:hAnsi="Times New Roman" w:cs="Times New Roman"/>
                <w:sz w:val="24"/>
                <w:szCs w:val="24"/>
              </w:rPr>
            </w:pPr>
            <w:r w:rsidRPr="001117C6">
              <w:rPr>
                <w:rFonts w:ascii="Times New Roman" w:eastAsia="Times New Roman" w:hAnsi="Times New Roman" w:cs="Times New Roman"/>
                <w:sz w:val="24"/>
                <w:szCs w:val="24"/>
                <w:lang w:val="en-US"/>
              </w:rPr>
              <w:t>Revision</w:t>
            </w:r>
            <w:r w:rsidRPr="001117C6">
              <w:rPr>
                <w:rFonts w:ascii="Times New Roman" w:eastAsia="Times New Roman" w:hAnsi="Times New Roman" w:cs="Times New Roman"/>
                <w:sz w:val="24"/>
                <w:szCs w:val="24"/>
              </w:rPr>
              <w:t xml:space="preserve">/Повторение. Лексика по теме. </w:t>
            </w:r>
            <w:r w:rsidRPr="001117C6">
              <w:rPr>
                <w:rFonts w:ascii="Times New Roman" w:eastAsia="Times New Roman" w:hAnsi="Times New Roman" w:cs="Times New Roman"/>
                <w:sz w:val="24"/>
                <w:szCs w:val="24"/>
                <w:lang w:val="en-US"/>
              </w:rPr>
              <w:t>Косвенная речь.</w:t>
            </w:r>
          </w:p>
        </w:tc>
        <w:tc>
          <w:tcPr>
            <w:tcW w:w="850" w:type="dxa"/>
            <w:tcBorders>
              <w:top w:val="nil"/>
              <w:left w:val="single" w:sz="4" w:space="0" w:color="auto"/>
              <w:bottom w:val="single" w:sz="4" w:space="0" w:color="auto"/>
              <w:right w:val="single" w:sz="4" w:space="0" w:color="auto"/>
            </w:tcBorders>
            <w:shd w:val="clear" w:color="auto" w:fill="auto"/>
            <w:noWrap/>
            <w:hideMark/>
          </w:tcPr>
          <w:p w14:paraId="756A5279"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1117C6">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AEAD503"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6DFA7AAD" w14:textId="77777777" w:rsidR="00595E4A" w:rsidRPr="001117C6"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r w:rsidR="007A1091" w:rsidRPr="001117C6" w14:paraId="7A695F2F"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294B0EE4" w14:textId="77777777" w:rsidR="007A1091" w:rsidRPr="001117C6" w:rsidRDefault="007A1091"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3F871905" w14:textId="43184ED7" w:rsidR="007A1091" w:rsidRDefault="007A1091" w:rsidP="00537F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Обобщающее повторение</w:t>
            </w:r>
          </w:p>
        </w:tc>
        <w:tc>
          <w:tcPr>
            <w:tcW w:w="850" w:type="dxa"/>
            <w:tcBorders>
              <w:top w:val="nil"/>
              <w:left w:val="single" w:sz="4" w:space="0" w:color="auto"/>
              <w:bottom w:val="single" w:sz="4" w:space="0" w:color="auto"/>
              <w:right w:val="single" w:sz="4" w:space="0" w:color="auto"/>
            </w:tcBorders>
            <w:shd w:val="clear" w:color="auto" w:fill="auto"/>
            <w:noWrap/>
          </w:tcPr>
          <w:p w14:paraId="3CD7A6A3" w14:textId="5CCF955D" w:rsidR="007A1091" w:rsidRPr="007A1091" w:rsidRDefault="007A1091" w:rsidP="001117C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3820A28B" w14:textId="77777777" w:rsidR="007A1091" w:rsidRPr="007A1091" w:rsidRDefault="007A1091"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5708747A" w14:textId="77777777" w:rsidR="007A1091" w:rsidRPr="007A1091" w:rsidRDefault="007A1091" w:rsidP="001117C6">
            <w:pPr>
              <w:spacing w:after="0" w:line="240" w:lineRule="auto"/>
              <w:jc w:val="center"/>
              <w:rPr>
                <w:rFonts w:ascii="Times New Roman" w:eastAsia="Times New Roman" w:hAnsi="Times New Roman" w:cs="Times New Roman"/>
                <w:color w:val="000000"/>
                <w:sz w:val="24"/>
                <w:szCs w:val="24"/>
                <w:lang w:eastAsia="ru-RU"/>
              </w:rPr>
            </w:pPr>
          </w:p>
        </w:tc>
      </w:tr>
      <w:tr w:rsidR="007A1091" w:rsidRPr="001117C6" w14:paraId="6EE210A1"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7DD61512" w14:textId="77777777" w:rsidR="007A1091" w:rsidRPr="001117C6" w:rsidRDefault="007A1091"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18F34090" w14:textId="6CB659FD" w:rsidR="007A1091" w:rsidRDefault="007A1091" w:rsidP="00537F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Обобщающее повторение</w:t>
            </w:r>
          </w:p>
        </w:tc>
        <w:tc>
          <w:tcPr>
            <w:tcW w:w="850" w:type="dxa"/>
            <w:tcBorders>
              <w:top w:val="nil"/>
              <w:left w:val="single" w:sz="4" w:space="0" w:color="auto"/>
              <w:bottom w:val="single" w:sz="4" w:space="0" w:color="auto"/>
              <w:right w:val="single" w:sz="4" w:space="0" w:color="auto"/>
            </w:tcBorders>
            <w:shd w:val="clear" w:color="auto" w:fill="auto"/>
            <w:noWrap/>
          </w:tcPr>
          <w:p w14:paraId="470092E1" w14:textId="74F4E603" w:rsidR="007A1091" w:rsidRPr="007A1091" w:rsidRDefault="007A1091" w:rsidP="001117C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7C0F8EE9" w14:textId="77777777" w:rsidR="007A1091" w:rsidRPr="007A1091" w:rsidRDefault="007A1091"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7BEA844A" w14:textId="77777777" w:rsidR="007A1091" w:rsidRPr="007A1091" w:rsidRDefault="007A1091" w:rsidP="001117C6">
            <w:pPr>
              <w:spacing w:after="0" w:line="240" w:lineRule="auto"/>
              <w:jc w:val="center"/>
              <w:rPr>
                <w:rFonts w:ascii="Times New Roman" w:eastAsia="Times New Roman" w:hAnsi="Times New Roman" w:cs="Times New Roman"/>
                <w:color w:val="000000"/>
                <w:sz w:val="24"/>
                <w:szCs w:val="24"/>
                <w:lang w:eastAsia="ru-RU"/>
              </w:rPr>
            </w:pPr>
          </w:p>
        </w:tc>
      </w:tr>
      <w:tr w:rsidR="00595E4A" w:rsidRPr="001117C6" w14:paraId="53176257" w14:textId="77777777" w:rsidTr="009A1C81">
        <w:tc>
          <w:tcPr>
            <w:tcW w:w="558" w:type="dxa"/>
            <w:tcBorders>
              <w:top w:val="nil"/>
              <w:left w:val="single" w:sz="4" w:space="0" w:color="auto"/>
              <w:bottom w:val="single" w:sz="4" w:space="0" w:color="auto"/>
              <w:right w:val="single" w:sz="4" w:space="0" w:color="auto"/>
            </w:tcBorders>
            <w:shd w:val="clear" w:color="auto" w:fill="auto"/>
            <w:noWrap/>
            <w:tcMar>
              <w:left w:w="144" w:type="dxa"/>
              <w:right w:w="144" w:type="dxa"/>
            </w:tcMar>
          </w:tcPr>
          <w:p w14:paraId="087EE5AE" w14:textId="77777777" w:rsidR="00595E4A" w:rsidRPr="001117C6" w:rsidRDefault="00595E4A" w:rsidP="00BA1579">
            <w:pPr>
              <w:pStyle w:val="ae"/>
              <w:numPr>
                <w:ilvl w:val="0"/>
                <w:numId w:val="11"/>
              </w:numPr>
              <w:spacing w:after="0" w:line="240" w:lineRule="auto"/>
              <w:ind w:left="0" w:firstLine="0"/>
              <w:jc w:val="center"/>
              <w:rPr>
                <w:rFonts w:ascii="Times New Roman" w:eastAsia="Times New Roman" w:hAnsi="Times New Roman" w:cs="Times New Roman"/>
                <w:color w:val="000000"/>
                <w:sz w:val="24"/>
                <w:szCs w:val="24"/>
                <w:lang w:val="en-US" w:eastAsia="ru-RU"/>
              </w:rPr>
            </w:pPr>
          </w:p>
        </w:tc>
        <w:tc>
          <w:tcPr>
            <w:tcW w:w="6390" w:type="dxa"/>
            <w:tcBorders>
              <w:top w:val="single" w:sz="4" w:space="0" w:color="auto"/>
              <w:left w:val="single" w:sz="4" w:space="0" w:color="auto"/>
              <w:bottom w:val="single" w:sz="4" w:space="0" w:color="auto"/>
              <w:right w:val="single" w:sz="4" w:space="0" w:color="auto"/>
            </w:tcBorders>
            <w:shd w:val="clear" w:color="auto" w:fill="auto"/>
            <w:tcMar>
              <w:left w:w="115" w:type="dxa"/>
              <w:right w:w="0" w:type="dxa"/>
            </w:tcMar>
            <w:vAlign w:val="bottom"/>
          </w:tcPr>
          <w:p w14:paraId="073E064D" w14:textId="33E54B5E" w:rsidR="00595E4A" w:rsidRPr="007A1091" w:rsidRDefault="007A1091" w:rsidP="00537F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Обобщающее повторение</w:t>
            </w:r>
            <w:r w:rsidR="00BE5352" w:rsidRPr="007A1091">
              <w:rPr>
                <w:rFonts w:ascii="Times New Roman" w:eastAsia="Times New Roman" w:hAnsi="Times New Roman" w:cs="Times New Roman"/>
                <w:sz w:val="24"/>
                <w:szCs w:val="24"/>
              </w:rPr>
              <w:t xml:space="preserve"> </w:t>
            </w:r>
          </w:p>
        </w:tc>
        <w:tc>
          <w:tcPr>
            <w:tcW w:w="850" w:type="dxa"/>
            <w:tcBorders>
              <w:top w:val="nil"/>
              <w:left w:val="single" w:sz="4" w:space="0" w:color="auto"/>
              <w:bottom w:val="single" w:sz="4" w:space="0" w:color="auto"/>
              <w:right w:val="single" w:sz="4" w:space="0" w:color="auto"/>
            </w:tcBorders>
            <w:shd w:val="clear" w:color="auto" w:fill="auto"/>
            <w:noWrap/>
            <w:hideMark/>
          </w:tcPr>
          <w:p w14:paraId="71847363" w14:textId="77777777" w:rsidR="00595E4A" w:rsidRPr="007A1091" w:rsidRDefault="00595E4A" w:rsidP="001117C6">
            <w:pPr>
              <w:spacing w:after="0" w:line="240" w:lineRule="auto"/>
              <w:jc w:val="center"/>
              <w:rPr>
                <w:rFonts w:ascii="Times New Roman" w:eastAsia="Times New Roman" w:hAnsi="Times New Roman" w:cs="Times New Roman"/>
                <w:color w:val="000000"/>
                <w:sz w:val="24"/>
                <w:szCs w:val="24"/>
                <w:lang w:eastAsia="ru-RU"/>
              </w:rPr>
            </w:pPr>
            <w:r w:rsidRPr="007A1091">
              <w:rPr>
                <w:rFonts w:ascii="Times New Roman" w:eastAsia="Times New Roman" w:hAnsi="Times New Roman" w:cs="Times New Roman"/>
                <w:color w:val="000000"/>
                <w:sz w:val="24"/>
                <w:szCs w:val="24"/>
                <w:lang w:eastAsia="ru-RU"/>
              </w:rPr>
              <w:t>1</w:t>
            </w:r>
          </w:p>
        </w:tc>
        <w:tc>
          <w:tcPr>
            <w:tcW w:w="1277" w:type="dxa"/>
            <w:tcBorders>
              <w:top w:val="nil"/>
              <w:left w:val="nil"/>
              <w:bottom w:val="single" w:sz="4" w:space="0" w:color="auto"/>
              <w:right w:val="single" w:sz="4" w:space="0" w:color="auto"/>
            </w:tcBorders>
          </w:tcPr>
          <w:p w14:paraId="014B9EBF" w14:textId="7B0CAEB8" w:rsidR="00595E4A" w:rsidRPr="007A1091"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c>
          <w:tcPr>
            <w:tcW w:w="1730" w:type="dxa"/>
            <w:tcBorders>
              <w:top w:val="nil"/>
              <w:left w:val="nil"/>
              <w:bottom w:val="single" w:sz="4" w:space="0" w:color="auto"/>
              <w:right w:val="single" w:sz="4" w:space="0" w:color="auto"/>
            </w:tcBorders>
          </w:tcPr>
          <w:p w14:paraId="4D15A994" w14:textId="3F2002D1" w:rsidR="00595E4A" w:rsidRPr="007A1091" w:rsidRDefault="00595E4A" w:rsidP="001117C6">
            <w:pPr>
              <w:spacing w:after="0" w:line="240" w:lineRule="auto"/>
              <w:jc w:val="center"/>
              <w:rPr>
                <w:rFonts w:ascii="Times New Roman" w:eastAsia="Times New Roman" w:hAnsi="Times New Roman" w:cs="Times New Roman"/>
                <w:color w:val="000000"/>
                <w:sz w:val="24"/>
                <w:szCs w:val="24"/>
                <w:lang w:eastAsia="ru-RU"/>
              </w:rPr>
            </w:pPr>
          </w:p>
        </w:tc>
      </w:tr>
    </w:tbl>
    <w:p w14:paraId="39E96118" w14:textId="77777777" w:rsidR="006E3FAE" w:rsidRPr="001117C6" w:rsidRDefault="006E3FAE" w:rsidP="00595E4A">
      <w:pPr>
        <w:keepNext/>
        <w:keepLines/>
        <w:numPr>
          <w:ilvl w:val="2"/>
          <w:numId w:val="0"/>
        </w:numPr>
        <w:spacing w:before="200" w:after="0"/>
        <w:outlineLvl w:val="2"/>
        <w:rPr>
          <w:rStyle w:val="fontstyle21"/>
          <w:rFonts w:ascii="Times New Roman" w:hAnsi="Times New Roman" w:cs="Times New Roman"/>
          <w:b w:val="0"/>
          <w:bCs w:val="0"/>
          <w:sz w:val="24"/>
          <w:szCs w:val="24"/>
        </w:rPr>
      </w:pPr>
    </w:p>
    <w:sectPr w:rsidR="006E3FAE" w:rsidRPr="001117C6" w:rsidSect="000C5C5A">
      <w:pgSz w:w="11900" w:h="16840"/>
      <w:pgMar w:top="288" w:right="562" w:bottom="374" w:left="662" w:header="720" w:footer="432" w:gutter="0"/>
      <w:cols w:space="720" w:equalWidth="0">
        <w:col w:w="10504" w:space="0"/>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365C5" w14:textId="77777777" w:rsidR="00524116" w:rsidRDefault="00524116" w:rsidP="000E63EF">
      <w:pPr>
        <w:spacing w:after="0" w:line="240" w:lineRule="auto"/>
      </w:pPr>
      <w:r>
        <w:separator/>
      </w:r>
    </w:p>
  </w:endnote>
  <w:endnote w:type="continuationSeparator" w:id="0">
    <w:p w14:paraId="2CF0B9EE" w14:textId="77777777" w:rsidR="00524116" w:rsidRDefault="00524116" w:rsidP="000E6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choolBookCSanPin-Bold">
    <w:altName w:val="Times New Roman"/>
    <w:panose1 w:val="00000000000000000000"/>
    <w:charset w:val="00"/>
    <w:family w:val="roman"/>
    <w:notTrueType/>
    <w:pitch w:val="default"/>
  </w:font>
  <w:font w:name="SchoolBookCSanPin-Italic">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ourier">
    <w:panose1 w:val="02070309020205020404"/>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CE838" w14:textId="77777777" w:rsidR="0069669C" w:rsidRDefault="0069669C" w:rsidP="00A5717E">
    <w:pPr>
      <w:pStyle w:val="afa"/>
      <w:framePr w:wrap="around" w:vAnchor="text" w:hAnchor="margin" w:xAlign="right" w:y="1"/>
      <w:rPr>
        <w:rStyle w:val="afc"/>
        <w:rFonts w:eastAsiaTheme="majorEastAsia"/>
      </w:rPr>
    </w:pPr>
    <w:r>
      <w:rPr>
        <w:rStyle w:val="afc"/>
        <w:rFonts w:eastAsiaTheme="majorEastAsia"/>
      </w:rPr>
      <w:fldChar w:fldCharType="begin"/>
    </w:r>
    <w:r>
      <w:rPr>
        <w:rStyle w:val="afc"/>
        <w:rFonts w:eastAsiaTheme="majorEastAsia"/>
      </w:rPr>
      <w:instrText xml:space="preserve">PAGE  </w:instrText>
    </w:r>
    <w:r>
      <w:rPr>
        <w:rStyle w:val="afc"/>
        <w:rFonts w:eastAsiaTheme="majorEastAsia"/>
      </w:rPr>
      <w:fldChar w:fldCharType="end"/>
    </w:r>
  </w:p>
  <w:p w14:paraId="41757F4A" w14:textId="77777777" w:rsidR="0069669C" w:rsidRDefault="0069669C" w:rsidP="00A5717E">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5502A" w14:textId="618B1B75" w:rsidR="0069669C" w:rsidRPr="00FA56EA" w:rsidRDefault="0069669C" w:rsidP="00CB6E68">
    <w:pPr>
      <w:pStyle w:val="afa"/>
      <w:pBdr>
        <w:top w:val="single" w:sz="12" w:space="1" w:color="002060"/>
      </w:pBdr>
      <w:jc w:val="right"/>
      <w:rPr>
        <w:color w:val="000000" w:themeColor="text1"/>
        <w:sz w:val="20"/>
        <w:szCs w:val="20"/>
      </w:rPr>
    </w:pPr>
    <w:r w:rsidRPr="00FA56EA">
      <w:rPr>
        <w:color w:val="000000" w:themeColor="text1"/>
        <w:sz w:val="20"/>
        <w:szCs w:val="20"/>
      </w:rPr>
      <w:fldChar w:fldCharType="begin"/>
    </w:r>
    <w:r w:rsidRPr="00FA56EA">
      <w:rPr>
        <w:color w:val="000000" w:themeColor="text1"/>
        <w:sz w:val="20"/>
        <w:szCs w:val="20"/>
      </w:rPr>
      <w:instrText>PAGE   \* MERGEFORMAT</w:instrText>
    </w:r>
    <w:r w:rsidRPr="00FA56EA">
      <w:rPr>
        <w:color w:val="000000" w:themeColor="text1"/>
        <w:sz w:val="20"/>
        <w:szCs w:val="20"/>
      </w:rPr>
      <w:fldChar w:fldCharType="separate"/>
    </w:r>
    <w:r w:rsidR="00C707A9">
      <w:rPr>
        <w:noProof/>
        <w:color w:val="000000" w:themeColor="text1"/>
        <w:sz w:val="20"/>
        <w:szCs w:val="20"/>
      </w:rPr>
      <w:t>41</w:t>
    </w:r>
    <w:r w:rsidRPr="00FA56EA">
      <w:rPr>
        <w:color w:val="000000" w:themeColor="text1"/>
        <w:sz w:val="20"/>
        <w:szCs w:val="20"/>
      </w:rPr>
      <w:fldChar w:fldCharType="end"/>
    </w:r>
  </w:p>
  <w:p w14:paraId="1D413A1F" w14:textId="06F7C94C" w:rsidR="0069669C" w:rsidRPr="00FA56EA" w:rsidRDefault="0069669C" w:rsidP="00CB6E68">
    <w:pPr>
      <w:pStyle w:val="afa"/>
      <w:pBdr>
        <w:top w:val="single" w:sz="12" w:space="1" w:color="002060"/>
      </w:pBdr>
      <w:jc w:val="center"/>
      <w:rPr>
        <w:color w:val="000000" w:themeColor="text1"/>
        <w:sz w:val="20"/>
        <w:szCs w:val="20"/>
      </w:rPr>
    </w:pPr>
    <w:r w:rsidRPr="00FA56EA">
      <w:rPr>
        <w:color w:val="000000" w:themeColor="text1"/>
        <w:sz w:val="20"/>
        <w:szCs w:val="20"/>
      </w:rPr>
      <w:t>Муниципальное автономное общеобразовательное учреждение Гимназия № 104 «Классическая гимназия»</w:t>
    </w:r>
  </w:p>
  <w:p w14:paraId="6A5F6916" w14:textId="6AF21929" w:rsidR="0069669C" w:rsidRPr="00FA56EA" w:rsidRDefault="0069669C" w:rsidP="00CB6E68">
    <w:pPr>
      <w:pStyle w:val="afa"/>
      <w:pBdr>
        <w:top w:val="single" w:sz="12" w:space="1" w:color="002060"/>
      </w:pBdr>
      <w:jc w:val="center"/>
      <w:rPr>
        <w:color w:val="000000" w:themeColor="text1"/>
        <w:sz w:val="20"/>
        <w:szCs w:val="20"/>
      </w:rPr>
    </w:pPr>
    <w:r w:rsidRPr="00FA56EA">
      <w:rPr>
        <w:color w:val="000000" w:themeColor="text1"/>
        <w:sz w:val="20"/>
        <w:szCs w:val="20"/>
      </w:rPr>
      <w:t>Рабочая программа среднего общего образования по английскому языку</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F7AC6" w14:textId="77777777" w:rsidR="00524116" w:rsidRDefault="00524116" w:rsidP="000E63EF">
      <w:pPr>
        <w:spacing w:after="0" w:line="240" w:lineRule="auto"/>
      </w:pPr>
      <w:r>
        <w:separator/>
      </w:r>
    </w:p>
  </w:footnote>
  <w:footnote w:type="continuationSeparator" w:id="0">
    <w:p w14:paraId="609E3F6E" w14:textId="77777777" w:rsidR="00524116" w:rsidRDefault="00524116" w:rsidP="000E63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F962E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F5E9E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E0D034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9610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802D09"/>
    <w:multiLevelType w:val="hybridMultilevel"/>
    <w:tmpl w:val="E318B4E8"/>
    <w:lvl w:ilvl="0" w:tplc="0419000F">
      <w:start w:val="1"/>
      <w:numFmt w:val="decimal"/>
      <w:lvlText w:val="%1."/>
      <w:lvlJc w:val="left"/>
      <w:pPr>
        <w:ind w:left="502"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C8C7C17"/>
    <w:multiLevelType w:val="hybridMultilevel"/>
    <w:tmpl w:val="C1349808"/>
    <w:lvl w:ilvl="0" w:tplc="6596C0F2">
      <w:start w:val="1"/>
      <w:numFmt w:val="decimal"/>
      <w:lvlText w:val="%1."/>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1B7339B5"/>
    <w:multiLevelType w:val="hybridMultilevel"/>
    <w:tmpl w:val="2AD82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B30006"/>
    <w:multiLevelType w:val="hybridMultilevel"/>
    <w:tmpl w:val="D49274FE"/>
    <w:lvl w:ilvl="0" w:tplc="FF04EE3A">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DF59CC"/>
    <w:multiLevelType w:val="hybridMultilevel"/>
    <w:tmpl w:val="7F682B7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31E738E4"/>
    <w:multiLevelType w:val="hybridMultilevel"/>
    <w:tmpl w:val="F252D308"/>
    <w:lvl w:ilvl="0" w:tplc="6596C0F2">
      <w:start w:val="1"/>
      <w:numFmt w:val="decimal"/>
      <w:pStyle w:val="a1"/>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33CB2217"/>
    <w:multiLevelType w:val="hybridMultilevel"/>
    <w:tmpl w:val="5DAC1D0A"/>
    <w:lvl w:ilvl="0" w:tplc="875C659E">
      <w:start w:val="1"/>
      <w:numFmt w:val="bullet"/>
      <w:pStyle w:val="a2"/>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637082"/>
    <w:multiLevelType w:val="hybridMultilevel"/>
    <w:tmpl w:val="DAC2F03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15:restartNumberingAfterBreak="0">
    <w:nsid w:val="3C7C2133"/>
    <w:multiLevelType w:val="hybridMultilevel"/>
    <w:tmpl w:val="64F476FE"/>
    <w:lvl w:ilvl="0" w:tplc="B6E61AC6">
      <w:start w:val="1"/>
      <w:numFmt w:val="decimal"/>
      <w:pStyle w:val="a3"/>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6FB4FD2"/>
    <w:multiLevelType w:val="hybridMultilevel"/>
    <w:tmpl w:val="F0F22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4828DB"/>
    <w:multiLevelType w:val="hybridMultilevel"/>
    <w:tmpl w:val="1A88450A"/>
    <w:lvl w:ilvl="0" w:tplc="0419000F">
      <w:start w:val="1"/>
      <w:numFmt w:val="decimal"/>
      <w:lvlText w:val="%1."/>
      <w:lvlJc w:val="left"/>
      <w:pPr>
        <w:ind w:left="644"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377035"/>
    <w:multiLevelType w:val="hybridMultilevel"/>
    <w:tmpl w:val="2D3845FE"/>
    <w:lvl w:ilvl="0" w:tplc="78A274B4">
      <w:start w:val="1"/>
      <w:numFmt w:val="bullet"/>
      <w:pStyle w:val="a4"/>
      <w:lvlText w:val=""/>
      <w:lvlJc w:val="left"/>
      <w:pPr>
        <w:ind w:left="900" w:hanging="360"/>
      </w:pPr>
      <w:rPr>
        <w:rFonts w:ascii="Symbol" w:hAnsi="Symbol" w:hint="default"/>
        <w:sz w:val="24"/>
        <w:szCs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15:restartNumberingAfterBreak="0">
    <w:nsid w:val="543D6F3E"/>
    <w:multiLevelType w:val="hybridMultilevel"/>
    <w:tmpl w:val="E80478F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5FEE024E"/>
    <w:multiLevelType w:val="hybridMultilevel"/>
    <w:tmpl w:val="1D103F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F3C21"/>
    <w:multiLevelType w:val="hybridMultilevel"/>
    <w:tmpl w:val="83781C38"/>
    <w:lvl w:ilvl="0" w:tplc="06D68324">
      <w:start w:val="1"/>
      <w:numFmt w:val="decimal"/>
      <w:pStyle w:val="a5"/>
      <w:lvlText w:val="%1)"/>
      <w:lvlJc w:val="left"/>
      <w:pPr>
        <w:ind w:left="1152" w:hanging="360"/>
      </w:p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25" w15:restartNumberingAfterBreak="0">
    <w:nsid w:val="67A97D81"/>
    <w:multiLevelType w:val="hybridMultilevel"/>
    <w:tmpl w:val="3B488AB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lvlOverride w:ilvl="0">
      <w:startOverride w:val="1"/>
    </w:lvlOverride>
  </w:num>
  <w:num w:numId="2">
    <w:abstractNumId w:val="9"/>
  </w:num>
  <w:num w:numId="3">
    <w:abstractNumId w:val="7"/>
  </w:num>
  <w:num w:numId="4">
    <w:abstractNumId w:val="6"/>
  </w:num>
  <w:num w:numId="5">
    <w:abstractNumId w:val="8"/>
  </w:num>
  <w:num w:numId="6">
    <w:abstractNumId w:val="3"/>
  </w:num>
  <w:num w:numId="7">
    <w:abstractNumId w:val="2"/>
  </w:num>
  <w:num w:numId="8">
    <w:abstractNumId w:val="13"/>
  </w:num>
  <w:num w:numId="9">
    <w:abstractNumId w:val="25"/>
  </w:num>
  <w:num w:numId="10">
    <w:abstractNumId w:val="19"/>
  </w:num>
  <w:num w:numId="11">
    <w:abstractNumId w:val="20"/>
  </w:num>
  <w:num w:numId="12">
    <w:abstractNumId w:val="22"/>
  </w:num>
  <w:num w:numId="13">
    <w:abstractNumId w:val="21"/>
  </w:num>
  <w:num w:numId="14">
    <w:abstractNumId w:val="15"/>
  </w:num>
  <w:num w:numId="15">
    <w:abstractNumId w:val="15"/>
    <w:lvlOverride w:ilvl="0">
      <w:startOverride w:val="1"/>
    </w:lvlOverride>
  </w:num>
  <w:num w:numId="16">
    <w:abstractNumId w:val="24"/>
  </w:num>
  <w:num w:numId="17">
    <w:abstractNumId w:val="14"/>
  </w:num>
  <w:num w:numId="18">
    <w:abstractNumId w:val="11"/>
  </w:num>
  <w:num w:numId="19">
    <w:abstractNumId w:val="17"/>
  </w:num>
  <w:num w:numId="20">
    <w:abstractNumId w:val="24"/>
    <w:lvlOverride w:ilvl="0">
      <w:startOverride w:val="1"/>
    </w:lvlOverride>
  </w:num>
  <w:num w:numId="21">
    <w:abstractNumId w:val="24"/>
    <w:lvlOverride w:ilvl="0">
      <w:startOverride w:val="1"/>
    </w:lvlOverride>
  </w:num>
  <w:num w:numId="22">
    <w:abstractNumId w:val="24"/>
    <w:lvlOverride w:ilvl="0">
      <w:startOverride w:val="1"/>
    </w:lvlOverride>
  </w:num>
  <w:num w:numId="23">
    <w:abstractNumId w:val="24"/>
    <w:lvlOverride w:ilvl="0">
      <w:startOverride w:val="1"/>
    </w:lvlOverride>
  </w:num>
  <w:num w:numId="24">
    <w:abstractNumId w:val="24"/>
    <w:lvlOverride w:ilvl="0">
      <w:startOverride w:val="1"/>
    </w:lvlOverride>
  </w:num>
  <w:num w:numId="25">
    <w:abstractNumId w:val="16"/>
  </w:num>
  <w:num w:numId="26">
    <w:abstractNumId w:val="24"/>
    <w:lvlOverride w:ilvl="0">
      <w:startOverride w:val="1"/>
    </w:lvlOverride>
  </w:num>
  <w:num w:numId="27">
    <w:abstractNumId w:val="5"/>
  </w:num>
  <w:num w:numId="28">
    <w:abstractNumId w:val="4"/>
  </w:num>
  <w:num w:numId="29">
    <w:abstractNumId w:val="1"/>
  </w:num>
  <w:num w:numId="30">
    <w:abstractNumId w:val="0"/>
  </w:num>
  <w:num w:numId="31">
    <w:abstractNumId w:val="23"/>
  </w:num>
  <w:num w:numId="32">
    <w:abstractNumId w:val="10"/>
  </w:num>
  <w:num w:numId="3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de-DE"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de-DE" w:vendorID="64" w:dllVersion="131078" w:nlCheck="1" w:checkStyle="0"/>
  <w:activeWritingStyle w:appName="MSWord" w:lang="en-US" w:vendorID="64" w:dllVersion="131078" w:nlCheck="1" w:checkStyle="0"/>
  <w:activeWritingStyle w:appName="MSWord" w:lang="ru-RU" w:vendorID="64" w:dllVersion="131078" w:nlCheck="1" w:checkStyle="0"/>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4"/>
  <w:defaultTabStop w:val="706"/>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8D"/>
    <w:rsid w:val="000038AB"/>
    <w:rsid w:val="00004481"/>
    <w:rsid w:val="00011727"/>
    <w:rsid w:val="00011A7D"/>
    <w:rsid w:val="00011DF8"/>
    <w:rsid w:val="00013A89"/>
    <w:rsid w:val="0001498B"/>
    <w:rsid w:val="00022FAA"/>
    <w:rsid w:val="00023879"/>
    <w:rsid w:val="00024040"/>
    <w:rsid w:val="00031EA6"/>
    <w:rsid w:val="00041B34"/>
    <w:rsid w:val="00041EE3"/>
    <w:rsid w:val="00051160"/>
    <w:rsid w:val="00057FD1"/>
    <w:rsid w:val="000646F0"/>
    <w:rsid w:val="0006532A"/>
    <w:rsid w:val="000661A1"/>
    <w:rsid w:val="00071F50"/>
    <w:rsid w:val="00076C5C"/>
    <w:rsid w:val="00081695"/>
    <w:rsid w:val="00090AAB"/>
    <w:rsid w:val="00093DC1"/>
    <w:rsid w:val="00095D40"/>
    <w:rsid w:val="000A33D3"/>
    <w:rsid w:val="000A67A5"/>
    <w:rsid w:val="000A7424"/>
    <w:rsid w:val="000A7562"/>
    <w:rsid w:val="000B1289"/>
    <w:rsid w:val="000B4511"/>
    <w:rsid w:val="000C2DD0"/>
    <w:rsid w:val="000C5C5A"/>
    <w:rsid w:val="000C6EAA"/>
    <w:rsid w:val="000D30CC"/>
    <w:rsid w:val="000D32F3"/>
    <w:rsid w:val="000D5B55"/>
    <w:rsid w:val="000E18BE"/>
    <w:rsid w:val="000E63EF"/>
    <w:rsid w:val="000F0677"/>
    <w:rsid w:val="000F6164"/>
    <w:rsid w:val="0010064E"/>
    <w:rsid w:val="00100E49"/>
    <w:rsid w:val="00104967"/>
    <w:rsid w:val="001117C6"/>
    <w:rsid w:val="00120751"/>
    <w:rsid w:val="00120F92"/>
    <w:rsid w:val="00122AD7"/>
    <w:rsid w:val="00124F22"/>
    <w:rsid w:val="00140A5F"/>
    <w:rsid w:val="00146643"/>
    <w:rsid w:val="00147C88"/>
    <w:rsid w:val="001555D6"/>
    <w:rsid w:val="0015721F"/>
    <w:rsid w:val="00160826"/>
    <w:rsid w:val="00161005"/>
    <w:rsid w:val="00172F4D"/>
    <w:rsid w:val="0018796E"/>
    <w:rsid w:val="001915C6"/>
    <w:rsid w:val="0019513B"/>
    <w:rsid w:val="001970CA"/>
    <w:rsid w:val="001A2AC3"/>
    <w:rsid w:val="001A519E"/>
    <w:rsid w:val="001A69CF"/>
    <w:rsid w:val="001B65C6"/>
    <w:rsid w:val="001C56DD"/>
    <w:rsid w:val="001C7341"/>
    <w:rsid w:val="001D265C"/>
    <w:rsid w:val="001E12F5"/>
    <w:rsid w:val="001F12F2"/>
    <w:rsid w:val="001F3F93"/>
    <w:rsid w:val="001F684A"/>
    <w:rsid w:val="002003E3"/>
    <w:rsid w:val="00202C66"/>
    <w:rsid w:val="00210725"/>
    <w:rsid w:val="00211815"/>
    <w:rsid w:val="00211A74"/>
    <w:rsid w:val="00211ED5"/>
    <w:rsid w:val="00214E3A"/>
    <w:rsid w:val="00217B7B"/>
    <w:rsid w:val="0022046A"/>
    <w:rsid w:val="00227F36"/>
    <w:rsid w:val="00231275"/>
    <w:rsid w:val="00234DFA"/>
    <w:rsid w:val="002443BE"/>
    <w:rsid w:val="00261434"/>
    <w:rsid w:val="002647BB"/>
    <w:rsid w:val="0026604E"/>
    <w:rsid w:val="002667EF"/>
    <w:rsid w:val="00267C61"/>
    <w:rsid w:val="00267D5D"/>
    <w:rsid w:val="00271ACC"/>
    <w:rsid w:val="002727B5"/>
    <w:rsid w:val="002759FC"/>
    <w:rsid w:val="00276D72"/>
    <w:rsid w:val="00286602"/>
    <w:rsid w:val="00287F71"/>
    <w:rsid w:val="002928F5"/>
    <w:rsid w:val="00293027"/>
    <w:rsid w:val="00293AE3"/>
    <w:rsid w:val="002A0488"/>
    <w:rsid w:val="002A55FF"/>
    <w:rsid w:val="002A7DEC"/>
    <w:rsid w:val="002B2822"/>
    <w:rsid w:val="002B65E6"/>
    <w:rsid w:val="002C2C39"/>
    <w:rsid w:val="002C5C38"/>
    <w:rsid w:val="002D070B"/>
    <w:rsid w:val="002D6DE4"/>
    <w:rsid w:val="002D7165"/>
    <w:rsid w:val="002E38F6"/>
    <w:rsid w:val="002E5A85"/>
    <w:rsid w:val="002E6DC2"/>
    <w:rsid w:val="002F1992"/>
    <w:rsid w:val="002F2353"/>
    <w:rsid w:val="002F3B06"/>
    <w:rsid w:val="002F40BF"/>
    <w:rsid w:val="002F7635"/>
    <w:rsid w:val="00305232"/>
    <w:rsid w:val="00310C57"/>
    <w:rsid w:val="00313E8A"/>
    <w:rsid w:val="00315B18"/>
    <w:rsid w:val="00322364"/>
    <w:rsid w:val="003259A1"/>
    <w:rsid w:val="00330246"/>
    <w:rsid w:val="00332D15"/>
    <w:rsid w:val="003336E4"/>
    <w:rsid w:val="003338F3"/>
    <w:rsid w:val="00336538"/>
    <w:rsid w:val="00343D1F"/>
    <w:rsid w:val="00344CD5"/>
    <w:rsid w:val="00345446"/>
    <w:rsid w:val="0034787D"/>
    <w:rsid w:val="00357FE7"/>
    <w:rsid w:val="00360A43"/>
    <w:rsid w:val="00362E0F"/>
    <w:rsid w:val="003710A5"/>
    <w:rsid w:val="00377666"/>
    <w:rsid w:val="00391758"/>
    <w:rsid w:val="0039795A"/>
    <w:rsid w:val="003A2B08"/>
    <w:rsid w:val="003A2F09"/>
    <w:rsid w:val="003A51F6"/>
    <w:rsid w:val="003A64AD"/>
    <w:rsid w:val="003B0471"/>
    <w:rsid w:val="003B5DAB"/>
    <w:rsid w:val="003C3430"/>
    <w:rsid w:val="003C444A"/>
    <w:rsid w:val="003C4B8A"/>
    <w:rsid w:val="003C4BB6"/>
    <w:rsid w:val="003C553A"/>
    <w:rsid w:val="003D347F"/>
    <w:rsid w:val="003D67A2"/>
    <w:rsid w:val="003F34C5"/>
    <w:rsid w:val="003F422E"/>
    <w:rsid w:val="003F4AFF"/>
    <w:rsid w:val="00406873"/>
    <w:rsid w:val="00410158"/>
    <w:rsid w:val="0041469B"/>
    <w:rsid w:val="004242EC"/>
    <w:rsid w:val="0042568B"/>
    <w:rsid w:val="004301CA"/>
    <w:rsid w:val="004310F6"/>
    <w:rsid w:val="00432193"/>
    <w:rsid w:val="00432E2F"/>
    <w:rsid w:val="00435CCE"/>
    <w:rsid w:val="00435D46"/>
    <w:rsid w:val="004516CE"/>
    <w:rsid w:val="00452522"/>
    <w:rsid w:val="00454E73"/>
    <w:rsid w:val="00460DDB"/>
    <w:rsid w:val="00466030"/>
    <w:rsid w:val="0047208B"/>
    <w:rsid w:val="004728A3"/>
    <w:rsid w:val="0048141A"/>
    <w:rsid w:val="0048374F"/>
    <w:rsid w:val="00484BF3"/>
    <w:rsid w:val="00491594"/>
    <w:rsid w:val="00495E6F"/>
    <w:rsid w:val="004A0BDE"/>
    <w:rsid w:val="004A372C"/>
    <w:rsid w:val="004A4EB9"/>
    <w:rsid w:val="004C7382"/>
    <w:rsid w:val="004E6FF6"/>
    <w:rsid w:val="004E791F"/>
    <w:rsid w:val="004F1401"/>
    <w:rsid w:val="004F6043"/>
    <w:rsid w:val="004F6A24"/>
    <w:rsid w:val="00503C2F"/>
    <w:rsid w:val="00504F80"/>
    <w:rsid w:val="00505589"/>
    <w:rsid w:val="005107B6"/>
    <w:rsid w:val="005158BA"/>
    <w:rsid w:val="0052370D"/>
    <w:rsid w:val="00524116"/>
    <w:rsid w:val="00525E3B"/>
    <w:rsid w:val="00527C2A"/>
    <w:rsid w:val="00537FB6"/>
    <w:rsid w:val="00543C41"/>
    <w:rsid w:val="00556684"/>
    <w:rsid w:val="0055677E"/>
    <w:rsid w:val="00556D83"/>
    <w:rsid w:val="00560955"/>
    <w:rsid w:val="00562AC6"/>
    <w:rsid w:val="00570436"/>
    <w:rsid w:val="00571DB6"/>
    <w:rsid w:val="005742B1"/>
    <w:rsid w:val="00574978"/>
    <w:rsid w:val="005804EA"/>
    <w:rsid w:val="00592E40"/>
    <w:rsid w:val="0059315A"/>
    <w:rsid w:val="00593F4B"/>
    <w:rsid w:val="005953E8"/>
    <w:rsid w:val="00595E4A"/>
    <w:rsid w:val="005A0AB1"/>
    <w:rsid w:val="005A746D"/>
    <w:rsid w:val="005A7D32"/>
    <w:rsid w:val="005A7EEB"/>
    <w:rsid w:val="005B24BA"/>
    <w:rsid w:val="005B315A"/>
    <w:rsid w:val="005C32AC"/>
    <w:rsid w:val="005C44B3"/>
    <w:rsid w:val="005D0742"/>
    <w:rsid w:val="005D699E"/>
    <w:rsid w:val="005E285A"/>
    <w:rsid w:val="005F16EA"/>
    <w:rsid w:val="005F6657"/>
    <w:rsid w:val="005F6DD0"/>
    <w:rsid w:val="006040D5"/>
    <w:rsid w:val="00621E9E"/>
    <w:rsid w:val="00622321"/>
    <w:rsid w:val="006228BD"/>
    <w:rsid w:val="00623E60"/>
    <w:rsid w:val="00631350"/>
    <w:rsid w:val="0063142F"/>
    <w:rsid w:val="00633C39"/>
    <w:rsid w:val="0063501E"/>
    <w:rsid w:val="006432D3"/>
    <w:rsid w:val="00643B25"/>
    <w:rsid w:val="006451CA"/>
    <w:rsid w:val="0064786D"/>
    <w:rsid w:val="00647EB1"/>
    <w:rsid w:val="00650404"/>
    <w:rsid w:val="00652044"/>
    <w:rsid w:val="00656560"/>
    <w:rsid w:val="00661880"/>
    <w:rsid w:val="0066334F"/>
    <w:rsid w:val="0066450A"/>
    <w:rsid w:val="00667869"/>
    <w:rsid w:val="00667A69"/>
    <w:rsid w:val="00674E85"/>
    <w:rsid w:val="006773CE"/>
    <w:rsid w:val="006778F8"/>
    <w:rsid w:val="00680100"/>
    <w:rsid w:val="00684FD4"/>
    <w:rsid w:val="006906B2"/>
    <w:rsid w:val="00691AC0"/>
    <w:rsid w:val="0069669C"/>
    <w:rsid w:val="006A16C6"/>
    <w:rsid w:val="006A16E0"/>
    <w:rsid w:val="006A1AC5"/>
    <w:rsid w:val="006B21A9"/>
    <w:rsid w:val="006B42AC"/>
    <w:rsid w:val="006B5855"/>
    <w:rsid w:val="006C0138"/>
    <w:rsid w:val="006C74F2"/>
    <w:rsid w:val="006C7587"/>
    <w:rsid w:val="006D3627"/>
    <w:rsid w:val="006E3FAE"/>
    <w:rsid w:val="006E760E"/>
    <w:rsid w:val="006F1218"/>
    <w:rsid w:val="007000A0"/>
    <w:rsid w:val="00700797"/>
    <w:rsid w:val="00704A4F"/>
    <w:rsid w:val="007142A5"/>
    <w:rsid w:val="00722883"/>
    <w:rsid w:val="007251F6"/>
    <w:rsid w:val="00731EA8"/>
    <w:rsid w:val="00732C81"/>
    <w:rsid w:val="00735149"/>
    <w:rsid w:val="0074207F"/>
    <w:rsid w:val="00746473"/>
    <w:rsid w:val="0074693C"/>
    <w:rsid w:val="007509B1"/>
    <w:rsid w:val="00752559"/>
    <w:rsid w:val="00754C63"/>
    <w:rsid w:val="007630FF"/>
    <w:rsid w:val="007711F4"/>
    <w:rsid w:val="00771393"/>
    <w:rsid w:val="007760B6"/>
    <w:rsid w:val="0078016A"/>
    <w:rsid w:val="00780AFB"/>
    <w:rsid w:val="007839A2"/>
    <w:rsid w:val="007908DB"/>
    <w:rsid w:val="00792C41"/>
    <w:rsid w:val="00793190"/>
    <w:rsid w:val="007A0487"/>
    <w:rsid w:val="007A1091"/>
    <w:rsid w:val="007A5535"/>
    <w:rsid w:val="007C0A0D"/>
    <w:rsid w:val="007C4DE0"/>
    <w:rsid w:val="007D6627"/>
    <w:rsid w:val="007E0BDF"/>
    <w:rsid w:val="007E2260"/>
    <w:rsid w:val="007E361D"/>
    <w:rsid w:val="007F170A"/>
    <w:rsid w:val="007F65F3"/>
    <w:rsid w:val="007F7051"/>
    <w:rsid w:val="00801AFD"/>
    <w:rsid w:val="00802530"/>
    <w:rsid w:val="008034D8"/>
    <w:rsid w:val="00813031"/>
    <w:rsid w:val="008149A2"/>
    <w:rsid w:val="0081697E"/>
    <w:rsid w:val="00822415"/>
    <w:rsid w:val="00833D0F"/>
    <w:rsid w:val="00841B5D"/>
    <w:rsid w:val="00841C8B"/>
    <w:rsid w:val="008442CE"/>
    <w:rsid w:val="0084492F"/>
    <w:rsid w:val="008461F6"/>
    <w:rsid w:val="00846773"/>
    <w:rsid w:val="00855CEF"/>
    <w:rsid w:val="008627B5"/>
    <w:rsid w:val="00862F78"/>
    <w:rsid w:val="00865876"/>
    <w:rsid w:val="00866A6D"/>
    <w:rsid w:val="00873E97"/>
    <w:rsid w:val="008777C7"/>
    <w:rsid w:val="00881CB7"/>
    <w:rsid w:val="00883373"/>
    <w:rsid w:val="0089067C"/>
    <w:rsid w:val="00890B91"/>
    <w:rsid w:val="00891A05"/>
    <w:rsid w:val="008927E0"/>
    <w:rsid w:val="00895587"/>
    <w:rsid w:val="008A6631"/>
    <w:rsid w:val="008B1C9B"/>
    <w:rsid w:val="008B4D51"/>
    <w:rsid w:val="008C1A99"/>
    <w:rsid w:val="008C4DBB"/>
    <w:rsid w:val="008C718A"/>
    <w:rsid w:val="008D4A23"/>
    <w:rsid w:val="008E07D0"/>
    <w:rsid w:val="008E495C"/>
    <w:rsid w:val="008F5714"/>
    <w:rsid w:val="00901EF4"/>
    <w:rsid w:val="00907B35"/>
    <w:rsid w:val="00914362"/>
    <w:rsid w:val="0091755D"/>
    <w:rsid w:val="00917DFF"/>
    <w:rsid w:val="00922B44"/>
    <w:rsid w:val="00926C82"/>
    <w:rsid w:val="0092751D"/>
    <w:rsid w:val="00933A6E"/>
    <w:rsid w:val="00934272"/>
    <w:rsid w:val="00934C4C"/>
    <w:rsid w:val="009353FE"/>
    <w:rsid w:val="0094274D"/>
    <w:rsid w:val="00945145"/>
    <w:rsid w:val="009463FD"/>
    <w:rsid w:val="00954FF4"/>
    <w:rsid w:val="0096293F"/>
    <w:rsid w:val="00964F8F"/>
    <w:rsid w:val="00967F8B"/>
    <w:rsid w:val="00973896"/>
    <w:rsid w:val="00977F8E"/>
    <w:rsid w:val="00980E29"/>
    <w:rsid w:val="009A1C81"/>
    <w:rsid w:val="009A20A3"/>
    <w:rsid w:val="009A49BB"/>
    <w:rsid w:val="009A7D5B"/>
    <w:rsid w:val="009B0842"/>
    <w:rsid w:val="009B2576"/>
    <w:rsid w:val="009C0458"/>
    <w:rsid w:val="009C0E6B"/>
    <w:rsid w:val="009C45AE"/>
    <w:rsid w:val="009C57B6"/>
    <w:rsid w:val="009C7931"/>
    <w:rsid w:val="009D5013"/>
    <w:rsid w:val="009E4A55"/>
    <w:rsid w:val="009F499A"/>
    <w:rsid w:val="00A01D49"/>
    <w:rsid w:val="00A0506D"/>
    <w:rsid w:val="00A14251"/>
    <w:rsid w:val="00A16E64"/>
    <w:rsid w:val="00A17352"/>
    <w:rsid w:val="00A24263"/>
    <w:rsid w:val="00A27C46"/>
    <w:rsid w:val="00A27ED8"/>
    <w:rsid w:val="00A32128"/>
    <w:rsid w:val="00A43B90"/>
    <w:rsid w:val="00A522E2"/>
    <w:rsid w:val="00A523E8"/>
    <w:rsid w:val="00A52F2C"/>
    <w:rsid w:val="00A533EC"/>
    <w:rsid w:val="00A53D74"/>
    <w:rsid w:val="00A5717E"/>
    <w:rsid w:val="00A705F8"/>
    <w:rsid w:val="00A83299"/>
    <w:rsid w:val="00A92A1B"/>
    <w:rsid w:val="00A96E0D"/>
    <w:rsid w:val="00A96E8F"/>
    <w:rsid w:val="00A977B6"/>
    <w:rsid w:val="00AA2CF0"/>
    <w:rsid w:val="00AA3E38"/>
    <w:rsid w:val="00AA5922"/>
    <w:rsid w:val="00AA5D08"/>
    <w:rsid w:val="00AA6826"/>
    <w:rsid w:val="00AB13EE"/>
    <w:rsid w:val="00AB383C"/>
    <w:rsid w:val="00AB740A"/>
    <w:rsid w:val="00AD332B"/>
    <w:rsid w:val="00AE3675"/>
    <w:rsid w:val="00AE4F75"/>
    <w:rsid w:val="00AE71E9"/>
    <w:rsid w:val="00AF46C5"/>
    <w:rsid w:val="00AF5B50"/>
    <w:rsid w:val="00B010B4"/>
    <w:rsid w:val="00B03A3F"/>
    <w:rsid w:val="00B051DA"/>
    <w:rsid w:val="00B120B1"/>
    <w:rsid w:val="00B16DD8"/>
    <w:rsid w:val="00B223ED"/>
    <w:rsid w:val="00B233A3"/>
    <w:rsid w:val="00B250B9"/>
    <w:rsid w:val="00B34B56"/>
    <w:rsid w:val="00B4395F"/>
    <w:rsid w:val="00B63386"/>
    <w:rsid w:val="00B647E4"/>
    <w:rsid w:val="00B672F6"/>
    <w:rsid w:val="00B72510"/>
    <w:rsid w:val="00B77E9D"/>
    <w:rsid w:val="00B81071"/>
    <w:rsid w:val="00B854A4"/>
    <w:rsid w:val="00B93C99"/>
    <w:rsid w:val="00B955C3"/>
    <w:rsid w:val="00B96488"/>
    <w:rsid w:val="00BA1579"/>
    <w:rsid w:val="00BB2FD9"/>
    <w:rsid w:val="00BB5D6B"/>
    <w:rsid w:val="00BB6F98"/>
    <w:rsid w:val="00BB7AA5"/>
    <w:rsid w:val="00BC3DC0"/>
    <w:rsid w:val="00BD12CD"/>
    <w:rsid w:val="00BD506D"/>
    <w:rsid w:val="00BD7E30"/>
    <w:rsid w:val="00BE1652"/>
    <w:rsid w:val="00BE16A9"/>
    <w:rsid w:val="00BE5352"/>
    <w:rsid w:val="00BF0D60"/>
    <w:rsid w:val="00BF3233"/>
    <w:rsid w:val="00BF5864"/>
    <w:rsid w:val="00BF6AD1"/>
    <w:rsid w:val="00C00FE1"/>
    <w:rsid w:val="00C02547"/>
    <w:rsid w:val="00C13C88"/>
    <w:rsid w:val="00C1587C"/>
    <w:rsid w:val="00C17732"/>
    <w:rsid w:val="00C2423C"/>
    <w:rsid w:val="00C30333"/>
    <w:rsid w:val="00C32BCB"/>
    <w:rsid w:val="00C358ED"/>
    <w:rsid w:val="00C36169"/>
    <w:rsid w:val="00C40387"/>
    <w:rsid w:val="00C45160"/>
    <w:rsid w:val="00C66009"/>
    <w:rsid w:val="00C707A9"/>
    <w:rsid w:val="00C803D3"/>
    <w:rsid w:val="00C81401"/>
    <w:rsid w:val="00C84173"/>
    <w:rsid w:val="00C8484A"/>
    <w:rsid w:val="00C849B1"/>
    <w:rsid w:val="00C84B66"/>
    <w:rsid w:val="00C942BA"/>
    <w:rsid w:val="00C9628C"/>
    <w:rsid w:val="00C96910"/>
    <w:rsid w:val="00CA5557"/>
    <w:rsid w:val="00CA5980"/>
    <w:rsid w:val="00CA5B8E"/>
    <w:rsid w:val="00CA62AA"/>
    <w:rsid w:val="00CA7349"/>
    <w:rsid w:val="00CB1CDE"/>
    <w:rsid w:val="00CB1D86"/>
    <w:rsid w:val="00CB6E68"/>
    <w:rsid w:val="00CD56F7"/>
    <w:rsid w:val="00CE12E9"/>
    <w:rsid w:val="00CE1F4C"/>
    <w:rsid w:val="00CE307A"/>
    <w:rsid w:val="00CE709D"/>
    <w:rsid w:val="00CF020C"/>
    <w:rsid w:val="00CF41F7"/>
    <w:rsid w:val="00CF4A7A"/>
    <w:rsid w:val="00CF5E8F"/>
    <w:rsid w:val="00CF7A4E"/>
    <w:rsid w:val="00D00875"/>
    <w:rsid w:val="00D024DB"/>
    <w:rsid w:val="00D167A9"/>
    <w:rsid w:val="00D26F51"/>
    <w:rsid w:val="00D33F9F"/>
    <w:rsid w:val="00D3560D"/>
    <w:rsid w:val="00D45443"/>
    <w:rsid w:val="00D45FC0"/>
    <w:rsid w:val="00D5040C"/>
    <w:rsid w:val="00D508AA"/>
    <w:rsid w:val="00D50D7C"/>
    <w:rsid w:val="00D52E46"/>
    <w:rsid w:val="00D63474"/>
    <w:rsid w:val="00D707E0"/>
    <w:rsid w:val="00D718B3"/>
    <w:rsid w:val="00D72AAE"/>
    <w:rsid w:val="00D91D0D"/>
    <w:rsid w:val="00D92195"/>
    <w:rsid w:val="00D954A2"/>
    <w:rsid w:val="00D95DDD"/>
    <w:rsid w:val="00D96DCD"/>
    <w:rsid w:val="00DA18CE"/>
    <w:rsid w:val="00DA1A8D"/>
    <w:rsid w:val="00DA5A56"/>
    <w:rsid w:val="00DA64D7"/>
    <w:rsid w:val="00DA6D0E"/>
    <w:rsid w:val="00DB0EA3"/>
    <w:rsid w:val="00DB2D18"/>
    <w:rsid w:val="00DC0E69"/>
    <w:rsid w:val="00DC1B0D"/>
    <w:rsid w:val="00DC2A53"/>
    <w:rsid w:val="00DC6567"/>
    <w:rsid w:val="00DD0F3A"/>
    <w:rsid w:val="00DD37B3"/>
    <w:rsid w:val="00DD4C64"/>
    <w:rsid w:val="00DD5781"/>
    <w:rsid w:val="00DD6BBD"/>
    <w:rsid w:val="00DD755B"/>
    <w:rsid w:val="00DD766F"/>
    <w:rsid w:val="00DE755A"/>
    <w:rsid w:val="00DF02D3"/>
    <w:rsid w:val="00DF1C2D"/>
    <w:rsid w:val="00DF2D78"/>
    <w:rsid w:val="00DF4059"/>
    <w:rsid w:val="00E02F41"/>
    <w:rsid w:val="00E05597"/>
    <w:rsid w:val="00E151C9"/>
    <w:rsid w:val="00E1743E"/>
    <w:rsid w:val="00E442B7"/>
    <w:rsid w:val="00E44394"/>
    <w:rsid w:val="00E51937"/>
    <w:rsid w:val="00E520E2"/>
    <w:rsid w:val="00E57C7C"/>
    <w:rsid w:val="00E60BC2"/>
    <w:rsid w:val="00E65B70"/>
    <w:rsid w:val="00E65EB9"/>
    <w:rsid w:val="00E712A7"/>
    <w:rsid w:val="00E802A9"/>
    <w:rsid w:val="00E918B0"/>
    <w:rsid w:val="00EA04D7"/>
    <w:rsid w:val="00EA17A0"/>
    <w:rsid w:val="00EA4AE5"/>
    <w:rsid w:val="00EA5DE6"/>
    <w:rsid w:val="00EA74C1"/>
    <w:rsid w:val="00EB32DE"/>
    <w:rsid w:val="00EB4575"/>
    <w:rsid w:val="00EB5EDA"/>
    <w:rsid w:val="00ED10D6"/>
    <w:rsid w:val="00ED52CE"/>
    <w:rsid w:val="00ED6EF4"/>
    <w:rsid w:val="00EE25EE"/>
    <w:rsid w:val="00EE35BB"/>
    <w:rsid w:val="00EE5E47"/>
    <w:rsid w:val="00EE7685"/>
    <w:rsid w:val="00EF6625"/>
    <w:rsid w:val="00EF7EF7"/>
    <w:rsid w:val="00F021B7"/>
    <w:rsid w:val="00F02C92"/>
    <w:rsid w:val="00F0414A"/>
    <w:rsid w:val="00F05C89"/>
    <w:rsid w:val="00F07B01"/>
    <w:rsid w:val="00F122F7"/>
    <w:rsid w:val="00F12F5F"/>
    <w:rsid w:val="00F21E5C"/>
    <w:rsid w:val="00F22A88"/>
    <w:rsid w:val="00F2436B"/>
    <w:rsid w:val="00F32E4F"/>
    <w:rsid w:val="00F33488"/>
    <w:rsid w:val="00F3367E"/>
    <w:rsid w:val="00F4029D"/>
    <w:rsid w:val="00F50D49"/>
    <w:rsid w:val="00F553F7"/>
    <w:rsid w:val="00F56F23"/>
    <w:rsid w:val="00F61616"/>
    <w:rsid w:val="00F7223E"/>
    <w:rsid w:val="00F85132"/>
    <w:rsid w:val="00F86A4F"/>
    <w:rsid w:val="00F8700D"/>
    <w:rsid w:val="00F90A97"/>
    <w:rsid w:val="00F94D12"/>
    <w:rsid w:val="00FA56EA"/>
    <w:rsid w:val="00FA5F34"/>
    <w:rsid w:val="00FA7ED4"/>
    <w:rsid w:val="00FB26C6"/>
    <w:rsid w:val="00FB2DC5"/>
    <w:rsid w:val="00FC2856"/>
    <w:rsid w:val="00FC3023"/>
    <w:rsid w:val="00FC599C"/>
    <w:rsid w:val="00FE0985"/>
    <w:rsid w:val="00FE268D"/>
    <w:rsid w:val="00FE2853"/>
    <w:rsid w:val="00FE526D"/>
    <w:rsid w:val="00FE6532"/>
    <w:rsid w:val="00FE7D54"/>
    <w:rsid w:val="00FF63EE"/>
    <w:rsid w:val="00FF70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251100"/>
  <w15:docId w15:val="{6A1F5CE1-553B-4DFA-B394-DC9329EB7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C2C39"/>
  </w:style>
  <w:style w:type="paragraph" w:styleId="1">
    <w:name w:val="heading 1"/>
    <w:basedOn w:val="a6"/>
    <w:next w:val="a6"/>
    <w:link w:val="10"/>
    <w:uiPriority w:val="9"/>
    <w:qFormat/>
    <w:rsid w:val="00051160"/>
    <w:pPr>
      <w:keepNext/>
      <w:spacing w:before="120" w:after="120" w:line="240" w:lineRule="auto"/>
      <w:jc w:val="center"/>
      <w:outlineLvl w:val="0"/>
    </w:pPr>
    <w:rPr>
      <w:rFonts w:ascii="Times New Roman" w:eastAsia="Times New Roman" w:hAnsi="Times New Roman" w:cs="Arial"/>
      <w:b/>
      <w:bCs/>
      <w:color w:val="800044"/>
      <w:kern w:val="32"/>
      <w:sz w:val="32"/>
      <w:szCs w:val="32"/>
      <w:lang w:eastAsia="ru-RU"/>
    </w:rPr>
  </w:style>
  <w:style w:type="paragraph" w:styleId="21">
    <w:name w:val="heading 2"/>
    <w:basedOn w:val="a6"/>
    <w:next w:val="a6"/>
    <w:link w:val="22"/>
    <w:uiPriority w:val="9"/>
    <w:qFormat/>
    <w:rsid w:val="008034D8"/>
    <w:pPr>
      <w:keepNext/>
      <w:spacing w:before="120" w:after="60" w:line="240" w:lineRule="auto"/>
      <w:jc w:val="center"/>
      <w:outlineLvl w:val="1"/>
    </w:pPr>
    <w:rPr>
      <w:rFonts w:ascii="Times New Roman" w:eastAsia="Times New Roman" w:hAnsi="Times New Roman" w:cs="Arial"/>
      <w:b/>
      <w:bCs/>
      <w:iCs/>
      <w:color w:val="002060"/>
      <w:sz w:val="28"/>
      <w:szCs w:val="28"/>
      <w:lang w:eastAsia="ru-RU"/>
    </w:rPr>
  </w:style>
  <w:style w:type="paragraph" w:styleId="31">
    <w:name w:val="heading 3"/>
    <w:basedOn w:val="a6"/>
    <w:next w:val="a6"/>
    <w:link w:val="32"/>
    <w:uiPriority w:val="9"/>
    <w:qFormat/>
    <w:rsid w:val="006451CA"/>
    <w:pPr>
      <w:keepNext/>
      <w:keepLines/>
      <w:spacing w:before="120" w:after="120" w:line="240" w:lineRule="auto"/>
      <w:outlineLvl w:val="2"/>
    </w:pPr>
    <w:rPr>
      <w:rFonts w:ascii="Times New Roman" w:eastAsiaTheme="majorEastAsia" w:hAnsi="Times New Roman" w:cstheme="majorBidi"/>
      <w:b/>
      <w:bCs/>
      <w:color w:val="002060"/>
      <w:sz w:val="24"/>
    </w:rPr>
  </w:style>
  <w:style w:type="paragraph" w:styleId="4">
    <w:name w:val="heading 4"/>
    <w:basedOn w:val="a6"/>
    <w:next w:val="a6"/>
    <w:link w:val="40"/>
    <w:uiPriority w:val="9"/>
    <w:qFormat/>
    <w:rsid w:val="00890B91"/>
    <w:pPr>
      <w:keepNext/>
      <w:keepLines/>
      <w:spacing w:before="60" w:after="60" w:line="240" w:lineRule="auto"/>
      <w:ind w:firstLine="709"/>
      <w:outlineLvl w:val="3"/>
    </w:pPr>
    <w:rPr>
      <w:rFonts w:ascii="Times New Roman" w:eastAsiaTheme="majorEastAsia" w:hAnsi="Times New Roman" w:cstheme="majorBidi"/>
      <w:b/>
      <w:bCs/>
      <w:iCs/>
      <w:color w:val="800044"/>
      <w:sz w:val="24"/>
    </w:rPr>
  </w:style>
  <w:style w:type="paragraph" w:styleId="5">
    <w:name w:val="heading 5"/>
    <w:basedOn w:val="a6"/>
    <w:next w:val="a6"/>
    <w:link w:val="50"/>
    <w:uiPriority w:val="9"/>
    <w:semiHidden/>
    <w:unhideWhenUsed/>
    <w:qFormat/>
    <w:rsid w:val="00DB0EA3"/>
    <w:pPr>
      <w:keepNext/>
      <w:keepLines/>
      <w:spacing w:before="200" w:after="0" w:line="240" w:lineRule="auto"/>
      <w:ind w:firstLine="709"/>
      <w:jc w:val="both"/>
      <w:outlineLvl w:val="4"/>
    </w:pPr>
    <w:rPr>
      <w:rFonts w:asciiTheme="majorHAnsi" w:eastAsiaTheme="majorEastAsia" w:hAnsiTheme="majorHAnsi" w:cstheme="majorBidi"/>
      <w:color w:val="243F60" w:themeColor="accent1" w:themeShade="7F"/>
      <w:sz w:val="24"/>
      <w:lang w:val="en-US"/>
    </w:rPr>
  </w:style>
  <w:style w:type="paragraph" w:styleId="6">
    <w:name w:val="heading 6"/>
    <w:basedOn w:val="a6"/>
    <w:next w:val="a6"/>
    <w:link w:val="60"/>
    <w:uiPriority w:val="9"/>
    <w:semiHidden/>
    <w:unhideWhenUsed/>
    <w:qFormat/>
    <w:rsid w:val="00DB0EA3"/>
    <w:pPr>
      <w:keepNext/>
      <w:keepLines/>
      <w:spacing w:before="200" w:after="0" w:line="240" w:lineRule="auto"/>
      <w:ind w:firstLine="709"/>
      <w:jc w:val="both"/>
      <w:outlineLvl w:val="5"/>
    </w:pPr>
    <w:rPr>
      <w:rFonts w:asciiTheme="majorHAnsi" w:eastAsiaTheme="majorEastAsia" w:hAnsiTheme="majorHAnsi" w:cstheme="majorBidi"/>
      <w:i/>
      <w:iCs/>
      <w:color w:val="243F60" w:themeColor="accent1" w:themeShade="7F"/>
      <w:sz w:val="24"/>
      <w:lang w:val="en-US"/>
    </w:rPr>
  </w:style>
  <w:style w:type="paragraph" w:styleId="7">
    <w:name w:val="heading 7"/>
    <w:basedOn w:val="a6"/>
    <w:next w:val="a6"/>
    <w:link w:val="70"/>
    <w:uiPriority w:val="9"/>
    <w:semiHidden/>
    <w:unhideWhenUsed/>
    <w:qFormat/>
    <w:rsid w:val="00DB0EA3"/>
    <w:pPr>
      <w:keepNext/>
      <w:keepLines/>
      <w:spacing w:before="200" w:after="0" w:line="240" w:lineRule="auto"/>
      <w:ind w:firstLine="709"/>
      <w:jc w:val="both"/>
      <w:outlineLvl w:val="6"/>
    </w:pPr>
    <w:rPr>
      <w:rFonts w:asciiTheme="majorHAnsi" w:eastAsiaTheme="majorEastAsia" w:hAnsiTheme="majorHAnsi" w:cstheme="majorBidi"/>
      <w:i/>
      <w:iCs/>
      <w:color w:val="404040" w:themeColor="text1" w:themeTint="BF"/>
      <w:sz w:val="24"/>
      <w:lang w:val="en-US"/>
    </w:rPr>
  </w:style>
  <w:style w:type="paragraph" w:styleId="8">
    <w:name w:val="heading 8"/>
    <w:basedOn w:val="a6"/>
    <w:next w:val="a6"/>
    <w:link w:val="80"/>
    <w:uiPriority w:val="9"/>
    <w:semiHidden/>
    <w:unhideWhenUsed/>
    <w:qFormat/>
    <w:rsid w:val="00A96E8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6"/>
    <w:next w:val="a6"/>
    <w:link w:val="90"/>
    <w:uiPriority w:val="9"/>
    <w:semiHidden/>
    <w:unhideWhenUsed/>
    <w:qFormat/>
    <w:rsid w:val="00DB0EA3"/>
    <w:pPr>
      <w:keepNext/>
      <w:keepLines/>
      <w:spacing w:before="200" w:after="0" w:line="240" w:lineRule="auto"/>
      <w:ind w:firstLine="709"/>
      <w:jc w:val="both"/>
      <w:outlineLvl w:val="8"/>
    </w:pPr>
    <w:rPr>
      <w:rFonts w:asciiTheme="majorHAnsi" w:eastAsiaTheme="majorEastAsia" w:hAnsiTheme="majorHAnsi" w:cstheme="majorBidi"/>
      <w:i/>
      <w:iCs/>
      <w:color w:val="404040" w:themeColor="text1" w:themeTint="BF"/>
      <w:sz w:val="20"/>
      <w:szCs w:val="20"/>
      <w:lang w:val="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basedOn w:val="a7"/>
    <w:link w:val="1"/>
    <w:uiPriority w:val="9"/>
    <w:rsid w:val="00051160"/>
    <w:rPr>
      <w:rFonts w:ascii="Times New Roman" w:eastAsia="Times New Roman" w:hAnsi="Times New Roman" w:cs="Arial"/>
      <w:b/>
      <w:bCs/>
      <w:color w:val="800044"/>
      <w:kern w:val="32"/>
      <w:sz w:val="32"/>
      <w:szCs w:val="32"/>
      <w:lang w:eastAsia="ru-RU"/>
    </w:rPr>
  </w:style>
  <w:style w:type="character" w:customStyle="1" w:styleId="22">
    <w:name w:val="Заголовок 2 Знак"/>
    <w:basedOn w:val="a7"/>
    <w:link w:val="21"/>
    <w:uiPriority w:val="9"/>
    <w:rsid w:val="008034D8"/>
    <w:rPr>
      <w:rFonts w:ascii="Times New Roman" w:eastAsia="Times New Roman" w:hAnsi="Times New Roman" w:cs="Arial"/>
      <w:b/>
      <w:bCs/>
      <w:iCs/>
      <w:color w:val="002060"/>
      <w:sz w:val="28"/>
      <w:szCs w:val="28"/>
      <w:lang w:eastAsia="ru-RU"/>
    </w:rPr>
  </w:style>
  <w:style w:type="character" w:customStyle="1" w:styleId="32">
    <w:name w:val="Заголовок 3 Знак"/>
    <w:basedOn w:val="a7"/>
    <w:link w:val="31"/>
    <w:uiPriority w:val="9"/>
    <w:rsid w:val="006451CA"/>
    <w:rPr>
      <w:rFonts w:ascii="Times New Roman" w:eastAsiaTheme="majorEastAsia" w:hAnsi="Times New Roman" w:cstheme="majorBidi"/>
      <w:b/>
      <w:bCs/>
      <w:color w:val="002060"/>
      <w:sz w:val="24"/>
    </w:rPr>
  </w:style>
  <w:style w:type="character" w:customStyle="1" w:styleId="40">
    <w:name w:val="Заголовок 4 Знак"/>
    <w:basedOn w:val="a7"/>
    <w:link w:val="4"/>
    <w:uiPriority w:val="9"/>
    <w:rsid w:val="00890B91"/>
    <w:rPr>
      <w:rFonts w:ascii="Times New Roman" w:eastAsiaTheme="majorEastAsia" w:hAnsi="Times New Roman" w:cstheme="majorBidi"/>
      <w:b/>
      <w:bCs/>
      <w:iCs/>
      <w:color w:val="800044"/>
      <w:sz w:val="24"/>
    </w:rPr>
  </w:style>
  <w:style w:type="character" w:customStyle="1" w:styleId="80">
    <w:name w:val="Заголовок 8 Знак"/>
    <w:basedOn w:val="a7"/>
    <w:link w:val="8"/>
    <w:uiPriority w:val="9"/>
    <w:semiHidden/>
    <w:rsid w:val="00A96E8F"/>
    <w:rPr>
      <w:rFonts w:asciiTheme="majorHAnsi" w:eastAsiaTheme="majorEastAsia" w:hAnsiTheme="majorHAnsi" w:cstheme="majorBidi"/>
      <w:color w:val="404040" w:themeColor="text1" w:themeTint="BF"/>
      <w:sz w:val="20"/>
      <w:szCs w:val="20"/>
    </w:rPr>
  </w:style>
  <w:style w:type="paragraph" w:styleId="aa">
    <w:name w:val="Body Text Indent"/>
    <w:basedOn w:val="a6"/>
    <w:link w:val="ab"/>
    <w:rsid w:val="00DA1A8D"/>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7"/>
    <w:link w:val="aa"/>
    <w:rsid w:val="00DA1A8D"/>
    <w:rPr>
      <w:rFonts w:ascii="Times New Roman" w:eastAsia="Times New Roman" w:hAnsi="Times New Roman" w:cs="Times New Roman"/>
      <w:sz w:val="24"/>
      <w:szCs w:val="24"/>
      <w:lang w:eastAsia="ru-RU"/>
    </w:rPr>
  </w:style>
  <w:style w:type="paragraph" w:styleId="ac">
    <w:name w:val="annotation text"/>
    <w:basedOn w:val="a6"/>
    <w:link w:val="ad"/>
    <w:rsid w:val="00DA1A8D"/>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d">
    <w:name w:val="Текст примечания Знак"/>
    <w:basedOn w:val="a7"/>
    <w:link w:val="ac"/>
    <w:rsid w:val="00DA1A8D"/>
    <w:rPr>
      <w:rFonts w:ascii="Times New Roman" w:eastAsia="Times New Roman" w:hAnsi="Times New Roman" w:cs="Times New Roman"/>
      <w:sz w:val="20"/>
      <w:szCs w:val="20"/>
      <w:lang w:eastAsia="ru-RU"/>
    </w:rPr>
  </w:style>
  <w:style w:type="paragraph" w:styleId="ae">
    <w:name w:val="List Paragraph"/>
    <w:basedOn w:val="a6"/>
    <w:link w:val="af"/>
    <w:uiPriority w:val="34"/>
    <w:qFormat/>
    <w:rsid w:val="006A1AC5"/>
    <w:pPr>
      <w:ind w:left="720"/>
      <w:contextualSpacing/>
    </w:pPr>
  </w:style>
  <w:style w:type="paragraph" w:styleId="af0">
    <w:name w:val="Normal (Web)"/>
    <w:basedOn w:val="a6"/>
    <w:unhideWhenUsed/>
    <w:rsid w:val="009C57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trong"/>
    <w:basedOn w:val="a7"/>
    <w:uiPriority w:val="22"/>
    <w:qFormat/>
    <w:rsid w:val="001A69CF"/>
    <w:rPr>
      <w:b/>
      <w:bCs/>
    </w:rPr>
  </w:style>
  <w:style w:type="character" w:styleId="af2">
    <w:name w:val="Hyperlink"/>
    <w:basedOn w:val="a7"/>
    <w:uiPriority w:val="99"/>
    <w:unhideWhenUsed/>
    <w:rsid w:val="001A69CF"/>
    <w:rPr>
      <w:color w:val="0000FF"/>
      <w:u w:val="single"/>
    </w:rPr>
  </w:style>
  <w:style w:type="character" w:styleId="af3">
    <w:name w:val="Placeholder Text"/>
    <w:basedOn w:val="a7"/>
    <w:uiPriority w:val="99"/>
    <w:semiHidden/>
    <w:rsid w:val="00E65B70"/>
    <w:rPr>
      <w:color w:val="808080"/>
    </w:rPr>
  </w:style>
  <w:style w:type="paragraph" w:styleId="af4">
    <w:name w:val="Balloon Text"/>
    <w:basedOn w:val="a6"/>
    <w:link w:val="af5"/>
    <w:uiPriority w:val="99"/>
    <w:semiHidden/>
    <w:unhideWhenUsed/>
    <w:rsid w:val="00E65B70"/>
    <w:pPr>
      <w:spacing w:after="0" w:line="240" w:lineRule="auto"/>
    </w:pPr>
    <w:rPr>
      <w:rFonts w:ascii="Tahoma" w:hAnsi="Tahoma" w:cs="Tahoma"/>
      <w:sz w:val="16"/>
      <w:szCs w:val="16"/>
    </w:rPr>
  </w:style>
  <w:style w:type="character" w:customStyle="1" w:styleId="af5">
    <w:name w:val="Текст выноски Знак"/>
    <w:basedOn w:val="a7"/>
    <w:link w:val="af4"/>
    <w:uiPriority w:val="99"/>
    <w:semiHidden/>
    <w:rsid w:val="00E65B70"/>
    <w:rPr>
      <w:rFonts w:ascii="Tahoma" w:hAnsi="Tahoma" w:cs="Tahoma"/>
      <w:sz w:val="16"/>
      <w:szCs w:val="16"/>
    </w:rPr>
  </w:style>
  <w:style w:type="paragraph" w:styleId="af6">
    <w:name w:val="Body Text"/>
    <w:basedOn w:val="a6"/>
    <w:link w:val="af7"/>
    <w:uiPriority w:val="99"/>
    <w:rsid w:val="00F07B01"/>
    <w:pPr>
      <w:spacing w:after="120" w:line="240" w:lineRule="auto"/>
    </w:pPr>
    <w:rPr>
      <w:rFonts w:ascii="Times New Roman" w:eastAsia="Times New Roman" w:hAnsi="Times New Roman" w:cs="Times New Roman"/>
      <w:sz w:val="24"/>
      <w:szCs w:val="24"/>
      <w:lang w:eastAsia="ru-RU"/>
    </w:rPr>
  </w:style>
  <w:style w:type="character" w:customStyle="1" w:styleId="af7">
    <w:name w:val="Основной текст Знак"/>
    <w:basedOn w:val="a7"/>
    <w:link w:val="af6"/>
    <w:uiPriority w:val="99"/>
    <w:rsid w:val="00F07B01"/>
    <w:rPr>
      <w:rFonts w:ascii="Times New Roman" w:eastAsia="Times New Roman" w:hAnsi="Times New Roman" w:cs="Times New Roman"/>
      <w:sz w:val="24"/>
      <w:szCs w:val="24"/>
      <w:lang w:eastAsia="ru-RU"/>
    </w:rPr>
  </w:style>
  <w:style w:type="paragraph" w:customStyle="1" w:styleId="af8">
    <w:name w:val="Текст таблицы"/>
    <w:basedOn w:val="a6"/>
    <w:rsid w:val="00F07B01"/>
    <w:pPr>
      <w:spacing w:after="0" w:line="240" w:lineRule="auto"/>
      <w:jc w:val="center"/>
    </w:pPr>
    <w:rPr>
      <w:rFonts w:ascii="Times New Roman" w:eastAsia="Times New Roman" w:hAnsi="Times New Roman" w:cs="Times New Roman"/>
      <w:sz w:val="18"/>
      <w:szCs w:val="18"/>
      <w:lang w:eastAsia="ru-RU"/>
    </w:rPr>
  </w:style>
  <w:style w:type="character" w:styleId="af9">
    <w:name w:val="Emphasis"/>
    <w:basedOn w:val="a7"/>
    <w:uiPriority w:val="20"/>
    <w:qFormat/>
    <w:rsid w:val="00F07B01"/>
    <w:rPr>
      <w:i/>
      <w:iCs/>
    </w:rPr>
  </w:style>
  <w:style w:type="paragraph" w:styleId="afa">
    <w:name w:val="footer"/>
    <w:basedOn w:val="a6"/>
    <w:link w:val="afb"/>
    <w:uiPriority w:val="99"/>
    <w:rsid w:val="00A96E8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7"/>
    <w:link w:val="afa"/>
    <w:uiPriority w:val="99"/>
    <w:rsid w:val="00A96E8F"/>
    <w:rPr>
      <w:rFonts w:ascii="Times New Roman" w:eastAsia="Times New Roman" w:hAnsi="Times New Roman" w:cs="Times New Roman"/>
      <w:sz w:val="24"/>
      <w:szCs w:val="24"/>
      <w:lang w:eastAsia="ru-RU"/>
    </w:rPr>
  </w:style>
  <w:style w:type="character" w:styleId="afc">
    <w:name w:val="page number"/>
    <w:basedOn w:val="a7"/>
    <w:rsid w:val="00A96E8F"/>
  </w:style>
  <w:style w:type="paragraph" w:customStyle="1" w:styleId="23">
    <w:name w:val="Стиль2"/>
    <w:basedOn w:val="4"/>
    <w:qFormat/>
    <w:rsid w:val="00A96E8F"/>
    <w:rPr>
      <w:szCs w:val="24"/>
      <w:lang w:eastAsia="ru-RU"/>
    </w:rPr>
  </w:style>
  <w:style w:type="paragraph" w:styleId="11">
    <w:name w:val="toc 1"/>
    <w:aliases w:val="ОГ"/>
    <w:basedOn w:val="Base"/>
    <w:next w:val="Base"/>
    <w:autoRedefine/>
    <w:uiPriority w:val="39"/>
    <w:unhideWhenUsed/>
    <w:qFormat/>
    <w:rsid w:val="002C2C39"/>
    <w:pPr>
      <w:tabs>
        <w:tab w:val="right" w:leader="dot" w:pos="10494"/>
      </w:tabs>
    </w:pPr>
    <w:rPr>
      <w:noProof/>
    </w:rPr>
  </w:style>
  <w:style w:type="paragraph" w:styleId="24">
    <w:name w:val="toc 2"/>
    <w:basedOn w:val="a6"/>
    <w:next w:val="a6"/>
    <w:link w:val="25"/>
    <w:autoRedefine/>
    <w:uiPriority w:val="39"/>
    <w:unhideWhenUsed/>
    <w:rsid w:val="00771393"/>
    <w:pPr>
      <w:tabs>
        <w:tab w:val="right" w:leader="dot" w:pos="10494"/>
      </w:tabs>
      <w:spacing w:after="0" w:line="240" w:lineRule="auto"/>
      <w:jc w:val="both"/>
    </w:pPr>
    <w:rPr>
      <w:rFonts w:ascii="Times New Roman" w:hAnsi="Times New Roman"/>
      <w:noProof/>
      <w:sz w:val="24"/>
      <w:szCs w:val="24"/>
    </w:rPr>
  </w:style>
  <w:style w:type="paragraph" w:styleId="33">
    <w:name w:val="toc 3"/>
    <w:basedOn w:val="a6"/>
    <w:next w:val="a6"/>
    <w:autoRedefine/>
    <w:uiPriority w:val="39"/>
    <w:unhideWhenUsed/>
    <w:rsid w:val="00771393"/>
    <w:pPr>
      <w:tabs>
        <w:tab w:val="right" w:leader="dot" w:pos="10494"/>
      </w:tabs>
      <w:spacing w:after="100" w:line="240" w:lineRule="auto"/>
      <w:jc w:val="both"/>
    </w:pPr>
    <w:rPr>
      <w:rFonts w:ascii="Times New Roman" w:hAnsi="Times New Roman"/>
      <w:color w:val="002060"/>
      <w:sz w:val="24"/>
    </w:rPr>
  </w:style>
  <w:style w:type="paragraph" w:styleId="41">
    <w:name w:val="toc 4"/>
    <w:basedOn w:val="a6"/>
    <w:next w:val="a6"/>
    <w:autoRedefine/>
    <w:uiPriority w:val="39"/>
    <w:unhideWhenUsed/>
    <w:rsid w:val="005E285A"/>
    <w:pPr>
      <w:spacing w:after="100" w:line="240" w:lineRule="auto"/>
      <w:ind w:left="658"/>
      <w:jc w:val="both"/>
    </w:pPr>
    <w:rPr>
      <w:rFonts w:ascii="Times New Roman" w:hAnsi="Times New Roman"/>
      <w:i/>
      <w:color w:val="002060"/>
      <w:sz w:val="20"/>
    </w:rPr>
  </w:style>
  <w:style w:type="table" w:styleId="afd">
    <w:name w:val="Table Grid"/>
    <w:basedOn w:val="a8"/>
    <w:uiPriority w:val="59"/>
    <w:rsid w:val="008955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e">
    <w:name w:val="TOC Heading"/>
    <w:basedOn w:val="1"/>
    <w:next w:val="a6"/>
    <w:uiPriority w:val="39"/>
    <w:unhideWhenUsed/>
    <w:qFormat/>
    <w:rsid w:val="002C2C39"/>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en-US"/>
    </w:rPr>
  </w:style>
  <w:style w:type="paragraph" w:styleId="aff">
    <w:name w:val="Subtitle"/>
    <w:basedOn w:val="a6"/>
    <w:link w:val="aff0"/>
    <w:uiPriority w:val="11"/>
    <w:qFormat/>
    <w:rsid w:val="00E712A7"/>
    <w:pPr>
      <w:spacing w:after="60" w:line="240" w:lineRule="auto"/>
      <w:jc w:val="center"/>
      <w:outlineLvl w:val="1"/>
    </w:pPr>
    <w:rPr>
      <w:rFonts w:ascii="Arial" w:eastAsia="Times New Roman" w:hAnsi="Arial" w:cs="Arial"/>
      <w:sz w:val="24"/>
      <w:szCs w:val="24"/>
      <w:lang w:eastAsia="ru-RU"/>
    </w:rPr>
  </w:style>
  <w:style w:type="character" w:customStyle="1" w:styleId="aff0">
    <w:name w:val="Подзаголовок Знак"/>
    <w:basedOn w:val="a7"/>
    <w:link w:val="aff"/>
    <w:uiPriority w:val="11"/>
    <w:rsid w:val="00E712A7"/>
    <w:rPr>
      <w:rFonts w:ascii="Arial" w:eastAsia="Times New Roman" w:hAnsi="Arial" w:cs="Arial"/>
      <w:sz w:val="24"/>
      <w:szCs w:val="24"/>
      <w:lang w:eastAsia="ru-RU"/>
    </w:rPr>
  </w:style>
  <w:style w:type="paragraph" w:customStyle="1" w:styleId="c7">
    <w:name w:val="c7"/>
    <w:basedOn w:val="a6"/>
    <w:rsid w:val="00051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1">
    <w:name w:val="header"/>
    <w:basedOn w:val="a6"/>
    <w:link w:val="aff2"/>
    <w:uiPriority w:val="99"/>
    <w:unhideWhenUsed/>
    <w:rsid w:val="00B955C3"/>
    <w:pPr>
      <w:tabs>
        <w:tab w:val="center" w:pos="4677"/>
        <w:tab w:val="right" w:pos="9355"/>
      </w:tabs>
      <w:spacing w:after="0" w:line="240" w:lineRule="auto"/>
    </w:pPr>
  </w:style>
  <w:style w:type="character" w:customStyle="1" w:styleId="aff2">
    <w:name w:val="Верхний колонтитул Знак"/>
    <w:basedOn w:val="a7"/>
    <w:link w:val="aff1"/>
    <w:uiPriority w:val="99"/>
    <w:rsid w:val="00B955C3"/>
  </w:style>
  <w:style w:type="paragraph" w:customStyle="1" w:styleId="ConsPlusNormal">
    <w:name w:val="ConsPlusNormal"/>
    <w:rsid w:val="00A5717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ParagraphStyle">
    <w:name w:val="Paragraph Style"/>
    <w:rsid w:val="0063501E"/>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Zag11">
    <w:name w:val="Zag_11"/>
    <w:rsid w:val="0063142F"/>
  </w:style>
  <w:style w:type="character" w:customStyle="1" w:styleId="dash041e005f0431005f044b005f0447005f043d005f044b005f0439005f005fchar1char1">
    <w:name w:val="dash041e_005f0431_005f044b_005f0447_005f043d_005f044b_005f0439_005f_005fchar1__char1"/>
    <w:rsid w:val="004728A3"/>
    <w:rPr>
      <w:rFonts w:ascii="Times New Roman" w:hAnsi="Times New Roman" w:cs="Times New Roman" w:hint="default"/>
      <w:strike w:val="0"/>
      <w:dstrike w:val="0"/>
      <w:sz w:val="24"/>
      <w:szCs w:val="24"/>
      <w:u w:val="none"/>
      <w:effect w:val="none"/>
    </w:rPr>
  </w:style>
  <w:style w:type="paragraph" w:customStyle="1" w:styleId="12">
    <w:name w:val="Стиль1"/>
    <w:basedOn w:val="aff1"/>
    <w:link w:val="13"/>
    <w:qFormat/>
    <w:rsid w:val="00C8484A"/>
    <w:pPr>
      <w:tabs>
        <w:tab w:val="clear" w:pos="4677"/>
        <w:tab w:val="clear" w:pos="9355"/>
      </w:tabs>
      <w:overflowPunct w:val="0"/>
      <w:ind w:firstLine="709"/>
      <w:jc w:val="both"/>
      <w:textAlignment w:val="baseline"/>
    </w:pPr>
    <w:rPr>
      <w:rFonts w:ascii="Times New Roman" w:hAnsi="Times New Roman"/>
      <w:b/>
      <w:sz w:val="24"/>
    </w:rPr>
  </w:style>
  <w:style w:type="character" w:customStyle="1" w:styleId="13">
    <w:name w:val="Стиль1 Знак"/>
    <w:basedOn w:val="aff2"/>
    <w:link w:val="12"/>
    <w:rsid w:val="00C8484A"/>
    <w:rPr>
      <w:rFonts w:ascii="Times New Roman" w:hAnsi="Times New Roman"/>
      <w:b/>
      <w:sz w:val="24"/>
    </w:rPr>
  </w:style>
  <w:style w:type="character" w:customStyle="1" w:styleId="af">
    <w:name w:val="Абзац списка Знак"/>
    <w:link w:val="ae"/>
    <w:uiPriority w:val="99"/>
    <w:locked/>
    <w:rsid w:val="00CF4A7A"/>
  </w:style>
  <w:style w:type="character" w:customStyle="1" w:styleId="apple-converted-space">
    <w:name w:val="apple-converted-space"/>
    <w:basedOn w:val="a7"/>
    <w:rsid w:val="00FE2853"/>
  </w:style>
  <w:style w:type="character" w:styleId="aff3">
    <w:name w:val="footnote reference"/>
    <w:uiPriority w:val="99"/>
    <w:rsid w:val="0096293F"/>
    <w:rPr>
      <w:vertAlign w:val="superscript"/>
    </w:rPr>
  </w:style>
  <w:style w:type="character" w:customStyle="1" w:styleId="dash041e0431044b0447043d044b0439char1">
    <w:name w:val="dash041e_0431_044b_0447_043d_044b_0439__char1"/>
    <w:uiPriority w:val="99"/>
    <w:rsid w:val="0096293F"/>
    <w:rPr>
      <w:rFonts w:ascii="Times New Roman" w:hAnsi="Times New Roman" w:cs="Times New Roman" w:hint="default"/>
      <w:strike w:val="0"/>
      <w:dstrike w:val="0"/>
      <w:sz w:val="24"/>
      <w:szCs w:val="24"/>
      <w:u w:val="none"/>
      <w:effect w:val="none"/>
    </w:rPr>
  </w:style>
  <w:style w:type="paragraph" w:styleId="aff4">
    <w:name w:val="footnote text"/>
    <w:aliases w:val="Знак6,F1"/>
    <w:basedOn w:val="a6"/>
    <w:link w:val="aff5"/>
    <w:uiPriority w:val="99"/>
    <w:rsid w:val="0096293F"/>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Знак6 Знак,F1 Знак"/>
    <w:basedOn w:val="a7"/>
    <w:link w:val="aff4"/>
    <w:uiPriority w:val="99"/>
    <w:rsid w:val="0096293F"/>
    <w:rPr>
      <w:rFonts w:ascii="Times New Roman" w:eastAsia="Times New Roman" w:hAnsi="Times New Roman" w:cs="Times New Roman"/>
      <w:sz w:val="20"/>
      <w:szCs w:val="20"/>
      <w:lang w:eastAsia="ru-RU"/>
    </w:rPr>
  </w:style>
  <w:style w:type="paragraph" w:customStyle="1" w:styleId="a3">
    <w:name w:val="НОМЕРА"/>
    <w:basedOn w:val="af0"/>
    <w:link w:val="aff6"/>
    <w:uiPriority w:val="99"/>
    <w:qFormat/>
    <w:rsid w:val="0096293F"/>
    <w:pPr>
      <w:numPr>
        <w:numId w:val="1"/>
      </w:numPr>
      <w:spacing w:before="0" w:beforeAutospacing="0" w:after="0" w:afterAutospacing="0"/>
      <w:jc w:val="both"/>
    </w:pPr>
    <w:rPr>
      <w:rFonts w:ascii="Arial Narrow" w:eastAsia="Calibri" w:hAnsi="Arial Narrow"/>
      <w:sz w:val="18"/>
      <w:szCs w:val="18"/>
    </w:rPr>
  </w:style>
  <w:style w:type="character" w:customStyle="1" w:styleId="aff6">
    <w:name w:val="НОМЕРА Знак"/>
    <w:link w:val="a3"/>
    <w:uiPriority w:val="99"/>
    <w:rsid w:val="0096293F"/>
    <w:rPr>
      <w:rFonts w:ascii="Arial Narrow" w:eastAsia="Calibri" w:hAnsi="Arial Narrow" w:cs="Times New Roman"/>
      <w:sz w:val="18"/>
      <w:szCs w:val="18"/>
      <w:lang w:eastAsia="ru-RU"/>
    </w:rPr>
  </w:style>
  <w:style w:type="character" w:customStyle="1" w:styleId="c16">
    <w:name w:val="c16"/>
    <w:basedOn w:val="a7"/>
    <w:rsid w:val="00691AC0"/>
  </w:style>
  <w:style w:type="character" w:customStyle="1" w:styleId="c17">
    <w:name w:val="c17"/>
    <w:basedOn w:val="a7"/>
    <w:rsid w:val="00691AC0"/>
  </w:style>
  <w:style w:type="paragraph" w:customStyle="1" w:styleId="c19">
    <w:name w:val="c19"/>
    <w:basedOn w:val="a6"/>
    <w:rsid w:val="00691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6"/>
    <w:rsid w:val="00691A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7"/>
    <w:qFormat/>
    <w:rsid w:val="00890B91"/>
    <w:rPr>
      <w:rFonts w:ascii="Times New Roman" w:hAnsi="Times New Roman"/>
      <w:b/>
      <w:bCs w:val="0"/>
      <w:i w:val="0"/>
      <w:iCs w:val="0"/>
      <w:color w:val="800044"/>
      <w:sz w:val="24"/>
      <w:szCs w:val="20"/>
    </w:rPr>
  </w:style>
  <w:style w:type="character" w:customStyle="1" w:styleId="fontstyle21">
    <w:name w:val="fontstyle21"/>
    <w:basedOn w:val="a7"/>
    <w:rsid w:val="00093DC1"/>
    <w:rPr>
      <w:rFonts w:ascii="SchoolBookCSanPin-Bold" w:hAnsi="SchoolBookCSanPin-Bold" w:hint="default"/>
      <w:b/>
      <w:bCs/>
      <w:i w:val="0"/>
      <w:iCs w:val="0"/>
      <w:color w:val="242021"/>
      <w:sz w:val="20"/>
      <w:szCs w:val="20"/>
    </w:rPr>
  </w:style>
  <w:style w:type="character" w:customStyle="1" w:styleId="fontstyle31">
    <w:name w:val="fontstyle31"/>
    <w:basedOn w:val="a7"/>
    <w:rsid w:val="00093DC1"/>
    <w:rPr>
      <w:rFonts w:ascii="Times New Roman" w:hAnsi="Times New Roman"/>
      <w:b w:val="0"/>
      <w:bCs w:val="0"/>
      <w:i w:val="0"/>
      <w:iCs w:val="0"/>
      <w:color w:val="242021"/>
      <w:spacing w:val="0"/>
      <w:w w:val="100"/>
      <w:sz w:val="24"/>
      <w:szCs w:val="20"/>
    </w:rPr>
  </w:style>
  <w:style w:type="character" w:customStyle="1" w:styleId="fontstyle41">
    <w:name w:val="fontstyle41"/>
    <w:basedOn w:val="a7"/>
    <w:rsid w:val="00093DC1"/>
    <w:rPr>
      <w:rFonts w:ascii="SchoolBookCSanPin-Italic" w:hAnsi="SchoolBookCSanPin-Italic" w:hint="default"/>
      <w:b w:val="0"/>
      <w:bCs w:val="0"/>
      <w:i/>
      <w:iCs/>
      <w:color w:val="242021"/>
      <w:sz w:val="20"/>
      <w:szCs w:val="20"/>
    </w:rPr>
  </w:style>
  <w:style w:type="character" w:customStyle="1" w:styleId="fontstyle51">
    <w:name w:val="fontstyle51"/>
    <w:basedOn w:val="a7"/>
    <w:rsid w:val="00093DC1"/>
    <w:rPr>
      <w:rFonts w:ascii="SymbolMT" w:hAnsi="SymbolMT" w:hint="default"/>
      <w:b w:val="0"/>
      <w:bCs w:val="0"/>
      <w:i w:val="0"/>
      <w:iCs w:val="0"/>
      <w:color w:val="242021"/>
      <w:sz w:val="20"/>
      <w:szCs w:val="20"/>
    </w:rPr>
  </w:style>
  <w:style w:type="character" w:customStyle="1" w:styleId="fontstyle11">
    <w:name w:val="fontstyle11"/>
    <w:basedOn w:val="a7"/>
    <w:rsid w:val="00093DC1"/>
    <w:rPr>
      <w:rFonts w:ascii="SchoolBookCSanPin-Bold" w:hAnsi="SchoolBookCSanPin-Bold" w:hint="default"/>
      <w:b/>
      <w:bCs/>
      <w:i w:val="0"/>
      <w:iCs w:val="0"/>
      <w:color w:val="242021"/>
      <w:sz w:val="20"/>
      <w:szCs w:val="20"/>
    </w:rPr>
  </w:style>
  <w:style w:type="character" w:customStyle="1" w:styleId="50">
    <w:name w:val="Заголовок 5 Знак"/>
    <w:basedOn w:val="a7"/>
    <w:link w:val="5"/>
    <w:uiPriority w:val="9"/>
    <w:semiHidden/>
    <w:rsid w:val="00DB0EA3"/>
    <w:rPr>
      <w:rFonts w:asciiTheme="majorHAnsi" w:eastAsiaTheme="majorEastAsia" w:hAnsiTheme="majorHAnsi" w:cstheme="majorBidi"/>
      <w:color w:val="243F60" w:themeColor="accent1" w:themeShade="7F"/>
      <w:sz w:val="24"/>
      <w:lang w:val="en-US"/>
    </w:rPr>
  </w:style>
  <w:style w:type="character" w:customStyle="1" w:styleId="60">
    <w:name w:val="Заголовок 6 Знак"/>
    <w:basedOn w:val="a7"/>
    <w:link w:val="6"/>
    <w:uiPriority w:val="9"/>
    <w:semiHidden/>
    <w:rsid w:val="00DB0EA3"/>
    <w:rPr>
      <w:rFonts w:asciiTheme="majorHAnsi" w:eastAsiaTheme="majorEastAsia" w:hAnsiTheme="majorHAnsi" w:cstheme="majorBidi"/>
      <w:i/>
      <w:iCs/>
      <w:color w:val="243F60" w:themeColor="accent1" w:themeShade="7F"/>
      <w:sz w:val="24"/>
      <w:lang w:val="en-US"/>
    </w:rPr>
  </w:style>
  <w:style w:type="character" w:customStyle="1" w:styleId="70">
    <w:name w:val="Заголовок 7 Знак"/>
    <w:basedOn w:val="a7"/>
    <w:link w:val="7"/>
    <w:uiPriority w:val="9"/>
    <w:semiHidden/>
    <w:rsid w:val="00DB0EA3"/>
    <w:rPr>
      <w:rFonts w:asciiTheme="majorHAnsi" w:eastAsiaTheme="majorEastAsia" w:hAnsiTheme="majorHAnsi" w:cstheme="majorBidi"/>
      <w:i/>
      <w:iCs/>
      <w:color w:val="404040" w:themeColor="text1" w:themeTint="BF"/>
      <w:sz w:val="24"/>
      <w:lang w:val="en-US"/>
    </w:rPr>
  </w:style>
  <w:style w:type="character" w:customStyle="1" w:styleId="90">
    <w:name w:val="Заголовок 9 Знак"/>
    <w:basedOn w:val="a7"/>
    <w:link w:val="9"/>
    <w:uiPriority w:val="9"/>
    <w:semiHidden/>
    <w:rsid w:val="00DB0EA3"/>
    <w:rPr>
      <w:rFonts w:asciiTheme="majorHAnsi" w:eastAsiaTheme="majorEastAsia" w:hAnsiTheme="majorHAnsi" w:cstheme="majorBidi"/>
      <w:i/>
      <w:iCs/>
      <w:color w:val="404040" w:themeColor="text1" w:themeTint="BF"/>
      <w:sz w:val="20"/>
      <w:szCs w:val="20"/>
      <w:lang w:val="en-US"/>
    </w:rPr>
  </w:style>
  <w:style w:type="paragraph" w:styleId="aff7">
    <w:name w:val="No Spacing"/>
    <w:uiPriority w:val="1"/>
    <w:qFormat/>
    <w:rsid w:val="00DB0EA3"/>
    <w:pPr>
      <w:spacing w:after="0" w:line="240" w:lineRule="auto"/>
    </w:pPr>
    <w:rPr>
      <w:rFonts w:eastAsiaTheme="minorEastAsia"/>
      <w:lang w:val="en-US"/>
    </w:rPr>
  </w:style>
  <w:style w:type="paragraph" w:styleId="aff8">
    <w:name w:val="Title"/>
    <w:basedOn w:val="a6"/>
    <w:next w:val="a6"/>
    <w:link w:val="aff9"/>
    <w:uiPriority w:val="10"/>
    <w:qFormat/>
    <w:rsid w:val="00DB0EA3"/>
    <w:pPr>
      <w:pBdr>
        <w:bottom w:val="single" w:sz="8" w:space="4" w:color="4F81BD" w:themeColor="accent1"/>
      </w:pBdr>
      <w:spacing w:after="300" w:line="240" w:lineRule="auto"/>
      <w:ind w:firstLine="709"/>
      <w:contextualSpacing/>
      <w:jc w:val="both"/>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ff9">
    <w:name w:val="Заголовок Знак"/>
    <w:basedOn w:val="a7"/>
    <w:link w:val="aff8"/>
    <w:uiPriority w:val="10"/>
    <w:rsid w:val="00DB0EA3"/>
    <w:rPr>
      <w:rFonts w:asciiTheme="majorHAnsi" w:eastAsiaTheme="majorEastAsia" w:hAnsiTheme="majorHAnsi" w:cstheme="majorBidi"/>
      <w:color w:val="17365D" w:themeColor="text2" w:themeShade="BF"/>
      <w:spacing w:val="5"/>
      <w:kern w:val="28"/>
      <w:sz w:val="52"/>
      <w:szCs w:val="52"/>
      <w:lang w:val="en-US"/>
    </w:rPr>
  </w:style>
  <w:style w:type="paragraph" w:styleId="26">
    <w:name w:val="Body Text 2"/>
    <w:basedOn w:val="a6"/>
    <w:link w:val="27"/>
    <w:uiPriority w:val="99"/>
    <w:unhideWhenUsed/>
    <w:rsid w:val="00DB0EA3"/>
    <w:pPr>
      <w:spacing w:after="120" w:line="480" w:lineRule="auto"/>
      <w:ind w:firstLine="709"/>
      <w:jc w:val="both"/>
    </w:pPr>
    <w:rPr>
      <w:rFonts w:ascii="Times New Roman" w:eastAsiaTheme="minorEastAsia" w:hAnsi="Times New Roman"/>
      <w:sz w:val="24"/>
      <w:lang w:val="en-US"/>
    </w:rPr>
  </w:style>
  <w:style w:type="character" w:customStyle="1" w:styleId="27">
    <w:name w:val="Основной текст 2 Знак"/>
    <w:basedOn w:val="a7"/>
    <w:link w:val="26"/>
    <w:uiPriority w:val="99"/>
    <w:rsid w:val="00DB0EA3"/>
    <w:rPr>
      <w:rFonts w:ascii="Times New Roman" w:eastAsiaTheme="minorEastAsia" w:hAnsi="Times New Roman"/>
      <w:sz w:val="24"/>
      <w:lang w:val="en-US"/>
    </w:rPr>
  </w:style>
  <w:style w:type="paragraph" w:styleId="34">
    <w:name w:val="Body Text 3"/>
    <w:basedOn w:val="a6"/>
    <w:link w:val="35"/>
    <w:uiPriority w:val="99"/>
    <w:unhideWhenUsed/>
    <w:rsid w:val="00DB0EA3"/>
    <w:pPr>
      <w:spacing w:after="120" w:line="240" w:lineRule="auto"/>
      <w:ind w:firstLine="709"/>
      <w:jc w:val="both"/>
    </w:pPr>
    <w:rPr>
      <w:rFonts w:ascii="Times New Roman" w:eastAsiaTheme="minorEastAsia" w:hAnsi="Times New Roman"/>
      <w:sz w:val="16"/>
      <w:szCs w:val="16"/>
      <w:lang w:val="en-US"/>
    </w:rPr>
  </w:style>
  <w:style w:type="character" w:customStyle="1" w:styleId="35">
    <w:name w:val="Основной текст 3 Знак"/>
    <w:basedOn w:val="a7"/>
    <w:link w:val="34"/>
    <w:uiPriority w:val="99"/>
    <w:rsid w:val="00DB0EA3"/>
    <w:rPr>
      <w:rFonts w:ascii="Times New Roman" w:eastAsiaTheme="minorEastAsia" w:hAnsi="Times New Roman"/>
      <w:sz w:val="16"/>
      <w:szCs w:val="16"/>
      <w:lang w:val="en-US"/>
    </w:rPr>
  </w:style>
  <w:style w:type="paragraph" w:styleId="affa">
    <w:name w:val="List"/>
    <w:basedOn w:val="a6"/>
    <w:uiPriority w:val="99"/>
    <w:unhideWhenUsed/>
    <w:rsid w:val="00DB0EA3"/>
    <w:pPr>
      <w:spacing w:after="0" w:line="240" w:lineRule="auto"/>
      <w:ind w:left="360" w:hanging="360"/>
      <w:contextualSpacing/>
      <w:jc w:val="both"/>
    </w:pPr>
    <w:rPr>
      <w:rFonts w:ascii="Times New Roman" w:eastAsiaTheme="minorEastAsia" w:hAnsi="Times New Roman"/>
      <w:sz w:val="24"/>
      <w:lang w:val="en-US"/>
    </w:rPr>
  </w:style>
  <w:style w:type="paragraph" w:styleId="28">
    <w:name w:val="List 2"/>
    <w:basedOn w:val="a6"/>
    <w:uiPriority w:val="99"/>
    <w:unhideWhenUsed/>
    <w:rsid w:val="00DB0EA3"/>
    <w:pPr>
      <w:spacing w:after="0" w:line="240" w:lineRule="auto"/>
      <w:ind w:left="720" w:hanging="360"/>
      <w:contextualSpacing/>
      <w:jc w:val="both"/>
    </w:pPr>
    <w:rPr>
      <w:rFonts w:ascii="Times New Roman" w:eastAsiaTheme="minorEastAsia" w:hAnsi="Times New Roman"/>
      <w:sz w:val="24"/>
      <w:lang w:val="en-US"/>
    </w:rPr>
  </w:style>
  <w:style w:type="paragraph" w:styleId="36">
    <w:name w:val="List 3"/>
    <w:basedOn w:val="a6"/>
    <w:uiPriority w:val="99"/>
    <w:unhideWhenUsed/>
    <w:rsid w:val="00DB0EA3"/>
    <w:pPr>
      <w:spacing w:after="0" w:line="240" w:lineRule="auto"/>
      <w:ind w:left="1080" w:hanging="360"/>
      <w:contextualSpacing/>
      <w:jc w:val="both"/>
    </w:pPr>
    <w:rPr>
      <w:rFonts w:ascii="Times New Roman" w:eastAsiaTheme="minorEastAsia" w:hAnsi="Times New Roman"/>
      <w:sz w:val="24"/>
      <w:lang w:val="en-US"/>
    </w:rPr>
  </w:style>
  <w:style w:type="paragraph" w:styleId="a0">
    <w:name w:val="List Bullet"/>
    <w:basedOn w:val="a6"/>
    <w:uiPriority w:val="99"/>
    <w:unhideWhenUsed/>
    <w:rsid w:val="00DB0EA3"/>
    <w:pPr>
      <w:numPr>
        <w:numId w:val="2"/>
      </w:numPr>
      <w:spacing w:after="0" w:line="240" w:lineRule="auto"/>
      <w:contextualSpacing/>
      <w:jc w:val="both"/>
    </w:pPr>
    <w:rPr>
      <w:rFonts w:ascii="Times New Roman" w:eastAsiaTheme="minorEastAsia" w:hAnsi="Times New Roman"/>
      <w:sz w:val="24"/>
      <w:lang w:val="en-US"/>
    </w:rPr>
  </w:style>
  <w:style w:type="paragraph" w:styleId="20">
    <w:name w:val="List Bullet 2"/>
    <w:basedOn w:val="a6"/>
    <w:uiPriority w:val="99"/>
    <w:unhideWhenUsed/>
    <w:rsid w:val="00DB0EA3"/>
    <w:pPr>
      <w:numPr>
        <w:numId w:val="3"/>
      </w:numPr>
      <w:spacing w:after="0" w:line="240" w:lineRule="auto"/>
      <w:contextualSpacing/>
      <w:jc w:val="both"/>
    </w:pPr>
    <w:rPr>
      <w:rFonts w:ascii="Times New Roman" w:eastAsiaTheme="minorEastAsia" w:hAnsi="Times New Roman"/>
      <w:sz w:val="24"/>
      <w:lang w:val="en-US"/>
    </w:rPr>
  </w:style>
  <w:style w:type="paragraph" w:styleId="30">
    <w:name w:val="List Bullet 3"/>
    <w:basedOn w:val="a6"/>
    <w:uiPriority w:val="99"/>
    <w:unhideWhenUsed/>
    <w:rsid w:val="00DB0EA3"/>
    <w:pPr>
      <w:numPr>
        <w:numId w:val="4"/>
      </w:numPr>
      <w:spacing w:after="0" w:line="240" w:lineRule="auto"/>
      <w:contextualSpacing/>
      <w:jc w:val="both"/>
    </w:pPr>
    <w:rPr>
      <w:rFonts w:ascii="Times New Roman" w:eastAsiaTheme="minorEastAsia" w:hAnsi="Times New Roman"/>
      <w:sz w:val="24"/>
      <w:lang w:val="en-US"/>
    </w:rPr>
  </w:style>
  <w:style w:type="paragraph" w:styleId="a">
    <w:name w:val="List Number"/>
    <w:basedOn w:val="a6"/>
    <w:uiPriority w:val="99"/>
    <w:unhideWhenUsed/>
    <w:rsid w:val="00DB0EA3"/>
    <w:pPr>
      <w:numPr>
        <w:numId w:val="5"/>
      </w:numPr>
      <w:spacing w:after="0" w:line="240" w:lineRule="auto"/>
      <w:contextualSpacing/>
      <w:jc w:val="both"/>
    </w:pPr>
    <w:rPr>
      <w:rFonts w:ascii="Times New Roman" w:eastAsiaTheme="minorEastAsia" w:hAnsi="Times New Roman"/>
      <w:sz w:val="24"/>
      <w:lang w:val="en-US"/>
    </w:rPr>
  </w:style>
  <w:style w:type="paragraph" w:styleId="2">
    <w:name w:val="List Number 2"/>
    <w:basedOn w:val="a6"/>
    <w:uiPriority w:val="99"/>
    <w:unhideWhenUsed/>
    <w:rsid w:val="00DB0EA3"/>
    <w:pPr>
      <w:numPr>
        <w:numId w:val="6"/>
      </w:numPr>
      <w:spacing w:after="0" w:line="240" w:lineRule="auto"/>
      <w:contextualSpacing/>
      <w:jc w:val="both"/>
    </w:pPr>
    <w:rPr>
      <w:rFonts w:ascii="Times New Roman" w:eastAsiaTheme="minorEastAsia" w:hAnsi="Times New Roman"/>
      <w:sz w:val="24"/>
      <w:lang w:val="en-US"/>
    </w:rPr>
  </w:style>
  <w:style w:type="paragraph" w:styleId="3">
    <w:name w:val="List Number 3"/>
    <w:basedOn w:val="a6"/>
    <w:uiPriority w:val="99"/>
    <w:unhideWhenUsed/>
    <w:rsid w:val="00DB0EA3"/>
    <w:pPr>
      <w:numPr>
        <w:numId w:val="7"/>
      </w:numPr>
      <w:spacing w:after="0" w:line="240" w:lineRule="auto"/>
      <w:contextualSpacing/>
      <w:jc w:val="both"/>
    </w:pPr>
    <w:rPr>
      <w:rFonts w:ascii="Times New Roman" w:eastAsiaTheme="minorEastAsia" w:hAnsi="Times New Roman"/>
      <w:sz w:val="24"/>
      <w:lang w:val="en-US"/>
    </w:rPr>
  </w:style>
  <w:style w:type="paragraph" w:styleId="affb">
    <w:name w:val="List Continue"/>
    <w:basedOn w:val="a6"/>
    <w:uiPriority w:val="99"/>
    <w:unhideWhenUsed/>
    <w:rsid w:val="00DB0EA3"/>
    <w:pPr>
      <w:spacing w:after="120" w:line="240" w:lineRule="auto"/>
      <w:ind w:left="360" w:firstLine="709"/>
      <w:contextualSpacing/>
      <w:jc w:val="both"/>
    </w:pPr>
    <w:rPr>
      <w:rFonts w:ascii="Times New Roman" w:eastAsiaTheme="minorEastAsia" w:hAnsi="Times New Roman"/>
      <w:sz w:val="24"/>
      <w:lang w:val="en-US"/>
    </w:rPr>
  </w:style>
  <w:style w:type="paragraph" w:styleId="29">
    <w:name w:val="List Continue 2"/>
    <w:basedOn w:val="a6"/>
    <w:uiPriority w:val="99"/>
    <w:unhideWhenUsed/>
    <w:rsid w:val="00DB0EA3"/>
    <w:pPr>
      <w:spacing w:after="120" w:line="240" w:lineRule="auto"/>
      <w:ind w:left="720" w:firstLine="709"/>
      <w:contextualSpacing/>
      <w:jc w:val="both"/>
    </w:pPr>
    <w:rPr>
      <w:rFonts w:ascii="Times New Roman" w:eastAsiaTheme="minorEastAsia" w:hAnsi="Times New Roman"/>
      <w:sz w:val="24"/>
      <w:lang w:val="en-US"/>
    </w:rPr>
  </w:style>
  <w:style w:type="paragraph" w:styleId="37">
    <w:name w:val="List Continue 3"/>
    <w:basedOn w:val="a6"/>
    <w:uiPriority w:val="99"/>
    <w:unhideWhenUsed/>
    <w:rsid w:val="00DB0EA3"/>
    <w:pPr>
      <w:spacing w:after="120" w:line="240" w:lineRule="auto"/>
      <w:ind w:left="1080" w:firstLine="709"/>
      <w:contextualSpacing/>
      <w:jc w:val="both"/>
    </w:pPr>
    <w:rPr>
      <w:rFonts w:ascii="Times New Roman" w:eastAsiaTheme="minorEastAsia" w:hAnsi="Times New Roman"/>
      <w:sz w:val="24"/>
      <w:lang w:val="en-US"/>
    </w:rPr>
  </w:style>
  <w:style w:type="paragraph" w:styleId="affc">
    <w:name w:val="macro"/>
    <w:link w:val="affd"/>
    <w:uiPriority w:val="99"/>
    <w:unhideWhenUsed/>
    <w:rsid w:val="00DB0EA3"/>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fd">
    <w:name w:val="Текст макроса Знак"/>
    <w:basedOn w:val="a7"/>
    <w:link w:val="affc"/>
    <w:uiPriority w:val="99"/>
    <w:rsid w:val="00DB0EA3"/>
    <w:rPr>
      <w:rFonts w:ascii="Courier" w:eastAsiaTheme="minorEastAsia" w:hAnsi="Courier"/>
      <w:sz w:val="20"/>
      <w:szCs w:val="20"/>
      <w:lang w:val="en-US"/>
    </w:rPr>
  </w:style>
  <w:style w:type="paragraph" w:styleId="2a">
    <w:name w:val="Quote"/>
    <w:basedOn w:val="a6"/>
    <w:next w:val="a6"/>
    <w:link w:val="2b"/>
    <w:uiPriority w:val="29"/>
    <w:qFormat/>
    <w:rsid w:val="00DB0EA3"/>
    <w:pPr>
      <w:spacing w:after="0" w:line="240" w:lineRule="auto"/>
      <w:ind w:firstLine="709"/>
      <w:jc w:val="both"/>
    </w:pPr>
    <w:rPr>
      <w:rFonts w:ascii="Times New Roman" w:eastAsiaTheme="minorEastAsia" w:hAnsi="Times New Roman"/>
      <w:i/>
      <w:iCs/>
      <w:color w:val="000000" w:themeColor="text1"/>
      <w:sz w:val="24"/>
      <w:lang w:val="en-US"/>
    </w:rPr>
  </w:style>
  <w:style w:type="character" w:customStyle="1" w:styleId="2b">
    <w:name w:val="Цитата 2 Знак"/>
    <w:basedOn w:val="a7"/>
    <w:link w:val="2a"/>
    <w:uiPriority w:val="29"/>
    <w:rsid w:val="00DB0EA3"/>
    <w:rPr>
      <w:rFonts w:ascii="Times New Roman" w:eastAsiaTheme="minorEastAsia" w:hAnsi="Times New Roman"/>
      <w:i/>
      <w:iCs/>
      <w:color w:val="000000" w:themeColor="text1"/>
      <w:sz w:val="24"/>
      <w:lang w:val="en-US"/>
    </w:rPr>
  </w:style>
  <w:style w:type="paragraph" w:styleId="affe">
    <w:name w:val="caption"/>
    <w:basedOn w:val="a6"/>
    <w:next w:val="a6"/>
    <w:uiPriority w:val="35"/>
    <w:semiHidden/>
    <w:unhideWhenUsed/>
    <w:qFormat/>
    <w:rsid w:val="00DB0EA3"/>
    <w:pPr>
      <w:spacing w:after="0" w:line="240" w:lineRule="auto"/>
      <w:ind w:firstLine="709"/>
      <w:jc w:val="both"/>
    </w:pPr>
    <w:rPr>
      <w:rFonts w:ascii="Times New Roman" w:eastAsiaTheme="minorEastAsia" w:hAnsi="Times New Roman"/>
      <w:b/>
      <w:bCs/>
      <w:color w:val="4F81BD" w:themeColor="accent1"/>
      <w:sz w:val="18"/>
      <w:szCs w:val="18"/>
      <w:lang w:val="en-US"/>
    </w:rPr>
  </w:style>
  <w:style w:type="paragraph" w:styleId="afff">
    <w:name w:val="Intense Quote"/>
    <w:basedOn w:val="a6"/>
    <w:next w:val="a6"/>
    <w:link w:val="afff0"/>
    <w:uiPriority w:val="30"/>
    <w:qFormat/>
    <w:rsid w:val="00DB0EA3"/>
    <w:pPr>
      <w:pBdr>
        <w:bottom w:val="single" w:sz="4" w:space="4" w:color="4F81BD" w:themeColor="accent1"/>
      </w:pBdr>
      <w:spacing w:before="200" w:after="280" w:line="240" w:lineRule="auto"/>
      <w:ind w:left="936" w:right="936" w:firstLine="709"/>
      <w:jc w:val="both"/>
    </w:pPr>
    <w:rPr>
      <w:rFonts w:ascii="Times New Roman" w:eastAsiaTheme="minorEastAsia" w:hAnsi="Times New Roman"/>
      <w:b/>
      <w:bCs/>
      <w:i/>
      <w:iCs/>
      <w:color w:val="4F81BD" w:themeColor="accent1"/>
      <w:sz w:val="24"/>
      <w:lang w:val="en-US"/>
    </w:rPr>
  </w:style>
  <w:style w:type="character" w:customStyle="1" w:styleId="afff0">
    <w:name w:val="Выделенная цитата Знак"/>
    <w:basedOn w:val="a7"/>
    <w:link w:val="afff"/>
    <w:uiPriority w:val="30"/>
    <w:rsid w:val="00DB0EA3"/>
    <w:rPr>
      <w:rFonts w:ascii="Times New Roman" w:eastAsiaTheme="minorEastAsia" w:hAnsi="Times New Roman"/>
      <w:b/>
      <w:bCs/>
      <w:i/>
      <w:iCs/>
      <w:color w:val="4F81BD" w:themeColor="accent1"/>
      <w:sz w:val="24"/>
      <w:lang w:val="en-US"/>
    </w:rPr>
  </w:style>
  <w:style w:type="character" w:styleId="afff1">
    <w:name w:val="Subtle Emphasis"/>
    <w:basedOn w:val="a7"/>
    <w:uiPriority w:val="19"/>
    <w:qFormat/>
    <w:rsid w:val="00DB0EA3"/>
    <w:rPr>
      <w:i/>
      <w:iCs/>
      <w:color w:val="808080" w:themeColor="text1" w:themeTint="7F"/>
    </w:rPr>
  </w:style>
  <w:style w:type="character" w:styleId="afff2">
    <w:name w:val="Intense Emphasis"/>
    <w:basedOn w:val="a7"/>
    <w:uiPriority w:val="21"/>
    <w:qFormat/>
    <w:rsid w:val="00DB0EA3"/>
    <w:rPr>
      <w:b/>
      <w:bCs/>
      <w:i/>
      <w:iCs/>
      <w:color w:val="4F81BD" w:themeColor="accent1"/>
    </w:rPr>
  </w:style>
  <w:style w:type="character" w:styleId="afff3">
    <w:name w:val="Subtle Reference"/>
    <w:basedOn w:val="a7"/>
    <w:uiPriority w:val="31"/>
    <w:qFormat/>
    <w:rsid w:val="00DB0EA3"/>
    <w:rPr>
      <w:smallCaps/>
      <w:color w:val="C0504D" w:themeColor="accent2"/>
      <w:u w:val="single"/>
    </w:rPr>
  </w:style>
  <w:style w:type="character" w:styleId="afff4">
    <w:name w:val="Intense Reference"/>
    <w:basedOn w:val="a7"/>
    <w:uiPriority w:val="32"/>
    <w:qFormat/>
    <w:rsid w:val="00DB0EA3"/>
    <w:rPr>
      <w:b/>
      <w:bCs/>
      <w:smallCaps/>
      <w:color w:val="C0504D" w:themeColor="accent2"/>
      <w:spacing w:val="5"/>
      <w:u w:val="single"/>
    </w:rPr>
  </w:style>
  <w:style w:type="character" w:styleId="afff5">
    <w:name w:val="Book Title"/>
    <w:basedOn w:val="a7"/>
    <w:uiPriority w:val="33"/>
    <w:qFormat/>
    <w:rsid w:val="00DB0EA3"/>
    <w:rPr>
      <w:b/>
      <w:bCs/>
      <w:smallCaps/>
      <w:spacing w:val="5"/>
    </w:rPr>
  </w:style>
  <w:style w:type="table" w:styleId="afff6">
    <w:name w:val="Light Shading"/>
    <w:basedOn w:val="a8"/>
    <w:uiPriority w:val="60"/>
    <w:rsid w:val="00DB0EA3"/>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8"/>
    <w:uiPriority w:val="60"/>
    <w:rsid w:val="00DB0EA3"/>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8"/>
    <w:uiPriority w:val="60"/>
    <w:rsid w:val="00DB0EA3"/>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8"/>
    <w:uiPriority w:val="60"/>
    <w:rsid w:val="00DB0EA3"/>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8"/>
    <w:uiPriority w:val="60"/>
    <w:rsid w:val="00DB0EA3"/>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8"/>
    <w:uiPriority w:val="60"/>
    <w:rsid w:val="00DB0EA3"/>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8"/>
    <w:uiPriority w:val="60"/>
    <w:rsid w:val="00DB0EA3"/>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7">
    <w:name w:val="Light List"/>
    <w:basedOn w:val="a8"/>
    <w:uiPriority w:val="61"/>
    <w:rsid w:val="00DB0EA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8"/>
    <w:uiPriority w:val="61"/>
    <w:rsid w:val="00DB0EA3"/>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8"/>
    <w:uiPriority w:val="61"/>
    <w:rsid w:val="00DB0EA3"/>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8"/>
    <w:uiPriority w:val="61"/>
    <w:rsid w:val="00DB0EA3"/>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8"/>
    <w:uiPriority w:val="61"/>
    <w:rsid w:val="00DB0EA3"/>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8"/>
    <w:uiPriority w:val="61"/>
    <w:rsid w:val="00DB0EA3"/>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8"/>
    <w:uiPriority w:val="61"/>
    <w:rsid w:val="00DB0EA3"/>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8">
    <w:name w:val="Light Grid"/>
    <w:basedOn w:val="a8"/>
    <w:uiPriority w:val="62"/>
    <w:rsid w:val="00DB0EA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8"/>
    <w:uiPriority w:val="62"/>
    <w:rsid w:val="00DB0EA3"/>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8"/>
    <w:uiPriority w:val="62"/>
    <w:rsid w:val="00DB0EA3"/>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8"/>
    <w:uiPriority w:val="62"/>
    <w:rsid w:val="00DB0EA3"/>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8"/>
    <w:uiPriority w:val="62"/>
    <w:rsid w:val="00DB0EA3"/>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8"/>
    <w:uiPriority w:val="62"/>
    <w:rsid w:val="00DB0EA3"/>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8"/>
    <w:uiPriority w:val="62"/>
    <w:rsid w:val="00DB0EA3"/>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8"/>
    <w:uiPriority w:val="63"/>
    <w:rsid w:val="00DB0EA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8"/>
    <w:uiPriority w:val="63"/>
    <w:rsid w:val="00DB0EA3"/>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8"/>
    <w:uiPriority w:val="63"/>
    <w:rsid w:val="00DB0EA3"/>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8"/>
    <w:uiPriority w:val="63"/>
    <w:rsid w:val="00DB0EA3"/>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8"/>
    <w:uiPriority w:val="63"/>
    <w:rsid w:val="00DB0EA3"/>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8"/>
    <w:uiPriority w:val="63"/>
    <w:rsid w:val="00DB0EA3"/>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8"/>
    <w:uiPriority w:val="63"/>
    <w:rsid w:val="00DB0EA3"/>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c">
    <w:name w:val="Medium Shading 2"/>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8"/>
    <w:uiPriority w:val="64"/>
    <w:rsid w:val="00DB0EA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List 1"/>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8"/>
    <w:uiPriority w:val="65"/>
    <w:rsid w:val="00DB0EA3"/>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d">
    <w:name w:val="Medium List 2"/>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8"/>
    <w:uiPriority w:val="66"/>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Grid 1"/>
    <w:basedOn w:val="a8"/>
    <w:uiPriority w:val="67"/>
    <w:rsid w:val="00DB0EA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8"/>
    <w:uiPriority w:val="67"/>
    <w:rsid w:val="00DB0EA3"/>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8"/>
    <w:uiPriority w:val="67"/>
    <w:rsid w:val="00DB0EA3"/>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8"/>
    <w:uiPriority w:val="67"/>
    <w:rsid w:val="00DB0EA3"/>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8"/>
    <w:uiPriority w:val="67"/>
    <w:rsid w:val="00DB0EA3"/>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8"/>
    <w:uiPriority w:val="67"/>
    <w:rsid w:val="00DB0EA3"/>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8"/>
    <w:uiPriority w:val="67"/>
    <w:rsid w:val="00DB0EA3"/>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8"/>
    <w:uiPriority w:val="68"/>
    <w:rsid w:val="00DB0EA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8">
    <w:name w:val="Medium Grid 3"/>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8"/>
    <w:uiPriority w:val="69"/>
    <w:rsid w:val="00DB0EA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9">
    <w:name w:val="Dark List"/>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8"/>
    <w:uiPriority w:val="70"/>
    <w:rsid w:val="00DB0EA3"/>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a">
    <w:name w:val="Colorful Shading"/>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8"/>
    <w:uiPriority w:val="71"/>
    <w:rsid w:val="00DB0EA3"/>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b">
    <w:name w:val="Colorful List"/>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8"/>
    <w:uiPriority w:val="72"/>
    <w:rsid w:val="00DB0EA3"/>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c">
    <w:name w:val="Colorful Grid"/>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8"/>
    <w:uiPriority w:val="73"/>
    <w:rsid w:val="00DB0EA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fd">
    <w:name w:val="Знак Знак Знак Знак"/>
    <w:basedOn w:val="a6"/>
    <w:rsid w:val="00DB0EA3"/>
    <w:pPr>
      <w:spacing w:after="160" w:line="240" w:lineRule="exact"/>
    </w:pPr>
    <w:rPr>
      <w:rFonts w:ascii="Verdana" w:eastAsia="Times New Roman" w:hAnsi="Verdana" w:cs="Times New Roman"/>
      <w:sz w:val="20"/>
      <w:szCs w:val="20"/>
      <w:lang w:val="en-US"/>
    </w:rPr>
  </w:style>
  <w:style w:type="numbering" w:customStyle="1" w:styleId="17">
    <w:name w:val="Нет списка1"/>
    <w:next w:val="a9"/>
    <w:uiPriority w:val="99"/>
    <w:semiHidden/>
    <w:unhideWhenUsed/>
    <w:rsid w:val="00A43B90"/>
  </w:style>
  <w:style w:type="table" w:customStyle="1" w:styleId="18">
    <w:name w:val="Сетка таблицы1"/>
    <w:basedOn w:val="a8"/>
    <w:next w:val="afd"/>
    <w:uiPriority w:val="59"/>
    <w:rsid w:val="00A43B90"/>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9"/>
    <w:uiPriority w:val="99"/>
    <w:semiHidden/>
    <w:unhideWhenUsed/>
    <w:rsid w:val="00C02547"/>
  </w:style>
  <w:style w:type="table" w:customStyle="1" w:styleId="2f0">
    <w:name w:val="Сетка таблицы2"/>
    <w:basedOn w:val="a8"/>
    <w:next w:val="afd"/>
    <w:uiPriority w:val="59"/>
    <w:rsid w:val="00C0254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заголовок 2"/>
    <w:basedOn w:val="a6"/>
    <w:link w:val="2f2"/>
    <w:rsid w:val="000A33D3"/>
    <w:pPr>
      <w:keepLines/>
      <w:autoSpaceDE w:val="0"/>
      <w:autoSpaceDN w:val="0"/>
      <w:spacing w:before="240" w:after="0" w:line="240" w:lineRule="auto"/>
      <w:jc w:val="center"/>
    </w:pPr>
    <w:rPr>
      <w:rFonts w:ascii="Times New Roman" w:eastAsia="Times New Roman" w:hAnsi="Times New Roman" w:cs="Times New Roman"/>
      <w:b/>
      <w:caps/>
      <w:color w:val="000000"/>
      <w:sz w:val="24"/>
    </w:rPr>
  </w:style>
  <w:style w:type="paragraph" w:customStyle="1" w:styleId="Base">
    <w:name w:val="Base"/>
    <w:basedOn w:val="a6"/>
    <w:link w:val="Base0"/>
    <w:qFormat/>
    <w:rsid w:val="006F1218"/>
    <w:pPr>
      <w:autoSpaceDE w:val="0"/>
      <w:autoSpaceDN w:val="0"/>
      <w:spacing w:after="0" w:line="240" w:lineRule="auto"/>
      <w:ind w:firstLine="270"/>
      <w:jc w:val="both"/>
    </w:pPr>
    <w:rPr>
      <w:rFonts w:ascii="Times New Roman" w:eastAsia="Calibri" w:hAnsi="Times New Roman" w:cs="Times New Roman"/>
      <w:color w:val="000000" w:themeColor="text1"/>
      <w:sz w:val="24"/>
    </w:rPr>
  </w:style>
  <w:style w:type="character" w:customStyle="1" w:styleId="2f2">
    <w:name w:val="заголовок 2 Знак"/>
    <w:basedOn w:val="a7"/>
    <w:link w:val="2f1"/>
    <w:rsid w:val="000A33D3"/>
    <w:rPr>
      <w:rFonts w:ascii="Times New Roman" w:eastAsia="Times New Roman" w:hAnsi="Times New Roman" w:cs="Times New Roman"/>
      <w:b/>
      <w:caps/>
      <w:color w:val="000000"/>
      <w:sz w:val="24"/>
    </w:rPr>
  </w:style>
  <w:style w:type="paragraph" w:customStyle="1" w:styleId="19">
    <w:name w:val="Загол 1"/>
    <w:basedOn w:val="1"/>
    <w:link w:val="1a"/>
    <w:qFormat/>
    <w:rsid w:val="006F1218"/>
    <w:pPr>
      <w:pageBreakBefore/>
      <w:outlineLvl w:val="9"/>
    </w:pPr>
    <w:rPr>
      <w:rFonts w:cs="Times New Roman"/>
      <w:bCs w:val="0"/>
      <w:caps/>
      <w:color w:val="000000" w:themeColor="text1"/>
    </w:rPr>
  </w:style>
  <w:style w:type="character" w:customStyle="1" w:styleId="Base0">
    <w:name w:val="Base Знак"/>
    <w:basedOn w:val="a7"/>
    <w:link w:val="Base"/>
    <w:rsid w:val="006F1218"/>
    <w:rPr>
      <w:rFonts w:ascii="Times New Roman" w:eastAsia="Calibri" w:hAnsi="Times New Roman" w:cs="Times New Roman"/>
      <w:color w:val="000000" w:themeColor="text1"/>
      <w:sz w:val="24"/>
    </w:rPr>
  </w:style>
  <w:style w:type="paragraph" w:customStyle="1" w:styleId="a4">
    <w:name w:val="отбивка"/>
    <w:basedOn w:val="Base"/>
    <w:link w:val="afffe"/>
    <w:qFormat/>
    <w:rsid w:val="006F1218"/>
    <w:pPr>
      <w:numPr>
        <w:numId w:val="13"/>
      </w:numPr>
    </w:pPr>
    <w:rPr>
      <w:szCs w:val="24"/>
      <w:lang w:val="x-none"/>
    </w:rPr>
  </w:style>
  <w:style w:type="character" w:customStyle="1" w:styleId="1a">
    <w:name w:val="Загол 1 Знак"/>
    <w:basedOn w:val="10"/>
    <w:link w:val="19"/>
    <w:rsid w:val="006F1218"/>
    <w:rPr>
      <w:rFonts w:ascii="Times New Roman" w:eastAsia="Times New Roman" w:hAnsi="Times New Roman" w:cs="Times New Roman"/>
      <w:b/>
      <w:bCs w:val="0"/>
      <w:caps/>
      <w:color w:val="000000" w:themeColor="text1"/>
      <w:kern w:val="32"/>
      <w:sz w:val="32"/>
      <w:szCs w:val="32"/>
      <w:lang w:eastAsia="ru-RU"/>
    </w:rPr>
  </w:style>
  <w:style w:type="paragraph" w:customStyle="1" w:styleId="1b">
    <w:name w:val="выделение 1"/>
    <w:basedOn w:val="a6"/>
    <w:link w:val="1c"/>
    <w:rsid w:val="006B5855"/>
    <w:pPr>
      <w:spacing w:after="0" w:line="240" w:lineRule="auto"/>
      <w:ind w:firstLine="425"/>
      <w:jc w:val="both"/>
    </w:pPr>
    <w:rPr>
      <w:rFonts w:ascii="Times New Roman" w:eastAsia="Calibri" w:hAnsi="Times New Roman" w:cs="Times New Roman"/>
      <w:b/>
      <w:color w:val="00B0F0"/>
      <w:sz w:val="24"/>
      <w:szCs w:val="24"/>
      <w:lang w:val="x-none"/>
    </w:rPr>
  </w:style>
  <w:style w:type="character" w:customStyle="1" w:styleId="afffe">
    <w:name w:val="отбивка Знак"/>
    <w:basedOn w:val="Base0"/>
    <w:link w:val="a4"/>
    <w:rsid w:val="006F1218"/>
    <w:rPr>
      <w:rFonts w:ascii="Times New Roman" w:eastAsia="Calibri" w:hAnsi="Times New Roman" w:cs="Times New Roman"/>
      <w:color w:val="000000" w:themeColor="text1"/>
      <w:sz w:val="24"/>
      <w:szCs w:val="24"/>
      <w:lang w:val="x-none"/>
    </w:rPr>
  </w:style>
  <w:style w:type="paragraph" w:customStyle="1" w:styleId="2f3">
    <w:name w:val="выделение 2"/>
    <w:basedOn w:val="a6"/>
    <w:link w:val="2f4"/>
    <w:rsid w:val="006B5855"/>
    <w:pPr>
      <w:spacing w:after="0" w:line="240" w:lineRule="auto"/>
      <w:ind w:firstLine="425"/>
      <w:jc w:val="both"/>
    </w:pPr>
    <w:rPr>
      <w:rFonts w:ascii="Times New Roman" w:eastAsia="Calibri" w:hAnsi="Times New Roman" w:cs="Times New Roman"/>
      <w:i/>
      <w:sz w:val="24"/>
      <w:szCs w:val="24"/>
      <w:u w:val="single"/>
    </w:rPr>
  </w:style>
  <w:style w:type="character" w:customStyle="1" w:styleId="1c">
    <w:name w:val="выделение 1 Знак"/>
    <w:basedOn w:val="a7"/>
    <w:link w:val="1b"/>
    <w:rsid w:val="006B5855"/>
    <w:rPr>
      <w:rFonts w:ascii="Times New Roman" w:eastAsia="Calibri" w:hAnsi="Times New Roman" w:cs="Times New Roman"/>
      <w:b/>
      <w:color w:val="00B0F0"/>
      <w:sz w:val="24"/>
      <w:szCs w:val="24"/>
      <w:lang w:val="x-none"/>
    </w:rPr>
  </w:style>
  <w:style w:type="paragraph" w:customStyle="1" w:styleId="1d">
    <w:name w:val="выдел 1"/>
    <w:basedOn w:val="1b"/>
    <w:link w:val="1e"/>
    <w:qFormat/>
    <w:rsid w:val="006F1218"/>
    <w:pPr>
      <w:spacing w:before="120"/>
      <w:jc w:val="center"/>
    </w:pPr>
    <w:rPr>
      <w:color w:val="000000" w:themeColor="text1"/>
    </w:rPr>
  </w:style>
  <w:style w:type="character" w:customStyle="1" w:styleId="2f4">
    <w:name w:val="выделение 2 Знак"/>
    <w:basedOn w:val="a7"/>
    <w:link w:val="2f3"/>
    <w:rsid w:val="006B5855"/>
    <w:rPr>
      <w:rFonts w:ascii="Times New Roman" w:eastAsia="Calibri" w:hAnsi="Times New Roman" w:cs="Times New Roman"/>
      <w:i/>
      <w:sz w:val="24"/>
      <w:szCs w:val="24"/>
      <w:u w:val="single"/>
    </w:rPr>
  </w:style>
  <w:style w:type="paragraph" w:customStyle="1" w:styleId="2f5">
    <w:name w:val="выдел 2"/>
    <w:basedOn w:val="2f3"/>
    <w:qFormat/>
    <w:rsid w:val="000A33D3"/>
    <w:pPr>
      <w:spacing w:before="120"/>
      <w:jc w:val="right"/>
    </w:pPr>
    <w:rPr>
      <w:color w:val="00B050"/>
    </w:rPr>
  </w:style>
  <w:style w:type="paragraph" w:customStyle="1" w:styleId="2f6">
    <w:name w:val="Загол 2"/>
    <w:basedOn w:val="2f1"/>
    <w:qFormat/>
    <w:rsid w:val="006F1218"/>
    <w:pPr>
      <w:spacing w:before="400"/>
    </w:pPr>
    <w:rPr>
      <w:rFonts w:eastAsia="Calibri"/>
      <w:color w:val="000000" w:themeColor="text1"/>
    </w:rPr>
  </w:style>
  <w:style w:type="paragraph" w:customStyle="1" w:styleId="a1">
    <w:name w:val="перед отбивкой"/>
    <w:basedOn w:val="Base"/>
    <w:link w:val="affff"/>
    <w:qFormat/>
    <w:rsid w:val="008B4D51"/>
    <w:pPr>
      <w:numPr>
        <w:numId w:val="14"/>
      </w:numPr>
      <w:ind w:left="850" w:hanging="425"/>
    </w:pPr>
    <w:rPr>
      <w:color w:val="9BBB59" w:themeColor="accent3"/>
    </w:rPr>
  </w:style>
  <w:style w:type="character" w:customStyle="1" w:styleId="affff">
    <w:name w:val="перед отбивкой Знак"/>
    <w:basedOn w:val="Base0"/>
    <w:link w:val="a1"/>
    <w:rsid w:val="008B4D51"/>
    <w:rPr>
      <w:rFonts w:ascii="Times New Roman" w:eastAsia="Calibri" w:hAnsi="Times New Roman" w:cs="Times New Roman"/>
      <w:color w:val="9BBB59" w:themeColor="accent3"/>
      <w:sz w:val="24"/>
    </w:rPr>
  </w:style>
  <w:style w:type="paragraph" w:customStyle="1" w:styleId="a5">
    <w:name w:val="нумерация"/>
    <w:next w:val="a4"/>
    <w:link w:val="affff0"/>
    <w:qFormat/>
    <w:rsid w:val="006F1218"/>
    <w:pPr>
      <w:numPr>
        <w:numId w:val="16"/>
      </w:numPr>
      <w:spacing w:after="0" w:line="240" w:lineRule="auto"/>
      <w:ind w:left="720" w:hanging="450"/>
      <w:jc w:val="both"/>
    </w:pPr>
    <w:rPr>
      <w:rFonts w:ascii="Times New Roman" w:eastAsia="Calibri" w:hAnsi="Times New Roman" w:cs="Times New Roman"/>
      <w:sz w:val="24"/>
    </w:rPr>
  </w:style>
  <w:style w:type="paragraph" w:customStyle="1" w:styleId="----">
    <w:name w:val="фонет-графика-лекч-грам-письмо"/>
    <w:basedOn w:val="1d"/>
    <w:link w:val="----0"/>
    <w:qFormat/>
    <w:rsid w:val="0084492F"/>
    <w:pPr>
      <w:ind w:firstLine="270"/>
      <w:jc w:val="left"/>
    </w:pPr>
    <w:rPr>
      <w:b w:val="0"/>
      <w:i/>
    </w:rPr>
  </w:style>
  <w:style w:type="character" w:customStyle="1" w:styleId="affff0">
    <w:name w:val="нумерация Знак"/>
    <w:basedOn w:val="a7"/>
    <w:link w:val="a5"/>
    <w:rsid w:val="006F1218"/>
    <w:rPr>
      <w:rFonts w:ascii="Times New Roman" w:eastAsia="Calibri" w:hAnsi="Times New Roman" w:cs="Times New Roman"/>
      <w:sz w:val="24"/>
    </w:rPr>
  </w:style>
  <w:style w:type="paragraph" w:customStyle="1" w:styleId="affff1">
    <w:name w:val="класс"/>
    <w:next w:val="Base"/>
    <w:link w:val="affff2"/>
    <w:qFormat/>
    <w:rsid w:val="008C718A"/>
    <w:pPr>
      <w:spacing w:before="360" w:after="0" w:line="240" w:lineRule="auto"/>
      <w:jc w:val="center"/>
    </w:pPr>
    <w:rPr>
      <w:rFonts w:ascii="Times New Roman" w:eastAsia="Calibri" w:hAnsi="Times New Roman" w:cs="Times New Roman"/>
      <w:b/>
      <w:caps/>
      <w:color w:val="000000" w:themeColor="text1"/>
      <w:sz w:val="28"/>
      <w:szCs w:val="24"/>
      <w:lang w:val="x-none"/>
    </w:rPr>
  </w:style>
  <w:style w:type="character" w:customStyle="1" w:styleId="1e">
    <w:name w:val="выдел 1 Знак"/>
    <w:basedOn w:val="1c"/>
    <w:link w:val="1d"/>
    <w:rsid w:val="006F1218"/>
    <w:rPr>
      <w:rFonts w:ascii="Times New Roman" w:eastAsia="Calibri" w:hAnsi="Times New Roman" w:cs="Times New Roman"/>
      <w:b/>
      <w:color w:val="000000" w:themeColor="text1"/>
      <w:sz w:val="24"/>
      <w:szCs w:val="24"/>
      <w:lang w:val="x-none"/>
    </w:rPr>
  </w:style>
  <w:style w:type="character" w:customStyle="1" w:styleId="----0">
    <w:name w:val="фонет-графика-лекч-грам-письмо Знак"/>
    <w:basedOn w:val="1e"/>
    <w:link w:val="----"/>
    <w:rsid w:val="0084492F"/>
    <w:rPr>
      <w:rFonts w:ascii="Times New Roman" w:eastAsia="Calibri" w:hAnsi="Times New Roman" w:cs="Times New Roman"/>
      <w:b w:val="0"/>
      <w:i/>
      <w:color w:val="7030A0"/>
      <w:sz w:val="24"/>
      <w:szCs w:val="24"/>
      <w:lang w:val="x-none"/>
    </w:rPr>
  </w:style>
  <w:style w:type="character" w:customStyle="1" w:styleId="affff2">
    <w:name w:val="класс Знак"/>
    <w:basedOn w:val="----0"/>
    <w:link w:val="affff1"/>
    <w:rsid w:val="008C718A"/>
    <w:rPr>
      <w:rFonts w:ascii="Times New Roman" w:eastAsia="Calibri" w:hAnsi="Times New Roman" w:cs="Times New Roman"/>
      <w:b/>
      <w:i w:val="0"/>
      <w:caps/>
      <w:color w:val="000000" w:themeColor="text1"/>
      <w:sz w:val="28"/>
      <w:szCs w:val="24"/>
      <w:lang w:val="x-none"/>
    </w:rPr>
  </w:style>
  <w:style w:type="paragraph" w:customStyle="1" w:styleId="a2">
    <w:name w:val="отбивка после нумирации"/>
    <w:link w:val="affff3"/>
    <w:qFormat/>
    <w:rsid w:val="006F1218"/>
    <w:pPr>
      <w:numPr>
        <w:numId w:val="25"/>
      </w:numPr>
      <w:spacing w:after="0" w:line="240" w:lineRule="auto"/>
      <w:jc w:val="both"/>
    </w:pPr>
    <w:rPr>
      <w:rFonts w:ascii="Times New Roman" w:eastAsia="Calibri" w:hAnsi="Times New Roman" w:cs="Times New Roman"/>
      <w:sz w:val="24"/>
      <w:szCs w:val="24"/>
      <w:lang w:val="x-none"/>
    </w:rPr>
  </w:style>
  <w:style w:type="paragraph" w:customStyle="1" w:styleId="affff4">
    <w:name w:val="Таблица"/>
    <w:qFormat/>
    <w:rsid w:val="00C32BCB"/>
    <w:pPr>
      <w:framePr w:hSpace="180" w:wrap="around" w:vAnchor="text" w:hAnchor="margin" w:xAlign="center" w:y="170"/>
      <w:tabs>
        <w:tab w:val="left" w:pos="540"/>
      </w:tabs>
      <w:spacing w:after="0" w:line="240" w:lineRule="auto"/>
    </w:pPr>
    <w:rPr>
      <w:rFonts w:ascii="Times New Roman" w:eastAsia="Times New Roman" w:hAnsi="Times New Roman" w:cs="Times New Roman"/>
      <w:color w:val="000000"/>
      <w:sz w:val="24"/>
      <w:szCs w:val="24"/>
      <w:lang w:eastAsia="ru-RU"/>
    </w:rPr>
  </w:style>
  <w:style w:type="character" w:customStyle="1" w:styleId="affff3">
    <w:name w:val="отбивка после нумирации Знак"/>
    <w:basedOn w:val="a7"/>
    <w:link w:val="a2"/>
    <w:rsid w:val="006F1218"/>
    <w:rPr>
      <w:rFonts w:ascii="Times New Roman" w:eastAsia="Calibri" w:hAnsi="Times New Roman" w:cs="Times New Roman"/>
      <w:sz w:val="24"/>
      <w:szCs w:val="24"/>
      <w:lang w:val="x-none"/>
    </w:rPr>
  </w:style>
  <w:style w:type="paragraph" w:customStyle="1" w:styleId="affff5">
    <w:name w:val="ОГЛ"/>
    <w:basedOn w:val="24"/>
    <w:link w:val="affff6"/>
    <w:qFormat/>
    <w:rsid w:val="00771393"/>
  </w:style>
  <w:style w:type="character" w:customStyle="1" w:styleId="25">
    <w:name w:val="Оглавление 2 Знак"/>
    <w:basedOn w:val="a7"/>
    <w:link w:val="24"/>
    <w:uiPriority w:val="39"/>
    <w:rsid w:val="00771393"/>
    <w:rPr>
      <w:rFonts w:ascii="Times New Roman" w:hAnsi="Times New Roman"/>
      <w:noProof/>
      <w:sz w:val="24"/>
      <w:szCs w:val="24"/>
    </w:rPr>
  </w:style>
  <w:style w:type="character" w:customStyle="1" w:styleId="affff6">
    <w:name w:val="ОГЛ Знак"/>
    <w:basedOn w:val="25"/>
    <w:link w:val="affff5"/>
    <w:rsid w:val="00771393"/>
    <w:rPr>
      <w:rFonts w:ascii="Times New Roman" w:hAnsi="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79">
      <w:bodyDiv w:val="1"/>
      <w:marLeft w:val="0"/>
      <w:marRight w:val="0"/>
      <w:marTop w:val="0"/>
      <w:marBottom w:val="0"/>
      <w:divBdr>
        <w:top w:val="none" w:sz="0" w:space="0" w:color="auto"/>
        <w:left w:val="none" w:sz="0" w:space="0" w:color="auto"/>
        <w:bottom w:val="none" w:sz="0" w:space="0" w:color="auto"/>
        <w:right w:val="none" w:sz="0" w:space="0" w:color="auto"/>
      </w:divBdr>
    </w:div>
    <w:div w:id="22366828">
      <w:bodyDiv w:val="1"/>
      <w:marLeft w:val="0"/>
      <w:marRight w:val="0"/>
      <w:marTop w:val="0"/>
      <w:marBottom w:val="0"/>
      <w:divBdr>
        <w:top w:val="none" w:sz="0" w:space="0" w:color="auto"/>
        <w:left w:val="none" w:sz="0" w:space="0" w:color="auto"/>
        <w:bottom w:val="none" w:sz="0" w:space="0" w:color="auto"/>
        <w:right w:val="none" w:sz="0" w:space="0" w:color="auto"/>
      </w:divBdr>
    </w:div>
    <w:div w:id="670334287">
      <w:bodyDiv w:val="1"/>
      <w:marLeft w:val="0"/>
      <w:marRight w:val="0"/>
      <w:marTop w:val="0"/>
      <w:marBottom w:val="0"/>
      <w:divBdr>
        <w:top w:val="none" w:sz="0" w:space="0" w:color="auto"/>
        <w:left w:val="none" w:sz="0" w:space="0" w:color="auto"/>
        <w:bottom w:val="none" w:sz="0" w:space="0" w:color="auto"/>
        <w:right w:val="none" w:sz="0" w:space="0" w:color="auto"/>
      </w:divBdr>
    </w:div>
    <w:div w:id="960648914">
      <w:bodyDiv w:val="1"/>
      <w:marLeft w:val="0"/>
      <w:marRight w:val="0"/>
      <w:marTop w:val="0"/>
      <w:marBottom w:val="0"/>
      <w:divBdr>
        <w:top w:val="none" w:sz="0" w:space="0" w:color="auto"/>
        <w:left w:val="none" w:sz="0" w:space="0" w:color="auto"/>
        <w:bottom w:val="none" w:sz="0" w:space="0" w:color="auto"/>
        <w:right w:val="none" w:sz="0" w:space="0" w:color="auto"/>
      </w:divBdr>
    </w:div>
    <w:div w:id="1242791843">
      <w:bodyDiv w:val="1"/>
      <w:marLeft w:val="0"/>
      <w:marRight w:val="0"/>
      <w:marTop w:val="0"/>
      <w:marBottom w:val="0"/>
      <w:divBdr>
        <w:top w:val="none" w:sz="0" w:space="0" w:color="auto"/>
        <w:left w:val="none" w:sz="0" w:space="0" w:color="auto"/>
        <w:bottom w:val="none" w:sz="0" w:space="0" w:color="auto"/>
        <w:right w:val="none" w:sz="0" w:space="0" w:color="auto"/>
      </w:divBdr>
    </w:div>
    <w:div w:id="1279529728">
      <w:bodyDiv w:val="1"/>
      <w:marLeft w:val="0"/>
      <w:marRight w:val="0"/>
      <w:marTop w:val="0"/>
      <w:marBottom w:val="0"/>
      <w:divBdr>
        <w:top w:val="none" w:sz="0" w:space="0" w:color="auto"/>
        <w:left w:val="none" w:sz="0" w:space="0" w:color="auto"/>
        <w:bottom w:val="none" w:sz="0" w:space="0" w:color="auto"/>
        <w:right w:val="none" w:sz="0" w:space="0" w:color="auto"/>
      </w:divBdr>
    </w:div>
    <w:div w:id="1331256477">
      <w:bodyDiv w:val="1"/>
      <w:marLeft w:val="0"/>
      <w:marRight w:val="0"/>
      <w:marTop w:val="0"/>
      <w:marBottom w:val="0"/>
      <w:divBdr>
        <w:top w:val="none" w:sz="0" w:space="0" w:color="auto"/>
        <w:left w:val="none" w:sz="0" w:space="0" w:color="auto"/>
        <w:bottom w:val="none" w:sz="0" w:space="0" w:color="auto"/>
        <w:right w:val="none" w:sz="0" w:space="0" w:color="auto"/>
      </w:divBdr>
    </w:div>
    <w:div w:id="1420566980">
      <w:bodyDiv w:val="1"/>
      <w:marLeft w:val="0"/>
      <w:marRight w:val="0"/>
      <w:marTop w:val="0"/>
      <w:marBottom w:val="0"/>
      <w:divBdr>
        <w:top w:val="none" w:sz="0" w:space="0" w:color="auto"/>
        <w:left w:val="none" w:sz="0" w:space="0" w:color="auto"/>
        <w:bottom w:val="none" w:sz="0" w:space="0" w:color="auto"/>
        <w:right w:val="none" w:sz="0" w:space="0" w:color="auto"/>
      </w:divBdr>
    </w:div>
    <w:div w:id="1443915498">
      <w:bodyDiv w:val="1"/>
      <w:marLeft w:val="0"/>
      <w:marRight w:val="0"/>
      <w:marTop w:val="0"/>
      <w:marBottom w:val="0"/>
      <w:divBdr>
        <w:top w:val="none" w:sz="0" w:space="0" w:color="auto"/>
        <w:left w:val="none" w:sz="0" w:space="0" w:color="auto"/>
        <w:bottom w:val="none" w:sz="0" w:space="0" w:color="auto"/>
        <w:right w:val="none" w:sz="0" w:space="0" w:color="auto"/>
      </w:divBdr>
    </w:div>
    <w:div w:id="1522428356">
      <w:bodyDiv w:val="1"/>
      <w:marLeft w:val="0"/>
      <w:marRight w:val="0"/>
      <w:marTop w:val="0"/>
      <w:marBottom w:val="0"/>
      <w:divBdr>
        <w:top w:val="none" w:sz="0" w:space="0" w:color="auto"/>
        <w:left w:val="none" w:sz="0" w:space="0" w:color="auto"/>
        <w:bottom w:val="none" w:sz="0" w:space="0" w:color="auto"/>
        <w:right w:val="none" w:sz="0" w:space="0" w:color="auto"/>
      </w:divBdr>
      <w:divsChild>
        <w:div w:id="756488105">
          <w:marLeft w:val="0"/>
          <w:marRight w:val="0"/>
          <w:marTop w:val="0"/>
          <w:marBottom w:val="0"/>
          <w:divBdr>
            <w:top w:val="none" w:sz="0" w:space="0" w:color="auto"/>
            <w:left w:val="none" w:sz="0" w:space="0" w:color="auto"/>
            <w:bottom w:val="none" w:sz="0" w:space="0" w:color="auto"/>
            <w:right w:val="none" w:sz="0" w:space="0" w:color="auto"/>
          </w:divBdr>
        </w:div>
        <w:div w:id="957761873">
          <w:marLeft w:val="0"/>
          <w:marRight w:val="0"/>
          <w:marTop w:val="0"/>
          <w:marBottom w:val="0"/>
          <w:divBdr>
            <w:top w:val="none" w:sz="0" w:space="0" w:color="auto"/>
            <w:left w:val="none" w:sz="0" w:space="0" w:color="auto"/>
            <w:bottom w:val="none" w:sz="0" w:space="0" w:color="auto"/>
            <w:right w:val="none" w:sz="0" w:space="0" w:color="auto"/>
          </w:divBdr>
        </w:div>
        <w:div w:id="1045837435">
          <w:marLeft w:val="0"/>
          <w:marRight w:val="0"/>
          <w:marTop w:val="0"/>
          <w:marBottom w:val="0"/>
          <w:divBdr>
            <w:top w:val="none" w:sz="0" w:space="0" w:color="auto"/>
            <w:left w:val="none" w:sz="0" w:space="0" w:color="auto"/>
            <w:bottom w:val="none" w:sz="0" w:space="0" w:color="auto"/>
            <w:right w:val="none" w:sz="0" w:space="0" w:color="auto"/>
          </w:divBdr>
        </w:div>
        <w:div w:id="1117139927">
          <w:marLeft w:val="0"/>
          <w:marRight w:val="0"/>
          <w:marTop w:val="0"/>
          <w:marBottom w:val="0"/>
          <w:divBdr>
            <w:top w:val="none" w:sz="0" w:space="0" w:color="auto"/>
            <w:left w:val="none" w:sz="0" w:space="0" w:color="auto"/>
            <w:bottom w:val="none" w:sz="0" w:space="0" w:color="auto"/>
            <w:right w:val="none" w:sz="0" w:space="0" w:color="auto"/>
          </w:divBdr>
        </w:div>
        <w:div w:id="1154225643">
          <w:marLeft w:val="0"/>
          <w:marRight w:val="0"/>
          <w:marTop w:val="0"/>
          <w:marBottom w:val="0"/>
          <w:divBdr>
            <w:top w:val="none" w:sz="0" w:space="0" w:color="auto"/>
            <w:left w:val="none" w:sz="0" w:space="0" w:color="auto"/>
            <w:bottom w:val="none" w:sz="0" w:space="0" w:color="auto"/>
            <w:right w:val="none" w:sz="0" w:space="0" w:color="auto"/>
          </w:divBdr>
        </w:div>
        <w:div w:id="1349453286">
          <w:marLeft w:val="0"/>
          <w:marRight w:val="0"/>
          <w:marTop w:val="0"/>
          <w:marBottom w:val="0"/>
          <w:divBdr>
            <w:top w:val="none" w:sz="0" w:space="0" w:color="auto"/>
            <w:left w:val="none" w:sz="0" w:space="0" w:color="auto"/>
            <w:bottom w:val="none" w:sz="0" w:space="0" w:color="auto"/>
            <w:right w:val="none" w:sz="0" w:space="0" w:color="auto"/>
          </w:divBdr>
        </w:div>
      </w:divsChild>
    </w:div>
    <w:div w:id="1596745527">
      <w:bodyDiv w:val="1"/>
      <w:marLeft w:val="0"/>
      <w:marRight w:val="0"/>
      <w:marTop w:val="0"/>
      <w:marBottom w:val="0"/>
      <w:divBdr>
        <w:top w:val="none" w:sz="0" w:space="0" w:color="auto"/>
        <w:left w:val="none" w:sz="0" w:space="0" w:color="auto"/>
        <w:bottom w:val="none" w:sz="0" w:space="0" w:color="auto"/>
        <w:right w:val="none" w:sz="0" w:space="0" w:color="auto"/>
      </w:divBdr>
    </w:div>
    <w:div w:id="1871674977">
      <w:bodyDiv w:val="1"/>
      <w:marLeft w:val="0"/>
      <w:marRight w:val="0"/>
      <w:marTop w:val="0"/>
      <w:marBottom w:val="0"/>
      <w:divBdr>
        <w:top w:val="none" w:sz="0" w:space="0" w:color="auto"/>
        <w:left w:val="none" w:sz="0" w:space="0" w:color="auto"/>
        <w:bottom w:val="none" w:sz="0" w:space="0" w:color="auto"/>
        <w:right w:val="none" w:sz="0" w:space="0" w:color="auto"/>
      </w:divBdr>
    </w:div>
    <w:div w:id="20633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37B0A-1A8A-4CBE-8826-85805EAA1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25390</Words>
  <Characters>144729</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School104</Company>
  <LinksUpToDate>false</LinksUpToDate>
  <CharactersWithSpaces>169780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u330</dc:creator>
  <cp:keywords/>
  <dc:description/>
  <cp:lastModifiedBy>Поночевная Елена Дмитриевна</cp:lastModifiedBy>
  <cp:revision>2</cp:revision>
  <cp:lastPrinted>2026-06-23T07:24:00Z</cp:lastPrinted>
  <dcterms:created xsi:type="dcterms:W3CDTF">2026-09-22T10:43:00Z</dcterms:created>
  <dcterms:modified xsi:type="dcterms:W3CDTF">2026-09-22T10:43:00Z</dcterms:modified>
</cp:coreProperties>
</file>